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691C0" w14:textId="6771CAC8" w:rsidR="005D3533" w:rsidRDefault="007D0A56">
      <w:pPr>
        <w:pStyle w:val="Heading1"/>
        <w:spacing w:before="0" w:after="160"/>
      </w:pPr>
      <w:r>
        <w:rPr>
          <w:sz w:val="52"/>
        </w:rPr>
        <w:t xml:space="preserve">IT </w:t>
      </w:r>
      <w:r w:rsidR="00E852BC">
        <w:rPr>
          <w:sz w:val="52"/>
        </w:rPr>
        <w:t>Project Charter</w:t>
      </w:r>
    </w:p>
    <w:p w14:paraId="2EC234D7" w14:textId="29BC7394" w:rsidR="00992E42" w:rsidRDefault="00992E42">
      <w:pPr>
        <w:spacing w:after="80"/>
        <w:rPr>
          <w:b/>
          <w:color w:val="6B7280"/>
          <w:sz w:val="17"/>
        </w:rPr>
      </w:pPr>
      <w:r>
        <w:rPr>
          <w:b/>
          <w:color w:val="6B7280"/>
          <w:sz w:val="17"/>
        </w:rPr>
        <w:t xml:space="preserve">Version </w:t>
      </w:r>
      <w:r w:rsidR="007D0A56">
        <w:rPr>
          <w:b/>
          <w:color w:val="6B7280"/>
          <w:sz w:val="17"/>
        </w:rPr>
        <w:t>2</w:t>
      </w:r>
      <w:r>
        <w:rPr>
          <w:b/>
          <w:color w:val="6B7280"/>
          <w:sz w:val="17"/>
        </w:rPr>
        <w:t>.</w:t>
      </w:r>
      <w:r w:rsidR="007D0A56">
        <w:rPr>
          <w:b/>
          <w:color w:val="6B7280"/>
          <w:sz w:val="17"/>
        </w:rPr>
        <w:t>1</w:t>
      </w:r>
    </w:p>
    <w:p w14:paraId="6B71D785" w14:textId="77777777" w:rsidR="00992E42" w:rsidRDefault="00992E42">
      <w:pPr>
        <w:spacing w:after="80"/>
        <w:rPr>
          <w:b/>
          <w:color w:val="6B7280"/>
          <w:sz w:val="17"/>
        </w:rPr>
      </w:pPr>
    </w:p>
    <w:p w14:paraId="09660B19" w14:textId="77777777" w:rsidR="005D3533" w:rsidRDefault="00E852BC">
      <w:pPr>
        <w:spacing w:after="80"/>
      </w:pPr>
      <w:r>
        <w:rPr>
          <w:color w:val="6B7280"/>
        </w:rPr>
        <w:t xml:space="preserve">IT EPMO project charter </w:t>
      </w:r>
    </w:p>
    <w:tbl>
      <w:tblPr>
        <w:tblW w:w="0" w:type="auto"/>
        <w:jc w:val="center"/>
        <w:tblBorders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  <w:insideH w:val="single" w:sz="2" w:space="0" w:color="E5E7EB"/>
          <w:insideV w:val="single" w:sz="2" w:space="0" w:color="E5E7EB"/>
        </w:tblBorders>
        <w:tblLayout w:type="fixed"/>
        <w:tblLook w:val="04A0" w:firstRow="1" w:lastRow="0" w:firstColumn="1" w:lastColumn="0" w:noHBand="0" w:noVBand="1"/>
        <w:tblCaption w:val="Project charter purpose"/>
        <w:tblDescription w:val="Purpose and intended use of the project charter."/>
      </w:tblPr>
      <w:tblGrid>
        <w:gridCol w:w="10440"/>
      </w:tblGrid>
      <w:tr w:rsidR="005D3533" w14:paraId="4AFAE701" w14:textId="77777777">
        <w:trPr>
          <w:jc w:val="center"/>
        </w:trPr>
        <w:tc>
          <w:tcPr>
            <w:tcW w:w="1044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46246" w14:textId="77777777" w:rsidR="005D3533" w:rsidRDefault="00E852BC">
            <w:pPr>
              <w:spacing w:after="0"/>
            </w:pPr>
            <w:r>
              <w:rPr>
                <w:color w:val="111827"/>
                <w:sz w:val="16"/>
              </w:rPr>
              <w:t>Purpose: establish agreement on the project's purpose, scope, sponsorship, delivery context, major commitments, and success criteria. Detailed project management belongs in the Project Plan and supporting artifacts.</w:t>
            </w:r>
          </w:p>
        </w:tc>
      </w:tr>
    </w:tbl>
    <w:p w14:paraId="167CE775" w14:textId="77777777" w:rsidR="005D3533" w:rsidRDefault="00E852BC">
      <w:pPr>
        <w:pStyle w:val="Heading2"/>
        <w:spacing w:before="60" w:after="40"/>
      </w:pPr>
      <w:r>
        <w:rPr>
          <w:sz w:val="32"/>
        </w:rPr>
        <w:t>1. Project Information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information"/>
        <w:tblDescription w:val="Project identification, sponsorship, ownership, dates, and charter version."/>
      </w:tblPr>
      <w:tblGrid>
        <w:gridCol w:w="3528"/>
        <w:gridCol w:w="6912"/>
      </w:tblGrid>
      <w:tr w:rsidR="005D3533" w14:paraId="0552C97B" w14:textId="77777777">
        <w:trPr>
          <w:tblHeader/>
          <w:jc w:val="center"/>
        </w:trPr>
        <w:tc>
          <w:tcPr>
            <w:tcW w:w="352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84207" w14:textId="77777777" w:rsidR="005D3533" w:rsidRDefault="005D3533">
            <w:pPr>
              <w:spacing w:after="0" w:line="252" w:lineRule="auto"/>
              <w:jc w:val="center"/>
            </w:pPr>
          </w:p>
        </w:tc>
        <w:tc>
          <w:tcPr>
            <w:tcW w:w="691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9EE2C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Information</w:t>
            </w:r>
          </w:p>
        </w:tc>
      </w:tr>
      <w:tr w:rsidR="005D3533" w14:paraId="7516B899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82FB3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Name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1AD2D2" w14:textId="77777777" w:rsidR="005D3533" w:rsidRDefault="003054DC">
            <w:pPr>
              <w:spacing w:after="0" w:line="252" w:lineRule="auto"/>
            </w:pPr>
            <w:sdt>
              <w:sdtPr>
                <w:alias w:val="Project Name: Information"/>
                <w:tag w:val="t2_r1_c2"/>
                <w:id w:val="1672131260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6A17DD09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4BE85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Manager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DAE63" w14:textId="77777777" w:rsidR="005D3533" w:rsidRDefault="003054DC">
            <w:pPr>
              <w:spacing w:after="0" w:line="252" w:lineRule="auto"/>
            </w:pPr>
            <w:sdt>
              <w:sdtPr>
                <w:alias w:val="Project Manager: Information"/>
                <w:tag w:val="t2_r2_c2"/>
                <w:id w:val="698747251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231700E7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790A4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Executive Sponsor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4AC68" w14:textId="77777777" w:rsidR="005D3533" w:rsidRDefault="003054DC">
            <w:pPr>
              <w:spacing w:after="0" w:line="252" w:lineRule="auto"/>
            </w:pPr>
            <w:sdt>
              <w:sdtPr>
                <w:alias w:val="Executive Sponsor: Information"/>
                <w:tag w:val="t2_r3_c2"/>
                <w:id w:val="57078532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3E6A074B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A5FB4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Sponsor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668AA" w14:textId="77777777" w:rsidR="005D3533" w:rsidRDefault="003054DC">
            <w:pPr>
              <w:spacing w:after="0" w:line="252" w:lineRule="auto"/>
            </w:pPr>
            <w:sdt>
              <w:sdtPr>
                <w:alias w:val="Project Sponsor: Information"/>
                <w:tag w:val="t2_r4_c2"/>
                <w:id w:val="453429843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612166A3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A6914E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Business / Service Owner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114A3" w14:textId="77777777" w:rsidR="005D3533" w:rsidRDefault="003054DC">
            <w:pPr>
              <w:spacing w:after="0" w:line="252" w:lineRule="auto"/>
            </w:pPr>
            <w:sdt>
              <w:sdtPr>
                <w:alias w:val="Business / Service Owner: Information"/>
                <w:tag w:val="t2_r5_c2"/>
                <w:id w:val="108321464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7221A054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B689C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Planned Start Date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90A02" w14:textId="77777777" w:rsidR="005D3533" w:rsidRDefault="003054DC">
            <w:pPr>
              <w:spacing w:after="0" w:line="252" w:lineRule="auto"/>
            </w:pPr>
            <w:sdt>
              <w:sdtPr>
                <w:alias w:val="Planned Start Date: Information"/>
                <w:tag w:val="t2_r6_c2"/>
                <w:id w:val="188334513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25F9116B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099CD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Target Completion Date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8F484" w14:textId="77777777" w:rsidR="005D3533" w:rsidRDefault="003054DC">
            <w:pPr>
              <w:spacing w:after="0" w:line="252" w:lineRule="auto"/>
            </w:pPr>
            <w:sdt>
              <w:sdtPr>
                <w:alias w:val="Target Completion Date: Information"/>
                <w:tag w:val="t2_r7_c2"/>
                <w:id w:val="1942580221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5B8432D4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E08D1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Charter Version / Date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4516B0" w14:textId="77777777" w:rsidR="005D3533" w:rsidRDefault="003054DC">
            <w:pPr>
              <w:spacing w:after="0" w:line="252" w:lineRule="auto"/>
            </w:pPr>
            <w:sdt>
              <w:sdtPr>
                <w:alias w:val="Charter Version / Date: Information"/>
                <w:tag w:val="t2_r8_c2"/>
                <w:id w:val="1417226163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</w:tbl>
    <w:p w14:paraId="799EE77F" w14:textId="77777777" w:rsidR="005D3533" w:rsidRDefault="00E852BC">
      <w:pPr>
        <w:pStyle w:val="Heading2"/>
        <w:spacing w:before="60" w:after="40"/>
      </w:pPr>
      <w:r>
        <w:rPr>
          <w:sz w:val="32"/>
        </w:rPr>
        <w:t xml:space="preserve">2. </w:t>
      </w:r>
      <w:r w:rsidR="00847FF5">
        <w:rPr>
          <w:sz w:val="32"/>
        </w:rPr>
        <w:t>Project Delivery Context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delivery context"/>
        <w:tblDescription w:val="Engagement model, delivery methodology, and operating mode selections."/>
      </w:tblPr>
      <w:tblGrid>
        <w:gridCol w:w="3528"/>
        <w:gridCol w:w="6912"/>
      </w:tblGrid>
      <w:tr w:rsidR="005D3533" w14:paraId="58A242AE" w14:textId="77777777">
        <w:trPr>
          <w:tblHeader/>
          <w:jc w:val="center"/>
        </w:trPr>
        <w:tc>
          <w:tcPr>
            <w:tcW w:w="352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3F656" w14:textId="77777777" w:rsidR="004974AC" w:rsidRPr="00992E42" w:rsidRDefault="00DB2B7C" w:rsidP="00992E42">
            <w:pPr>
              <w:spacing w:after="0" w:line="252" w:lineRule="auto"/>
              <w:jc w:val="center"/>
              <w:rPr>
                <w:b/>
                <w:bCs/>
                <w:sz w:val="16"/>
                <w:szCs w:val="16"/>
              </w:rPr>
            </w:pPr>
            <w:r w:rsidRPr="00992E42">
              <w:rPr>
                <w:b/>
                <w:bCs/>
                <w:color w:val="FFFFFF"/>
                <w:sz w:val="16"/>
                <w:szCs w:val="16"/>
              </w:rPr>
              <w:t>Delivery Context</w:t>
            </w:r>
            <w:r w:rsidR="00992E42" w:rsidRPr="00992E42">
              <w:rPr>
                <w:b/>
                <w:bCs/>
                <w:color w:val="FFFFFF"/>
                <w:sz w:val="16"/>
                <w:szCs w:val="16"/>
              </w:rPr>
              <w:t xml:space="preserve"> </w:t>
            </w:r>
            <w:r w:rsidRPr="00992E42">
              <w:rPr>
                <w:b/>
                <w:bCs/>
                <w:color w:val="FFFFFF"/>
                <w:sz w:val="16"/>
                <w:szCs w:val="16"/>
              </w:rPr>
              <w:t>Element</w:t>
            </w:r>
          </w:p>
        </w:tc>
        <w:tc>
          <w:tcPr>
            <w:tcW w:w="691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E1D2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Selection</w:t>
            </w:r>
          </w:p>
        </w:tc>
      </w:tr>
      <w:tr w:rsidR="005D3533" w14:paraId="18156C2D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E4E64C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Engagement Model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63F0B0" w14:textId="77777777" w:rsidR="005D3533" w:rsidRDefault="003054DC">
            <w:pPr>
              <w:spacing w:after="0" w:line="252" w:lineRule="auto"/>
            </w:pPr>
            <w:sdt>
              <w:sdtPr>
                <w:alias w:val="Select Autonomous"/>
                <w:tag w:val="engagement_1"/>
                <w:id w:val="175137617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Autonomous   </w:t>
            </w:r>
            <w:sdt>
              <w:sdtPr>
                <w:alias w:val="Select Guided"/>
                <w:tag w:val="engagement_2"/>
                <w:id w:val="998771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Guided   </w:t>
            </w:r>
            <w:sdt>
              <w:sdtPr>
                <w:alias w:val="Select Embedded"/>
                <w:tag w:val="engagement_3"/>
                <w:id w:val="13857067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Embedded   </w:t>
            </w:r>
            <w:sdt>
              <w:sdtPr>
                <w:alias w:val="Select Phase Assisted"/>
                <w:tag w:val="engagement_4"/>
                <w:id w:val="1765478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Phase Assisted   </w:t>
            </w:r>
            <w:sdt>
              <w:sdtPr>
                <w:alias w:val="Select Fully Managed"/>
                <w:tag w:val="engagement_5"/>
                <w:id w:val="1551351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Fully Managed   </w:t>
            </w:r>
            <w:sdt>
              <w:sdtPr>
                <w:alias w:val="Select Rapid Response Team"/>
                <w:tag w:val="engagement_6"/>
                <w:id w:val="158161057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Rapid Response Team</w:t>
            </w:r>
          </w:p>
        </w:tc>
      </w:tr>
      <w:tr w:rsidR="005D3533" w14:paraId="75CACAF9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3C4D4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Delivery Methodology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2C1A0" w14:textId="77777777" w:rsidR="005D3533" w:rsidRDefault="003054DC">
            <w:pPr>
              <w:spacing w:after="0" w:line="252" w:lineRule="auto"/>
            </w:pPr>
            <w:sdt>
              <w:sdtPr>
                <w:alias w:val="Select Waterfall"/>
                <w:tag w:val="methodology_1"/>
                <w:id w:val="6840596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Waterfall   </w:t>
            </w:r>
            <w:sdt>
              <w:sdtPr>
                <w:alias w:val="Select Agile"/>
                <w:tag w:val="methodology_2"/>
                <w:id w:val="964144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Agile   </w:t>
            </w:r>
            <w:sdt>
              <w:sdtPr>
                <w:alias w:val="Select Hybrid"/>
                <w:tag w:val="methodology_3"/>
                <w:id w:val="12210256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Hybrid   </w:t>
            </w:r>
            <w:sdt>
              <w:sdtPr>
                <w:alias w:val="Select To Be Determined"/>
                <w:tag w:val="methodology_4"/>
                <w:id w:val="13283258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To Be Determined</w:t>
            </w:r>
          </w:p>
        </w:tc>
      </w:tr>
      <w:tr w:rsidR="005D3533" w14:paraId="56D9F191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D9A6F8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Operating Mode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76351" w14:textId="77777777" w:rsidR="005D3533" w:rsidRDefault="003054DC">
            <w:pPr>
              <w:spacing w:after="0" w:line="252" w:lineRule="auto"/>
            </w:pPr>
            <w:sdt>
              <w:sdtPr>
                <w:alias w:val="Select Standard Delivery Mode"/>
                <w:tag w:val="operating_mode_1"/>
                <w:id w:val="12336905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Standard Delivery Mode   </w:t>
            </w:r>
            <w:sdt>
              <w:sdtPr>
                <w:alias w:val="Select Rapid Response Mode"/>
                <w:tag w:val="operating_mode_2"/>
                <w:id w:val="11350336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Rapid Response Mode   </w:t>
            </w:r>
            <w:sdt>
              <w:sdtPr>
                <w:alias w:val="Select Assessment Mode"/>
                <w:tag w:val="operating_mode_3"/>
                <w:id w:val="17024985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Assessment Mode   </w:t>
            </w:r>
            <w:sdt>
              <w:sdtPr>
                <w:alias w:val="Select Recovery Mode"/>
                <w:tag w:val="operating_mode_4"/>
                <w:id w:val="18580899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852BC">
                  <w:rPr>
                    <w:color w:val="111827"/>
                    <w:sz w:val="16"/>
                  </w:rPr>
                  <w:t>☐</w:t>
                </w:r>
              </w:sdtContent>
            </w:sdt>
            <w:r w:rsidR="00E852BC">
              <w:rPr>
                <w:color w:val="1F2937"/>
                <w:sz w:val="16"/>
              </w:rPr>
              <w:t xml:space="preserve"> Recovery Mode</w:t>
            </w:r>
          </w:p>
        </w:tc>
      </w:tr>
    </w:tbl>
    <w:p w14:paraId="02152B09" w14:textId="77777777" w:rsidR="005D3533" w:rsidRDefault="00E852BC">
      <w:pPr>
        <w:pStyle w:val="Heading2"/>
        <w:spacing w:before="60" w:after="40"/>
      </w:pPr>
      <w:r>
        <w:rPr>
          <w:sz w:val="32"/>
        </w:rPr>
        <w:t>3. Project Foundation</w:t>
      </w:r>
    </w:p>
    <w:p w14:paraId="0120A634" w14:textId="77777777" w:rsidR="005D3533" w:rsidRDefault="00E852BC">
      <w:pPr>
        <w:spacing w:after="60"/>
      </w:pPr>
      <w:r>
        <w:rPr>
          <w:i/>
          <w:color w:val="6B7280"/>
          <w:sz w:val="16"/>
        </w:rPr>
        <w:t>Capture the project foundation at the level needed to establish shared understanding. Keep detailed requirements and planning in the appropriate companion artifacts.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foundation"/>
        <w:tblDescription w:val="Project description, business need, timing, alignment, objectives, and deliverables."/>
      </w:tblPr>
      <w:tblGrid>
        <w:gridCol w:w="3240"/>
        <w:gridCol w:w="7200"/>
      </w:tblGrid>
      <w:tr w:rsidR="005D3533" w14:paraId="73CDDE26" w14:textId="77777777">
        <w:trPr>
          <w:tblHeader/>
          <w:jc w:val="center"/>
        </w:trPr>
        <w:tc>
          <w:tcPr>
            <w:tcW w:w="324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4D9A1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Foundation Element</w:t>
            </w:r>
          </w:p>
        </w:tc>
        <w:tc>
          <w:tcPr>
            <w:tcW w:w="720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DE3E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Charter Statement / Planning Detail</w:t>
            </w:r>
          </w:p>
        </w:tc>
      </w:tr>
      <w:tr w:rsidR="005D3533" w14:paraId="3F0B4D19" w14:textId="77777777">
        <w:trPr>
          <w:jc w:val="center"/>
        </w:trPr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05CF4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Description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8ACDF0" w14:textId="77777777" w:rsidR="005D3533" w:rsidRDefault="003054DC">
            <w:pPr>
              <w:spacing w:after="0" w:line="252" w:lineRule="auto"/>
            </w:pPr>
            <w:sdt>
              <w:sdtPr>
                <w:alias w:val="Project Description: Charter Statement / Planning Detail"/>
                <w:tag w:val="t4_r1_c2"/>
                <w:id w:val="4445796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4238FE0D" w14:textId="77777777">
        <w:trPr>
          <w:jc w:val="center"/>
        </w:trPr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99AEA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Business Need</w:t>
            </w:r>
          </w:p>
        </w:tc>
        <w:tc>
          <w:tcPr>
            <w:tcW w:w="720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8CCE3" w14:textId="77777777" w:rsidR="005D3533" w:rsidRDefault="003054DC">
            <w:pPr>
              <w:spacing w:after="0" w:line="252" w:lineRule="auto"/>
            </w:pPr>
            <w:sdt>
              <w:sdtPr>
                <w:alias w:val="Business Need: Charter Statement / Planning Detail"/>
                <w:tag w:val="t4_r2_c2"/>
                <w:id w:val="250256557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4008B943" w14:textId="77777777">
        <w:trPr>
          <w:jc w:val="center"/>
        </w:trPr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70D8B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Why Now?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F58A6" w14:textId="77777777" w:rsidR="005D3533" w:rsidRDefault="003054DC">
            <w:pPr>
              <w:spacing w:after="0" w:line="252" w:lineRule="auto"/>
            </w:pPr>
            <w:sdt>
              <w:sdtPr>
                <w:alias w:val="Why Now?: Charter Statement / Planning Detail"/>
                <w:tag w:val="t4_r3_c2"/>
                <w:id w:val="586125750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2B566196" w14:textId="77777777">
        <w:trPr>
          <w:jc w:val="center"/>
        </w:trPr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81AD4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Strategic / Organizational Alignment</w:t>
            </w:r>
          </w:p>
        </w:tc>
        <w:tc>
          <w:tcPr>
            <w:tcW w:w="720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A088A" w14:textId="77777777" w:rsidR="005D3533" w:rsidRDefault="003054DC">
            <w:pPr>
              <w:spacing w:after="0" w:line="252" w:lineRule="auto"/>
            </w:pPr>
            <w:sdt>
              <w:sdtPr>
                <w:alias w:val="Strategic / Organizational Alignment: Charter Statement / Planning Detail"/>
                <w:tag w:val="t4_r4_c2"/>
                <w:id w:val="127916205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3356CC89" w14:textId="77777777">
        <w:trPr>
          <w:jc w:val="center"/>
        </w:trPr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A8DF6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Objectives</w:t>
            </w:r>
          </w:p>
        </w:tc>
        <w:tc>
          <w:tcPr>
            <w:tcW w:w="72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4E15E" w14:textId="77777777" w:rsidR="005D3533" w:rsidRDefault="003054DC">
            <w:pPr>
              <w:spacing w:after="0" w:line="252" w:lineRule="auto"/>
            </w:pPr>
            <w:sdt>
              <w:sdtPr>
                <w:alias w:val="Project Objectives: Charter Statement / Planning Detail"/>
                <w:tag w:val="t4_r5_c2"/>
                <w:id w:val="764307826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6B0B29E7" w14:textId="77777777">
        <w:trPr>
          <w:jc w:val="center"/>
        </w:trPr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F16123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Major Deliverables</w:t>
            </w:r>
          </w:p>
        </w:tc>
        <w:tc>
          <w:tcPr>
            <w:tcW w:w="720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84C7C" w14:textId="77777777" w:rsidR="005D3533" w:rsidRDefault="003054DC">
            <w:pPr>
              <w:spacing w:after="0" w:line="252" w:lineRule="auto"/>
            </w:pPr>
            <w:sdt>
              <w:sdtPr>
                <w:alias w:val="Major Deliverables: Charter Statement / Planning Detail"/>
                <w:tag w:val="t4_r6_c2"/>
                <w:id w:val="1227416410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</w:tbl>
    <w:p w14:paraId="265382AC" w14:textId="77777777" w:rsidR="005D3533" w:rsidRDefault="00E852BC">
      <w:r>
        <w:br w:type="page"/>
      </w:r>
    </w:p>
    <w:p w14:paraId="6CC8CEC8" w14:textId="77777777" w:rsidR="005D3533" w:rsidRDefault="00E852BC">
      <w:pPr>
        <w:pStyle w:val="Heading2"/>
        <w:spacing w:before="60" w:after="40"/>
      </w:pPr>
      <w:r>
        <w:rPr>
          <w:sz w:val="32"/>
        </w:rPr>
        <w:lastRenderedPageBreak/>
        <w:t>4. Project Scope</w:t>
      </w:r>
    </w:p>
    <w:p w14:paraId="6EB1C7BD" w14:textId="77777777" w:rsidR="005D3533" w:rsidRDefault="00E852BC">
      <w:pPr>
        <w:spacing w:after="60"/>
      </w:pPr>
      <w:r>
        <w:rPr>
          <w:i/>
          <w:color w:val="6B7280"/>
          <w:sz w:val="16"/>
        </w:rPr>
        <w:t>Define the project boundaries. Capture high-level commitments only; detailed requirements belong in the appropriate project artifact.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scope"/>
        <w:tblDescription w:val="In-scope and out-of-scope project boundaries."/>
      </w:tblPr>
      <w:tblGrid>
        <w:gridCol w:w="5213"/>
        <w:gridCol w:w="5227"/>
      </w:tblGrid>
      <w:tr w:rsidR="005D3533" w14:paraId="7F474280" w14:textId="77777777">
        <w:trPr>
          <w:tblHeader/>
          <w:jc w:val="center"/>
        </w:trPr>
        <w:tc>
          <w:tcPr>
            <w:tcW w:w="5213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88BE1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In Scope</w:t>
            </w:r>
          </w:p>
        </w:tc>
        <w:tc>
          <w:tcPr>
            <w:tcW w:w="5227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B1812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Out of Scope</w:t>
            </w:r>
          </w:p>
        </w:tc>
      </w:tr>
      <w:tr w:rsidR="005D3533" w14:paraId="157F6460" w14:textId="77777777">
        <w:trPr>
          <w:jc w:val="center"/>
        </w:trPr>
        <w:tc>
          <w:tcPr>
            <w:tcW w:w="5213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F3224" w14:textId="77777777" w:rsidR="00CE3D84" w:rsidRDefault="003054DC">
            <w:pPr>
              <w:spacing w:after="0" w:line="252" w:lineRule="auto"/>
            </w:pPr>
            <w:r>
              <w:rPr>
                <w:b/>
                <w:color w:val="1F2937"/>
              </w:rPr>
              <w:t>[Enter in-scope item]</w:t>
            </w:r>
          </w:p>
        </w:tc>
        <w:tc>
          <w:tcPr>
            <w:tcW w:w="522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382D9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out-of-scope item]</w:t>
            </w:r>
          </w:p>
        </w:tc>
      </w:tr>
    </w:tbl>
    <w:p w14:paraId="533A6A6D" w14:textId="77777777" w:rsidR="005D3533" w:rsidRDefault="00847FF5">
      <w:pPr>
        <w:pStyle w:val="Heading2"/>
        <w:spacing w:before="60" w:after="40"/>
      </w:pPr>
      <w:r>
        <w:rPr>
          <w:sz w:val="32"/>
        </w:rPr>
        <w:t>5</w:t>
      </w:r>
      <w:r w:rsidR="00E852BC">
        <w:rPr>
          <w:sz w:val="32"/>
        </w:rPr>
        <w:t>. Stakeholders &amp; Project Team</w:t>
      </w:r>
    </w:p>
    <w:p w14:paraId="0311B03E" w14:textId="77777777" w:rsidR="005D3533" w:rsidRDefault="00E852BC">
      <w:pPr>
        <w:spacing w:after="60"/>
      </w:pPr>
      <w:r>
        <w:rPr>
          <w:i/>
          <w:color w:val="6B7280"/>
          <w:sz w:val="16"/>
        </w:rPr>
        <w:t>Identify people and groups essential to sponsorship, delivery, decision-making, or operational ownership. Use the detailed Stakeholder Analysis and Project Team Roles &amp; Responsibilities tools when needed.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Stakeholders and project team"/>
        <w:tblDescription w:val="Stakeholder roles, names or teams, and responsibilities."/>
      </w:tblPr>
      <w:tblGrid>
        <w:gridCol w:w="3168"/>
        <w:gridCol w:w="2952"/>
        <w:gridCol w:w="4320"/>
      </w:tblGrid>
      <w:tr w:rsidR="005D3533" w14:paraId="3F8F3D9B" w14:textId="77777777">
        <w:trPr>
          <w:tblHeader/>
          <w:jc w:val="center"/>
        </w:trPr>
        <w:tc>
          <w:tcPr>
            <w:tcW w:w="316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2E96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Role / Stakeholder</w:t>
            </w:r>
          </w:p>
        </w:tc>
        <w:tc>
          <w:tcPr>
            <w:tcW w:w="295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1EF8F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Name / Team</w:t>
            </w:r>
          </w:p>
        </w:tc>
        <w:tc>
          <w:tcPr>
            <w:tcW w:w="432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0468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Responsibility</w:t>
            </w:r>
          </w:p>
        </w:tc>
      </w:tr>
      <w:tr w:rsidR="005D3533" w14:paraId="1BB78F4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B277E" w14:textId="77777777" w:rsidR="00CE3D84" w:rsidRDefault="003054DC">
            <w:pPr>
              <w:spacing w:after="0" w:line="252" w:lineRule="auto"/>
            </w:pPr>
            <w:r>
              <w:rPr>
                <w:b/>
                <w:color w:val="1F2937"/>
              </w:rPr>
              <w:t>[Enter role or stakeholder]</w:t>
            </w:r>
          </w:p>
        </w:tc>
        <w:tc>
          <w:tcPr>
            <w:tcW w:w="29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708DA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name or team]</w:t>
            </w:r>
          </w:p>
        </w:tc>
        <w:tc>
          <w:tcPr>
            <w:tcW w:w="432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B8B9C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responsibility]</w:t>
            </w:r>
          </w:p>
        </w:tc>
      </w:tr>
    </w:tbl>
    <w:p w14:paraId="6BFF7133" w14:textId="77777777" w:rsidR="005D3533" w:rsidRDefault="00847FF5" w:rsidP="00847FF5">
      <w:pPr>
        <w:pStyle w:val="Heading2"/>
        <w:spacing w:before="0"/>
      </w:pPr>
      <w:r>
        <w:rPr>
          <w:sz w:val="32"/>
        </w:rPr>
        <w:t>6</w:t>
      </w:r>
      <w:r w:rsidR="00E852BC">
        <w:rPr>
          <w:sz w:val="32"/>
        </w:rPr>
        <w:t>. Major Milestones</w:t>
      </w:r>
    </w:p>
    <w:p w14:paraId="41A6ACE6" w14:textId="77777777" w:rsidR="005D3533" w:rsidRDefault="00E852BC">
      <w:pPr>
        <w:spacing w:after="60"/>
      </w:pPr>
      <w:r>
        <w:rPr>
          <w:i/>
          <w:color w:val="6B7280"/>
          <w:sz w:val="16"/>
        </w:rPr>
        <w:t>Capture major commitments only. Maintain the detailed schedule or Milestone Plan separately.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Major milestones"/>
        <w:tblDescription w:val="Major deliverables, owners, target dates, and acceptance information."/>
      </w:tblPr>
      <w:tblGrid>
        <w:gridCol w:w="3528"/>
        <w:gridCol w:w="2088"/>
        <w:gridCol w:w="1800"/>
        <w:gridCol w:w="3024"/>
      </w:tblGrid>
      <w:tr w:rsidR="005D3533" w14:paraId="237E1A96" w14:textId="77777777">
        <w:trPr>
          <w:tblHeader/>
          <w:jc w:val="center"/>
        </w:trPr>
        <w:tc>
          <w:tcPr>
            <w:tcW w:w="352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3BD0F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Milestone / Deliverable</w:t>
            </w:r>
          </w:p>
        </w:tc>
        <w:tc>
          <w:tcPr>
            <w:tcW w:w="208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8C98E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180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93603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Target Date</w:t>
            </w:r>
          </w:p>
        </w:tc>
        <w:tc>
          <w:tcPr>
            <w:tcW w:w="3024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9DA73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Notes / Acceptance</w:t>
            </w:r>
          </w:p>
        </w:tc>
      </w:tr>
      <w:tr w:rsidR="005D3533" w14:paraId="4C4C19B0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EB7CC" w14:textId="77777777" w:rsidR="00CE3D84" w:rsidRDefault="003054DC">
            <w:pPr>
              <w:spacing w:after="0" w:line="252" w:lineRule="auto"/>
            </w:pPr>
            <w:r>
              <w:rPr>
                <w:b/>
                <w:color w:val="1F2937"/>
              </w:rPr>
              <w:t>[Enter milestone or deliverable]</w:t>
            </w:r>
          </w:p>
        </w:tc>
        <w:tc>
          <w:tcPr>
            <w:tcW w:w="208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DE125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owner]</w:t>
            </w:r>
          </w:p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303EF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target date]</w:t>
            </w:r>
          </w:p>
        </w:tc>
        <w:tc>
          <w:tcPr>
            <w:tcW w:w="302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ACA35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notes or acceptance criteria]</w:t>
            </w:r>
          </w:p>
        </w:tc>
      </w:tr>
    </w:tbl>
    <w:p w14:paraId="1E8244E3" w14:textId="77777777" w:rsidR="005D3533" w:rsidRDefault="00847FF5">
      <w:pPr>
        <w:pStyle w:val="Heading2"/>
        <w:spacing w:before="60" w:after="40"/>
      </w:pPr>
      <w:r>
        <w:rPr>
          <w:sz w:val="32"/>
        </w:rPr>
        <w:t>7</w:t>
      </w:r>
      <w:r w:rsidR="00E852BC">
        <w:rPr>
          <w:sz w:val="32"/>
        </w:rPr>
        <w:t>. Initial Risks, Assumptions &amp; Dependencies</w:t>
      </w:r>
    </w:p>
    <w:p w14:paraId="06998B0A" w14:textId="77777777" w:rsidR="005D3533" w:rsidRDefault="00E852BC">
      <w:pPr>
        <w:spacing w:after="60"/>
      </w:pPr>
      <w:r>
        <w:rPr>
          <w:i/>
          <w:color w:val="6B7280"/>
          <w:sz w:val="16"/>
        </w:rPr>
        <w:t>Capture only the major items known at charter approval. Ongoing management belongs in the RAID Log; use the Risk Register when deeper risk analysis is warranted.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Initial risks assumptions and dependencies"/>
        <w:tblDescription w:val="Initial item types, descriptions, owners, and responses."/>
      </w:tblPr>
      <w:tblGrid>
        <w:gridCol w:w="1656"/>
        <w:gridCol w:w="6048"/>
        <w:gridCol w:w="2736"/>
      </w:tblGrid>
      <w:tr w:rsidR="005D3533" w14:paraId="0B608797" w14:textId="77777777">
        <w:trPr>
          <w:tblHeader/>
          <w:jc w:val="center"/>
        </w:trPr>
        <w:tc>
          <w:tcPr>
            <w:tcW w:w="1656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7B88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w="604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FE2B9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w="2736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9A374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 / Initial Response</w:t>
            </w:r>
          </w:p>
        </w:tc>
      </w:tr>
      <w:tr w:rsidR="005D3533" w14:paraId="4295257F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E5572" w14:textId="77777777" w:rsidR="00CE3D84" w:rsidRDefault="003054DC">
            <w:pPr>
              <w:spacing w:after="0" w:line="252" w:lineRule="auto"/>
            </w:pPr>
            <w:r>
              <w:rPr>
                <w:b/>
                <w:color w:val="1F2937"/>
              </w:rPr>
              <w:t>[Enter type]</w:t>
            </w:r>
          </w:p>
        </w:tc>
        <w:tc>
          <w:tcPr>
            <w:tcW w:w="60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0A2A0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description]</w:t>
            </w:r>
          </w:p>
        </w:tc>
        <w:tc>
          <w:tcPr>
            <w:tcW w:w="273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B8E0B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owner or initial response]</w:t>
            </w:r>
          </w:p>
        </w:tc>
      </w:tr>
    </w:tbl>
    <w:p w14:paraId="6ECC4962" w14:textId="77777777" w:rsidR="005D3533" w:rsidRDefault="00847FF5">
      <w:pPr>
        <w:pStyle w:val="Heading2"/>
        <w:spacing w:before="60" w:after="40"/>
      </w:pPr>
      <w:r>
        <w:rPr>
          <w:sz w:val="32"/>
        </w:rPr>
        <w:t>8</w:t>
      </w:r>
      <w:r w:rsidR="00E852BC">
        <w:rPr>
          <w:sz w:val="32"/>
        </w:rPr>
        <w:t>. Governance &amp; Decision-Making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Governance and decision making"/>
        <w:tblDescription w:val="Governance areas and the corresponding approach or authority."/>
      </w:tblPr>
      <w:tblGrid>
        <w:gridCol w:w="3528"/>
        <w:gridCol w:w="6912"/>
      </w:tblGrid>
      <w:tr w:rsidR="005D3533" w14:paraId="16E9D046" w14:textId="77777777">
        <w:trPr>
          <w:tblHeader/>
          <w:jc w:val="center"/>
        </w:trPr>
        <w:tc>
          <w:tcPr>
            <w:tcW w:w="3528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28230C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Area</w:t>
            </w:r>
          </w:p>
        </w:tc>
        <w:tc>
          <w:tcPr>
            <w:tcW w:w="691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5534F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Approach / Authority</w:t>
            </w:r>
          </w:p>
        </w:tc>
      </w:tr>
      <w:tr w:rsidR="005D3533" w14:paraId="57F5DDA0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7C75A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Governance / Steering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78AD5" w14:textId="77777777" w:rsidR="005D3533" w:rsidRDefault="003054DC">
            <w:pPr>
              <w:spacing w:after="0" w:line="252" w:lineRule="auto"/>
            </w:pPr>
            <w:sdt>
              <w:sdtPr>
                <w:alias w:val="Governance / Steering: Approach / Authority"/>
                <w:tag w:val="t9_r1_c2"/>
                <w:id w:val="91954894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379E65BE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43193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Decision Authority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E7DD6" w14:textId="77777777" w:rsidR="005D3533" w:rsidRDefault="003054DC">
            <w:pPr>
              <w:spacing w:after="0" w:line="252" w:lineRule="auto"/>
            </w:pPr>
            <w:sdt>
              <w:sdtPr>
                <w:alias w:val="Decision Authority: Approach / Authority"/>
                <w:tag w:val="t9_r2_c2"/>
                <w:id w:val="24160268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446C08F2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1EC2F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Escalation Path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EAFD4" w14:textId="77777777" w:rsidR="005D3533" w:rsidRDefault="003054DC">
            <w:pPr>
              <w:spacing w:after="0" w:line="252" w:lineRule="auto"/>
            </w:pPr>
            <w:sdt>
              <w:sdtPr>
                <w:alias w:val="Escalation Path: Approach / Authority"/>
                <w:tag w:val="t9_r3_c2"/>
                <w:id w:val="1501690239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05FB3E3F" w14:textId="77777777">
        <w:trPr>
          <w:jc w:val="center"/>
        </w:trPr>
        <w:tc>
          <w:tcPr>
            <w:tcW w:w="3528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FF6D7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Change Control</w:t>
            </w:r>
          </w:p>
        </w:tc>
        <w:tc>
          <w:tcPr>
            <w:tcW w:w="691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D8886" w14:textId="77777777" w:rsidR="005D3533" w:rsidRDefault="003054DC">
            <w:pPr>
              <w:spacing w:after="0" w:line="252" w:lineRule="auto"/>
            </w:pPr>
            <w:sdt>
              <w:sdtPr>
                <w:alias w:val="Change Control: Approach / Authority"/>
                <w:tag w:val="t9_r4_c2"/>
                <w:id w:val="1939692517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2EB75281" w14:textId="77777777">
        <w:trPr>
          <w:jc w:val="center"/>
        </w:trPr>
        <w:tc>
          <w:tcPr>
            <w:tcW w:w="35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FA7E5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Status / Reporting</w:t>
            </w:r>
          </w:p>
        </w:tc>
        <w:tc>
          <w:tcPr>
            <w:tcW w:w="69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8A7BA" w14:textId="77777777" w:rsidR="005D3533" w:rsidRDefault="003054DC">
            <w:pPr>
              <w:spacing w:after="0" w:line="252" w:lineRule="auto"/>
            </w:pPr>
            <w:sdt>
              <w:sdtPr>
                <w:alias w:val="Status / Reporting: Approach / Authority"/>
                <w:tag w:val="t9_r5_c2"/>
                <w:id w:val="1016360944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</w:tbl>
    <w:p w14:paraId="49E4E0BA" w14:textId="77777777" w:rsidR="005D3533" w:rsidRDefault="00E852BC">
      <w:r>
        <w:br w:type="page"/>
      </w:r>
    </w:p>
    <w:p w14:paraId="6C8E0C72" w14:textId="77777777" w:rsidR="005D3533" w:rsidRDefault="00847FF5">
      <w:pPr>
        <w:pStyle w:val="Heading2"/>
        <w:pageBreakBefore/>
        <w:spacing w:before="60" w:after="40"/>
      </w:pPr>
      <w:r>
        <w:rPr>
          <w:sz w:val="32"/>
        </w:rPr>
        <w:lastRenderedPageBreak/>
        <w:t>9</w:t>
      </w:r>
      <w:r w:rsidR="00E852BC">
        <w:rPr>
          <w:sz w:val="32"/>
        </w:rPr>
        <w:t>. Success Criteria</w:t>
      </w:r>
    </w:p>
    <w:p w14:paraId="20805931" w14:textId="77777777" w:rsidR="005D3533" w:rsidRDefault="00E852BC">
      <w:pPr>
        <w:spacing w:after="60"/>
      </w:pPr>
      <w:r>
        <w:rPr>
          <w:i/>
          <w:color w:val="6B7280"/>
          <w:sz w:val="16"/>
        </w:rPr>
        <w:t>Define how the project will demonstrate that its intended outcomes have been achieved. Use measurable criteria whenever practical.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Success criteria"/>
        <w:tblDescription w:val="Success measures, targets, measurement methods, and owners."/>
      </w:tblPr>
      <w:tblGrid>
        <w:gridCol w:w="2736"/>
        <w:gridCol w:w="3312"/>
        <w:gridCol w:w="2880"/>
        <w:gridCol w:w="1512"/>
      </w:tblGrid>
      <w:tr w:rsidR="005D3533" w14:paraId="7380D025" w14:textId="77777777">
        <w:trPr>
          <w:tblHeader/>
          <w:jc w:val="center"/>
        </w:trPr>
        <w:tc>
          <w:tcPr>
            <w:tcW w:w="2736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EA764D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Success Measure</w:t>
            </w:r>
          </w:p>
        </w:tc>
        <w:tc>
          <w:tcPr>
            <w:tcW w:w="331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96F72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Target / Acceptance Criteria</w:t>
            </w:r>
          </w:p>
        </w:tc>
        <w:tc>
          <w:tcPr>
            <w:tcW w:w="288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52B7A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How Measured</w:t>
            </w:r>
          </w:p>
        </w:tc>
        <w:tc>
          <w:tcPr>
            <w:tcW w:w="151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1B09A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</w:tr>
      <w:tr w:rsidR="005D3533" w14:paraId="3D73531D" w14:textId="77777777">
        <w:trPr>
          <w:jc w:val="center"/>
        </w:trPr>
        <w:tc>
          <w:tcPr>
            <w:tcW w:w="273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E113B" w14:textId="77777777" w:rsidR="00CE3D84" w:rsidRDefault="003054DC">
            <w:pPr>
              <w:spacing w:after="0" w:line="252" w:lineRule="auto"/>
            </w:pPr>
            <w:r>
              <w:rPr>
                <w:b/>
                <w:color w:val="1F2937"/>
              </w:rPr>
              <w:t>[Enter success measure]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7CC97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target or acceptance criteria]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093A0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measurement method]</w:t>
            </w:r>
          </w:p>
        </w:tc>
        <w:tc>
          <w:tcPr>
            <w:tcW w:w="15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C21A4" w14:textId="77777777" w:rsidR="00CE3D84" w:rsidRDefault="003054DC">
            <w:pPr>
              <w:spacing w:after="0" w:line="252" w:lineRule="auto"/>
            </w:pPr>
            <w:r>
              <w:rPr>
                <w:color w:val="1F2937"/>
              </w:rPr>
              <w:t>[Enter owner]</w:t>
            </w:r>
          </w:p>
        </w:tc>
      </w:tr>
    </w:tbl>
    <w:p w14:paraId="0C4864C4" w14:textId="77777777" w:rsidR="005D3533" w:rsidRDefault="00E852BC">
      <w:pPr>
        <w:pStyle w:val="Heading2"/>
        <w:spacing w:before="60" w:after="40"/>
      </w:pPr>
      <w:r>
        <w:rPr>
          <w:sz w:val="32"/>
        </w:rPr>
        <w:t>1</w:t>
      </w:r>
      <w:r w:rsidR="00847FF5">
        <w:rPr>
          <w:sz w:val="32"/>
        </w:rPr>
        <w:t>0</w:t>
      </w:r>
      <w:r>
        <w:rPr>
          <w:sz w:val="32"/>
        </w:rPr>
        <w:t>. Charter Preparation &amp; Approval</w:t>
      </w:r>
    </w:p>
    <w:p w14:paraId="504E75E3" w14:textId="77777777" w:rsidR="005D3533" w:rsidRDefault="00E852BC">
      <w:pPr>
        <w:spacing w:after="60"/>
      </w:pPr>
      <w:r>
        <w:rPr>
          <w:i/>
          <w:color w:val="6B7280"/>
          <w:sz w:val="16"/>
        </w:rPr>
        <w:t>Approval confirms agreement on the project purpose, objectives, scope, delivery context, and major commitments described in this charter.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Charter preparation and approval"/>
        <w:tblDescription w:val="Project charter preparation and approval roles, names, and dates."/>
      </w:tblPr>
      <w:tblGrid>
        <w:gridCol w:w="3456"/>
        <w:gridCol w:w="3240"/>
        <w:gridCol w:w="3744"/>
      </w:tblGrid>
      <w:tr w:rsidR="005D3533" w14:paraId="79F0ECA8" w14:textId="77777777">
        <w:trPr>
          <w:tblHeader/>
          <w:jc w:val="center"/>
        </w:trPr>
        <w:tc>
          <w:tcPr>
            <w:tcW w:w="3456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D78A1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w="324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D9994C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w="3744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AC62A" w14:textId="77777777" w:rsidR="005D3533" w:rsidRDefault="00E852B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Approval / Date</w:t>
            </w:r>
          </w:p>
        </w:tc>
      </w:tr>
      <w:tr w:rsidR="005D3533" w14:paraId="1A6ACAB5" w14:textId="77777777">
        <w:trPr>
          <w:jc w:val="center"/>
        </w:trPr>
        <w:tc>
          <w:tcPr>
            <w:tcW w:w="34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B3DA1A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Prepared By - Project Manager</w:t>
            </w:r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2CEAB" w14:textId="77777777" w:rsidR="005D3533" w:rsidRDefault="003054DC">
            <w:pPr>
              <w:spacing w:after="0" w:line="252" w:lineRule="auto"/>
            </w:pPr>
            <w:sdt>
              <w:sdtPr>
                <w:alias w:val="Prepared By - Project Manager: Name"/>
                <w:tag w:val="t11_r1_c2"/>
                <w:id w:val="413806252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  <w:tc>
          <w:tcPr>
            <w:tcW w:w="37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7F4AF0" w14:textId="77777777" w:rsidR="005D3533" w:rsidRDefault="003054DC">
            <w:pPr>
              <w:spacing w:after="0" w:line="252" w:lineRule="auto"/>
            </w:pPr>
            <w:sdt>
              <w:sdtPr>
                <w:alias w:val="Prepared By - Project Manager: Approval / Date"/>
                <w:tag w:val="t11_r1_c3"/>
                <w:id w:val="30202618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5A622104" w14:textId="77777777">
        <w:trPr>
          <w:jc w:val="center"/>
        </w:trPr>
        <w:tc>
          <w:tcPr>
            <w:tcW w:w="3456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EF3C5A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Approved By - Project Sponsor</w:t>
            </w:r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EAFDD2" w14:textId="77777777" w:rsidR="005D3533" w:rsidRDefault="003054DC">
            <w:pPr>
              <w:spacing w:after="0" w:line="252" w:lineRule="auto"/>
            </w:pPr>
            <w:sdt>
              <w:sdtPr>
                <w:alias w:val="Approved By - Project Sponsor: Name"/>
                <w:tag w:val="t11_r2_c2"/>
                <w:id w:val="1990635505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  <w:tc>
          <w:tcPr>
            <w:tcW w:w="37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832D0" w14:textId="77777777" w:rsidR="005D3533" w:rsidRDefault="003054DC">
            <w:pPr>
              <w:spacing w:after="0" w:line="252" w:lineRule="auto"/>
            </w:pPr>
            <w:sdt>
              <w:sdtPr>
                <w:alias w:val="Approved By - Project Sponsor: Approval / Date"/>
                <w:tag w:val="t11_r2_c3"/>
                <w:id w:val="81527011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  <w:tr w:rsidR="005D3533" w14:paraId="3B4DF77B" w14:textId="77777777">
        <w:trPr>
          <w:jc w:val="center"/>
        </w:trPr>
        <w:tc>
          <w:tcPr>
            <w:tcW w:w="345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96CED" w14:textId="77777777" w:rsidR="005D3533" w:rsidRDefault="00E852B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Approved By - Executive Sponsor, if applicable</w:t>
            </w:r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464BC" w14:textId="77777777" w:rsidR="005D3533" w:rsidRDefault="003054DC">
            <w:pPr>
              <w:spacing w:after="0" w:line="252" w:lineRule="auto"/>
            </w:pPr>
            <w:sdt>
              <w:sdtPr>
                <w:alias w:val="Approved By - Executive Sponsor, if applicable: Name"/>
                <w:tag w:val="t11_r3_c2"/>
                <w:id w:val="534495938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  <w:tc>
          <w:tcPr>
            <w:tcW w:w="37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C979AF" w14:textId="77777777" w:rsidR="005D3533" w:rsidRDefault="003054DC">
            <w:pPr>
              <w:spacing w:after="0" w:line="252" w:lineRule="auto"/>
            </w:pPr>
            <w:sdt>
              <w:sdtPr>
                <w:alias w:val="Approved By - Executive Sponsor, if applicable: Approval / Date"/>
                <w:tag w:val="t11_r3_c3"/>
                <w:id w:val="1756118033"/>
                <w:text/>
              </w:sdtPr>
              <w:sdtEndPr/>
              <w:sdtContent>
                <w:r w:rsidR="005D3533">
                  <w:t xml:space="preserve"> </w:t>
                </w:r>
              </w:sdtContent>
            </w:sdt>
          </w:p>
        </w:tc>
      </w:tr>
    </w:tbl>
    <w:p w14:paraId="391BF968" w14:textId="77777777" w:rsidR="005D3533" w:rsidRDefault="00E852BC">
      <w:pPr>
        <w:pStyle w:val="Heading2"/>
        <w:spacing w:before="60" w:after="40"/>
      </w:pPr>
      <w:r>
        <w:rPr>
          <w:sz w:val="32"/>
        </w:rPr>
        <w:t>1</w:t>
      </w:r>
      <w:r w:rsidR="00847FF5">
        <w:rPr>
          <w:sz w:val="32"/>
        </w:rPr>
        <w:t>1</w:t>
      </w:r>
      <w:r>
        <w:rPr>
          <w:sz w:val="32"/>
        </w:rPr>
        <w:t>. Related Project Artifacts</w:t>
      </w:r>
    </w:p>
    <w:p w14:paraId="013BEED1" w14:textId="77777777" w:rsidR="005D3533" w:rsidRDefault="00E852BC">
      <w:pPr>
        <w:spacing w:after="60"/>
      </w:pPr>
      <w:r>
        <w:rPr>
          <w:i/>
          <w:color w:val="6B7280"/>
          <w:sz w:val="16"/>
        </w:rPr>
        <w:t>Point to the current source artifact rather than duplicating detailed project information in the charter.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Related project artifacts"/>
        <w:tblDescription w:val="Related project artifacts, usage expectations, owners, and locations."/>
      </w:tblPr>
      <w:tblGrid>
        <w:gridCol w:w="3384"/>
        <w:gridCol w:w="1944"/>
        <w:gridCol w:w="1872"/>
        <w:gridCol w:w="3240"/>
      </w:tblGrid>
      <w:tr w:rsidR="005D3533" w14:paraId="7BBB0887" w14:textId="77777777">
        <w:trPr>
          <w:tblHeader/>
          <w:jc w:val="center"/>
        </w:trPr>
        <w:tc>
          <w:tcPr>
            <w:tcW w:w="3384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567D8" w14:textId="77777777" w:rsidR="004974AC" w:rsidRDefault="00DB2B7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Artifact</w:t>
            </w:r>
          </w:p>
        </w:tc>
        <w:tc>
          <w:tcPr>
            <w:tcW w:w="1944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DB1D8" w14:textId="77777777" w:rsidR="004974AC" w:rsidRDefault="00DB2B7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When Used</w:t>
            </w:r>
          </w:p>
        </w:tc>
        <w:tc>
          <w:tcPr>
            <w:tcW w:w="1872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C91E5" w14:textId="77777777" w:rsidR="004974AC" w:rsidRDefault="00DB2B7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w="3240" w:type="dxa"/>
            <w:shd w:val="clear" w:color="auto" w:fill="1329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5E3A6" w14:textId="77777777" w:rsidR="004974AC" w:rsidRDefault="00DB2B7C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Location / Link</w:t>
            </w:r>
          </w:p>
        </w:tc>
      </w:tr>
      <w:tr w:rsidR="005D3533" w14:paraId="6563F8F7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33035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Proposal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D4330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74B6C" w14:textId="77777777" w:rsidR="004974AC" w:rsidRDefault="003054DC">
            <w:pPr>
              <w:spacing w:after="0" w:line="252" w:lineRule="auto"/>
            </w:pPr>
            <w:sdt>
              <w:sdtPr>
                <w:alias w:val="Project Proposal: Owner"/>
                <w:tag w:val="t12_r1_c3"/>
                <w:id w:val="1952317841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8556E9" w14:textId="77777777" w:rsidR="004974AC" w:rsidRDefault="003054DC">
            <w:pPr>
              <w:spacing w:after="0" w:line="252" w:lineRule="auto"/>
            </w:pPr>
            <w:sdt>
              <w:sdtPr>
                <w:alias w:val="Project Proposal: Location / Link"/>
                <w:tag w:val="t12_r1_c4"/>
                <w:id w:val="1916011980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6E5220AE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31125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Plan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5841E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A5E46" w14:textId="77777777" w:rsidR="004974AC" w:rsidRDefault="003054DC">
            <w:pPr>
              <w:spacing w:after="0" w:line="252" w:lineRule="auto"/>
            </w:pPr>
            <w:sdt>
              <w:sdtPr>
                <w:alias w:val="Project Plan: Owner"/>
                <w:tag w:val="t12_r2_c3"/>
                <w:id w:val="328546261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F6213" w14:textId="77777777" w:rsidR="004974AC" w:rsidRDefault="003054DC">
            <w:pPr>
              <w:spacing w:after="0" w:line="252" w:lineRule="auto"/>
            </w:pPr>
            <w:sdt>
              <w:sdtPr>
                <w:alias w:val="Project Plan: Location / Link"/>
                <w:tag w:val="t12_r2_c4"/>
                <w:id w:val="1964160647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12C37C53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CB2BD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Team Roles &amp; Responsibilities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1DC7E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14B3D3" w14:textId="77777777" w:rsidR="004974AC" w:rsidRDefault="003054DC">
            <w:pPr>
              <w:spacing w:after="0" w:line="252" w:lineRule="auto"/>
            </w:pPr>
            <w:sdt>
              <w:sdtPr>
                <w:alias w:val="Project Team Roles &amp; Responsibilities: Owner"/>
                <w:tag w:val="t12_r3_c3"/>
                <w:id w:val="663284525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38EA1" w14:textId="77777777" w:rsidR="004974AC" w:rsidRDefault="003054DC">
            <w:pPr>
              <w:spacing w:after="0" w:line="252" w:lineRule="auto"/>
            </w:pPr>
            <w:sdt>
              <w:sdtPr>
                <w:alias w:val="Project Team Roles &amp; Responsibilities: Location / Link"/>
                <w:tag w:val="t12_r3_c4"/>
                <w:id w:val="1733961758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21634EAF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53AB7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Stakeholder Analysis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A7205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50740" w14:textId="77777777" w:rsidR="004974AC" w:rsidRDefault="003054DC">
            <w:pPr>
              <w:spacing w:after="0" w:line="252" w:lineRule="auto"/>
            </w:pPr>
            <w:sdt>
              <w:sdtPr>
                <w:alias w:val="Stakeholder Analysis: Owner"/>
                <w:tag w:val="t12_r4_c3"/>
                <w:id w:val="1392401959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D40F7F" w14:textId="77777777" w:rsidR="004974AC" w:rsidRDefault="003054DC">
            <w:pPr>
              <w:spacing w:after="0" w:line="252" w:lineRule="auto"/>
            </w:pPr>
            <w:sdt>
              <w:sdtPr>
                <w:alias w:val="Stakeholder Analysis: Location / Link"/>
                <w:tag w:val="t12_r4_c4"/>
                <w:id w:val="1292469023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21608E13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E575A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Communication Plan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A1858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4E387" w14:textId="77777777" w:rsidR="004974AC" w:rsidRDefault="003054DC">
            <w:pPr>
              <w:spacing w:after="0" w:line="252" w:lineRule="auto"/>
            </w:pPr>
            <w:sdt>
              <w:sdtPr>
                <w:alias w:val="Communication Plan: Owner"/>
                <w:tag w:val="t12_r5_c3"/>
                <w:id w:val="209131846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979C0" w14:textId="77777777" w:rsidR="004974AC" w:rsidRDefault="003054DC">
            <w:pPr>
              <w:spacing w:after="0" w:line="252" w:lineRule="auto"/>
            </w:pPr>
            <w:sdt>
              <w:sdtPr>
                <w:alias w:val="Communication Plan: Location / Link"/>
                <w:tag w:val="t12_r5_c4"/>
                <w:id w:val="544187716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6BC5ABEF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721C8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Milestone Plan / Schedule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7B5F2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ABD8E8" w14:textId="77777777" w:rsidR="004974AC" w:rsidRDefault="003054DC">
            <w:pPr>
              <w:spacing w:after="0" w:line="252" w:lineRule="auto"/>
            </w:pPr>
            <w:sdt>
              <w:sdtPr>
                <w:alias w:val="Milestone Plan / Schedule: Owner"/>
                <w:tag w:val="t12_r6_c3"/>
                <w:id w:val="1562748414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AD2DE0" w14:textId="77777777" w:rsidR="004974AC" w:rsidRDefault="003054DC">
            <w:pPr>
              <w:spacing w:after="0" w:line="252" w:lineRule="auto"/>
            </w:pPr>
            <w:sdt>
              <w:sdtPr>
                <w:alias w:val="Milestone Plan / Schedule: Location / Link"/>
                <w:tag w:val="t12_r6_c4"/>
                <w:id w:val="651737672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0A50D0B1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1ED8F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RAID Log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E3498F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9DF26" w14:textId="77777777" w:rsidR="004974AC" w:rsidRDefault="003054DC">
            <w:pPr>
              <w:spacing w:after="0" w:line="252" w:lineRule="auto"/>
            </w:pPr>
            <w:sdt>
              <w:sdtPr>
                <w:alias w:val="RAID Log: Owner"/>
                <w:tag w:val="t12_r7_c3"/>
                <w:id w:val="824524253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2735F" w14:textId="77777777" w:rsidR="004974AC" w:rsidRDefault="003054DC">
            <w:pPr>
              <w:spacing w:after="0" w:line="252" w:lineRule="auto"/>
            </w:pPr>
            <w:sdt>
              <w:sdtPr>
                <w:alias w:val="RAID Log: Location / Link"/>
                <w:tag w:val="t12_r7_c4"/>
                <w:id w:val="1847456701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4E70CE23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2CD39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Risk Register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7E304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CEC17" w14:textId="77777777" w:rsidR="004974AC" w:rsidRDefault="003054DC">
            <w:pPr>
              <w:spacing w:after="0" w:line="252" w:lineRule="auto"/>
            </w:pPr>
            <w:sdt>
              <w:sdtPr>
                <w:alias w:val="Risk Register: Owner"/>
                <w:tag w:val="t12_r8_c3"/>
                <w:id w:val="1600988900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A0DD0" w14:textId="77777777" w:rsidR="004974AC" w:rsidRDefault="003054DC">
            <w:pPr>
              <w:spacing w:after="0" w:line="252" w:lineRule="auto"/>
            </w:pPr>
            <w:sdt>
              <w:sdtPr>
                <w:alias w:val="Risk Register: Location / Link"/>
                <w:tag w:val="t12_r8_c4"/>
                <w:id w:val="1935887790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43159815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0EC01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Decision Log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AD3A8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6A015" w14:textId="77777777" w:rsidR="004974AC" w:rsidRDefault="003054DC">
            <w:pPr>
              <w:spacing w:after="0" w:line="252" w:lineRule="auto"/>
            </w:pPr>
            <w:sdt>
              <w:sdtPr>
                <w:alias w:val="Decision Log: Owner"/>
                <w:tag w:val="t12_r9_c3"/>
                <w:id w:val="1303090647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82D7B" w14:textId="77777777" w:rsidR="004974AC" w:rsidRDefault="003054DC">
            <w:pPr>
              <w:spacing w:after="0" w:line="252" w:lineRule="auto"/>
            </w:pPr>
            <w:sdt>
              <w:sdtPr>
                <w:alias w:val="Decision Log: Location / Link"/>
                <w:tag w:val="t12_r9_c4"/>
                <w:id w:val="1846354413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07BFF7DA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833A6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Change Requests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22EDC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C99AB" w14:textId="77777777" w:rsidR="004974AC" w:rsidRDefault="003054DC">
            <w:pPr>
              <w:spacing w:after="0" w:line="252" w:lineRule="auto"/>
            </w:pPr>
            <w:sdt>
              <w:sdtPr>
                <w:alias w:val="Change Requests: Owner"/>
                <w:tag w:val="t12_r10_c3"/>
                <w:id w:val="42309911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0169A" w14:textId="77777777" w:rsidR="004974AC" w:rsidRDefault="003054DC">
            <w:pPr>
              <w:spacing w:after="0" w:line="252" w:lineRule="auto"/>
            </w:pPr>
            <w:sdt>
              <w:sdtPr>
                <w:alias w:val="Change Requests: Location / Link"/>
                <w:tag w:val="t12_r10_c4"/>
                <w:id w:val="1091104144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4F1EEE06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41ADE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Status Brief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7AB16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As Needed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CB4F2C" w14:textId="77777777" w:rsidR="004974AC" w:rsidRDefault="003054DC">
            <w:pPr>
              <w:spacing w:after="0" w:line="252" w:lineRule="auto"/>
            </w:pPr>
            <w:sdt>
              <w:sdtPr>
                <w:alias w:val="Project Status Brief: Owner"/>
                <w:tag w:val="t12_r11_c3"/>
                <w:id w:val="795169662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91F35" w14:textId="77777777" w:rsidR="004974AC" w:rsidRDefault="003054DC">
            <w:pPr>
              <w:spacing w:after="0" w:line="252" w:lineRule="auto"/>
            </w:pPr>
            <w:sdt>
              <w:sdtPr>
                <w:alias w:val="Project Status Brief: Location / Link"/>
                <w:tag w:val="t12_r11_c4"/>
                <w:id w:val="848983489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7B143A9E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E37BD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Closure Checklist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D4C85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D2B5C" w14:textId="77777777" w:rsidR="004974AC" w:rsidRDefault="003054DC">
            <w:pPr>
              <w:spacing w:after="0" w:line="252" w:lineRule="auto"/>
            </w:pPr>
            <w:sdt>
              <w:sdtPr>
                <w:alias w:val="Project Closure Checklist: Owner"/>
                <w:tag w:val="t12_r12_c3"/>
                <w:id w:val="1571482529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5463C" w14:textId="77777777" w:rsidR="004974AC" w:rsidRDefault="003054DC">
            <w:pPr>
              <w:spacing w:after="0" w:line="252" w:lineRule="auto"/>
            </w:pPr>
            <w:sdt>
              <w:sdtPr>
                <w:alias w:val="Project Closure Checklist: Location / Link"/>
                <w:tag w:val="t12_r12_c4"/>
                <w:id w:val="509653634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5AA205DD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9C2E6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Lessons Learned</w:t>
            </w:r>
          </w:p>
        </w:tc>
        <w:tc>
          <w:tcPr>
            <w:tcW w:w="194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6C301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3C1D9" w14:textId="77777777" w:rsidR="004974AC" w:rsidRDefault="003054DC">
            <w:pPr>
              <w:spacing w:after="0" w:line="252" w:lineRule="auto"/>
            </w:pPr>
            <w:sdt>
              <w:sdtPr>
                <w:alias w:val="Lessons Learned: Owner"/>
                <w:tag w:val="t12_r13_c3"/>
                <w:id w:val="1562833170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07C6C" w14:textId="77777777" w:rsidR="004974AC" w:rsidRDefault="003054DC">
            <w:pPr>
              <w:spacing w:after="0" w:line="252" w:lineRule="auto"/>
            </w:pPr>
            <w:sdt>
              <w:sdtPr>
                <w:alias w:val="Lessons Learned: Location / Link"/>
                <w:tag w:val="t12_r13_c4"/>
                <w:id w:val="923443743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  <w:tr w:rsidR="005D3533" w14:paraId="09B65D97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7C5D5" w14:textId="77777777" w:rsidR="004974AC" w:rsidRDefault="00DB2B7C">
            <w:pPr>
              <w:spacing w:after="0" w:line="252" w:lineRule="auto"/>
            </w:pPr>
            <w:r>
              <w:rPr>
                <w:b/>
                <w:color w:val="1F2937"/>
                <w:sz w:val="16"/>
              </w:rPr>
              <w:t>Project Summary</w:t>
            </w:r>
          </w:p>
        </w:tc>
        <w:tc>
          <w:tcPr>
            <w:tcW w:w="1944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D27FD" w14:textId="77777777" w:rsidR="004974AC" w:rsidRDefault="00DB2B7C">
            <w:pPr>
              <w:spacing w:after="0" w:line="252" w:lineRule="auto"/>
            </w:pPr>
            <w:r>
              <w:rPr>
                <w:color w:val="1F2937"/>
                <w:sz w:val="16"/>
              </w:rPr>
              <w:t>Required</w:t>
            </w:r>
          </w:p>
        </w:tc>
        <w:tc>
          <w:tcPr>
            <w:tcW w:w="1872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F3E3CF" w14:textId="77777777" w:rsidR="004974AC" w:rsidRDefault="003054DC">
            <w:pPr>
              <w:spacing w:after="0" w:line="252" w:lineRule="auto"/>
            </w:pPr>
            <w:sdt>
              <w:sdtPr>
                <w:alias w:val="Project Summary: Owner"/>
                <w:tag w:val="t12_r14_c3"/>
                <w:id w:val="1591676587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  <w:tc>
          <w:tcPr>
            <w:tcW w:w="3240" w:type="dxa"/>
            <w:shd w:val="clear" w:color="auto" w:fill="F3F6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7604F" w14:textId="77777777" w:rsidR="004974AC" w:rsidRDefault="003054DC">
            <w:pPr>
              <w:spacing w:after="0" w:line="252" w:lineRule="auto"/>
            </w:pPr>
            <w:sdt>
              <w:sdtPr>
                <w:alias w:val="Project Summary: Location / Link"/>
                <w:tag w:val="t12_r14_c4"/>
                <w:id w:val="210309343"/>
                <w:text/>
              </w:sdtPr>
              <w:sdtEndPr/>
              <w:sdtContent>
                <w:r w:rsidR="004974AC">
                  <w:t xml:space="preserve"> </w:t>
                </w:r>
              </w:sdtContent>
            </w:sdt>
          </w:p>
        </w:tc>
      </w:tr>
    </w:tbl>
    <w:p w14:paraId="343127BF" w14:textId="77777777" w:rsidR="005D3533" w:rsidRDefault="00E852BC">
      <w:pPr>
        <w:spacing w:before="100"/>
      </w:pPr>
      <w:r>
        <w:rPr>
          <w:b/>
          <w:color w:val="C2410C"/>
          <w:sz w:val="16"/>
        </w:rPr>
        <w:t xml:space="preserve">Charter guidance: </w:t>
      </w:r>
      <w:r>
        <w:rPr>
          <w:color w:val="6B7280"/>
          <w:sz w:val="16"/>
        </w:rPr>
        <w:t>Use the charter to establish the project. Use the Project Plan and supporting artifacts to manage delivery. Tailor this document to the project and mark N/A where content does not add value.</w:t>
      </w:r>
    </w:p>
    <w:sectPr w:rsidR="005D3533" w:rsidSect="00034616">
      <w:headerReference w:type="default" r:id="rId8"/>
      <w:footerReference w:type="default" r:id="rId9"/>
      <w:pgSz w:w="12240" w:h="15840"/>
      <w:pgMar w:top="1483" w:right="893" w:bottom="691" w:left="893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D5444" w14:textId="77777777" w:rsidR="003054DC" w:rsidRDefault="003054DC">
      <w:pPr>
        <w:spacing w:after="0" w:line="240" w:lineRule="auto"/>
      </w:pPr>
      <w:r>
        <w:separator/>
      </w:r>
    </w:p>
  </w:endnote>
  <w:endnote w:type="continuationSeparator" w:id="0">
    <w:p w14:paraId="660D6DE2" w14:textId="77777777" w:rsidR="003054DC" w:rsidRDefault="00305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2F07" w14:textId="77777777" w:rsidR="005D3533" w:rsidRDefault="00E852BC">
    <w:pPr>
      <w:pStyle w:val="Footer"/>
      <w:jc w:val="center"/>
    </w:pPr>
    <w:r>
      <w:rPr>
        <w:color w:val="6B7280"/>
        <w:sz w:val="16"/>
      </w:rPr>
      <w:t xml:space="preserve">IT EPMO | Project Charter | Version 1.2 | Page </w:t>
    </w:r>
    <w:r>
      <w:fldChar w:fldCharType="begin"/>
    </w:r>
    <w:r>
      <w:instrText xml:space="preserve"> PAGE </w:instrText>
    </w:r>
    <w:r>
      <w:fldChar w:fldCharType="separate"/>
    </w:r>
    <w:r w:rsidR="00992E4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8415E" w14:textId="77777777" w:rsidR="003054DC" w:rsidRDefault="003054DC">
      <w:pPr>
        <w:spacing w:after="0" w:line="240" w:lineRule="auto"/>
      </w:pPr>
      <w:r>
        <w:separator/>
      </w:r>
    </w:p>
  </w:footnote>
  <w:footnote w:type="continuationSeparator" w:id="0">
    <w:p w14:paraId="61EE6094" w14:textId="77777777" w:rsidR="003054DC" w:rsidRDefault="00305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15DB" w14:textId="77777777" w:rsidR="00CE3D84" w:rsidRDefault="003054DC">
    <w:pPr>
      <w:pStyle w:val="Header"/>
    </w:pPr>
    <w:r>
      <w:rPr>
        <w:noProof/>
      </w:rPr>
      <w:drawing>
        <wp:inline distT="0" distB="0" distL="0" distR="0" wp14:anchorId="2EAAFE54" wp14:editId="70EBB394">
          <wp:extent cx="2185416" cy="769397"/>
          <wp:effectExtent l="0" t="0" r="0" b="0"/>
          <wp:docPr id="1" name="Office of the CIO wordmark" descr="Illinois Office of the CIO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 of the CIO wordmark" descr="Illinois Office of the CIO word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5416" cy="769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7404592">
    <w:abstractNumId w:val="8"/>
  </w:num>
  <w:num w:numId="2" w16cid:durableId="1809666433">
    <w:abstractNumId w:val="6"/>
  </w:num>
  <w:num w:numId="3" w16cid:durableId="1757629633">
    <w:abstractNumId w:val="5"/>
  </w:num>
  <w:num w:numId="4" w16cid:durableId="1186215784">
    <w:abstractNumId w:val="4"/>
  </w:num>
  <w:num w:numId="5" w16cid:durableId="622536291">
    <w:abstractNumId w:val="7"/>
  </w:num>
  <w:num w:numId="6" w16cid:durableId="1785491648">
    <w:abstractNumId w:val="3"/>
  </w:num>
  <w:num w:numId="7" w16cid:durableId="740565073">
    <w:abstractNumId w:val="2"/>
  </w:num>
  <w:num w:numId="8" w16cid:durableId="16349500">
    <w:abstractNumId w:val="1"/>
  </w:num>
  <w:num w:numId="9" w16cid:durableId="132802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DB5"/>
    <w:rsid w:val="0015074B"/>
    <w:rsid w:val="001776DE"/>
    <w:rsid w:val="002147B3"/>
    <w:rsid w:val="0029639D"/>
    <w:rsid w:val="003054DC"/>
    <w:rsid w:val="00326F90"/>
    <w:rsid w:val="004974AC"/>
    <w:rsid w:val="00546919"/>
    <w:rsid w:val="005D3533"/>
    <w:rsid w:val="007D0A56"/>
    <w:rsid w:val="00847FF5"/>
    <w:rsid w:val="00992E42"/>
    <w:rsid w:val="00AA1D8D"/>
    <w:rsid w:val="00B47730"/>
    <w:rsid w:val="00C9078D"/>
    <w:rsid w:val="00CB0664"/>
    <w:rsid w:val="00CE3D84"/>
    <w:rsid w:val="00DB2B7C"/>
    <w:rsid w:val="00E43A1C"/>
    <w:rsid w:val="00E852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3F9B71"/>
  <w14:defaultImageDpi w14:val="300"/>
  <w15:docId w15:val="{57D51900-757C-4E08-B7A0-5884E726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29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29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294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</dc:title>
  <dc:subject>IT EPMO project charter template</dc:subject>
  <dc:creator>python-docx</dc:creator>
  <cp:keywords>IT EPMO, project charter, project management, accessibility</cp:keywords>
  <dc:description>Fillable IT EPMO charter for project purpose, delivery context, scope, stakeholders, milestones, risks, governance, success criteria, and approvals.</dc:description>
  <cp:lastModifiedBy>Nelson, Todd</cp:lastModifiedBy>
  <cp:revision>2</cp:revision>
  <dcterms:created xsi:type="dcterms:W3CDTF">2026-10-15T18:56:00Z</dcterms:created>
  <dcterms:modified xsi:type="dcterms:W3CDTF">2026-10-15T18:56:00Z</dcterms:modified>
  <cp:category/>
  <dc:language>en-US</dc:language>
</cp:coreProperties>
</file>