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502B2" w14:textId="5E1C7FE0" w:rsidR="00AD192A" w:rsidRDefault="009947DC">
      <w:pPr>
        <w:pStyle w:val="Heading1"/>
        <w:spacing w:before="0" w:after="160"/>
      </w:pPr>
      <w:r>
        <w:rPr>
          <w:sz w:val="52"/>
        </w:rPr>
        <w:t xml:space="preserve">IT EPMO </w:t>
      </w:r>
      <w:r w:rsidR="000D41E6">
        <w:rPr>
          <w:sz w:val="52"/>
        </w:rPr>
        <w:t>Project Plan</w:t>
      </w:r>
    </w:p>
    <w:p w14:paraId="2095630C" w14:textId="77777777" w:rsidR="00AD192A" w:rsidRDefault="000D41E6">
      <w:r>
        <w:rPr>
          <w:b/>
          <w:color w:val="6B7280"/>
          <w:sz w:val="18"/>
        </w:rPr>
        <w:t>Version 1.2</w:t>
      </w:r>
    </w:p>
    <w:p w14:paraId="1E058AEB" w14:textId="77777777" w:rsidR="00AD192A" w:rsidRDefault="000D41E6">
      <w:r>
        <w:rPr>
          <w:color w:val="6B7280"/>
        </w:rPr>
        <w:t>A practical delivery playbook for how the project will be planned, governed, executed, controlled, transitioned, and closed.</w:t>
      </w:r>
    </w:p>
    <w:p w14:paraId="55AF1EC1" w14:textId="77777777" w:rsidR="00AD192A" w:rsidRDefault="000D41E6">
      <w:pPr>
        <w:spacing w:after="80"/>
      </w:pPr>
      <w:r>
        <w:rPr>
          <w:i/>
          <w:color w:val="6B7280"/>
          <w:sz w:val="17"/>
        </w:rPr>
        <w:t>Tailor this plan to the project. Complete the core sections, use methodology-specific content only when it adds value, and reference authoritative project artifacts and systems rather than duplicating detailed information.</w:t>
      </w:r>
    </w:p>
    <w:p w14:paraId="3A3BB398" w14:textId="77777777" w:rsidR="00AD192A" w:rsidRDefault="000D41E6">
      <w:pPr>
        <w:pStyle w:val="Heading2"/>
      </w:pPr>
      <w:r>
        <w:rPr>
          <w:sz w:val="32"/>
        </w:rPr>
        <w:t>1. Project Plan Overview</w:t>
      </w:r>
    </w:p>
    <w:tbl>
      <w:tblPr>
        <w:tblW w:w="10368"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Caption w:val="Project plan overview"/>
        <w:tblDescription w:val="Project identification, sponsorship, ownership, dates, and plan information."/>
      </w:tblPr>
      <w:tblGrid>
        <w:gridCol w:w="3213"/>
        <w:gridCol w:w="7155"/>
      </w:tblGrid>
      <w:tr w:rsidR="00AD192A" w14:paraId="12322C0D" w14:textId="77777777">
        <w:trPr>
          <w:tblHeader/>
          <w:jc w:val="center"/>
        </w:trPr>
        <w:tc>
          <w:tcPr>
            <w:tcW w:w="3213" w:type="dxa"/>
            <w:shd w:val="clear" w:color="auto" w:fill="13294B"/>
            <w:tcMar>
              <w:top w:w="70" w:type="dxa"/>
              <w:left w:w="90" w:type="dxa"/>
              <w:bottom w:w="70" w:type="dxa"/>
              <w:right w:w="90" w:type="dxa"/>
            </w:tcMar>
            <w:vAlign w:val="center"/>
          </w:tcPr>
          <w:p w14:paraId="1F65B420" w14:textId="77777777" w:rsidR="00AD192A" w:rsidRDefault="00AD192A">
            <w:pPr>
              <w:spacing w:after="0" w:line="252" w:lineRule="auto"/>
              <w:jc w:val="center"/>
            </w:pPr>
          </w:p>
        </w:tc>
        <w:tc>
          <w:tcPr>
            <w:tcW w:w="7155" w:type="dxa"/>
            <w:shd w:val="clear" w:color="auto" w:fill="13294B"/>
            <w:tcMar>
              <w:top w:w="70" w:type="dxa"/>
              <w:left w:w="90" w:type="dxa"/>
              <w:bottom w:w="70" w:type="dxa"/>
              <w:right w:w="90" w:type="dxa"/>
            </w:tcMar>
            <w:vAlign w:val="center"/>
          </w:tcPr>
          <w:p w14:paraId="1BBBE44D" w14:textId="77777777" w:rsidR="00AD192A" w:rsidRDefault="005146A3">
            <w:pPr>
              <w:spacing w:after="0" w:line="252" w:lineRule="auto"/>
              <w:jc w:val="center"/>
            </w:pPr>
            <w:r>
              <w:rPr>
                <w:b/>
                <w:color w:val="FFFFFF"/>
                <w:sz w:val="17"/>
              </w:rPr>
              <w:t>Information</w:t>
            </w:r>
          </w:p>
        </w:tc>
      </w:tr>
      <w:tr w:rsidR="00AD192A" w14:paraId="2765A2D5" w14:textId="77777777">
        <w:trPr>
          <w:jc w:val="center"/>
        </w:trPr>
        <w:tc>
          <w:tcPr>
            <w:tcW w:w="3213" w:type="dxa"/>
            <w:shd w:val="clear" w:color="auto" w:fill="FFFFFF"/>
            <w:tcMar>
              <w:top w:w="70" w:type="dxa"/>
              <w:left w:w="90" w:type="dxa"/>
              <w:bottom w:w="70" w:type="dxa"/>
              <w:right w:w="90" w:type="dxa"/>
            </w:tcMar>
            <w:vAlign w:val="center"/>
          </w:tcPr>
          <w:p w14:paraId="29D0AC8A" w14:textId="77777777" w:rsidR="00AD192A" w:rsidRDefault="000D41E6">
            <w:pPr>
              <w:spacing w:after="0" w:line="252" w:lineRule="auto"/>
            </w:pPr>
            <w:r>
              <w:rPr>
                <w:b/>
                <w:color w:val="1F2937"/>
                <w:sz w:val="17"/>
              </w:rPr>
              <w:t>Project Name</w:t>
            </w:r>
          </w:p>
        </w:tc>
        <w:tc>
          <w:tcPr>
            <w:tcW w:w="7155" w:type="dxa"/>
            <w:shd w:val="clear" w:color="auto" w:fill="FFFFFF"/>
            <w:tcMar>
              <w:top w:w="70" w:type="dxa"/>
              <w:left w:w="90" w:type="dxa"/>
              <w:bottom w:w="70" w:type="dxa"/>
              <w:right w:w="90" w:type="dxa"/>
            </w:tcMar>
            <w:vAlign w:val="center"/>
          </w:tcPr>
          <w:p w14:paraId="4577FE5A" w14:textId="77777777" w:rsidR="00AD192A" w:rsidRDefault="002A21E9">
            <w:pPr>
              <w:spacing w:after="0" w:line="252" w:lineRule="auto"/>
            </w:pPr>
            <w:sdt>
              <w:sdtPr>
                <w:alias w:val="Project Name Information"/>
                <w:tag w:val="project_name_information"/>
                <w:id w:val="71040"/>
                <w:text/>
              </w:sdtPr>
              <w:sdtEndPr/>
              <w:sdtContent>
                <w:r w:rsidR="000D41E6">
                  <w:rPr>
                    <w:color w:val="111827"/>
                    <w:sz w:val="17"/>
                  </w:rPr>
                  <w:t>[Enter project name]</w:t>
                </w:r>
              </w:sdtContent>
            </w:sdt>
          </w:p>
        </w:tc>
      </w:tr>
      <w:tr w:rsidR="00AD192A" w14:paraId="0369A350" w14:textId="77777777">
        <w:trPr>
          <w:jc w:val="center"/>
        </w:trPr>
        <w:tc>
          <w:tcPr>
            <w:tcW w:w="3213" w:type="dxa"/>
            <w:shd w:val="clear" w:color="auto" w:fill="F3F6FA"/>
            <w:tcMar>
              <w:top w:w="70" w:type="dxa"/>
              <w:left w:w="90" w:type="dxa"/>
              <w:bottom w:w="70" w:type="dxa"/>
              <w:right w:w="90" w:type="dxa"/>
            </w:tcMar>
            <w:vAlign w:val="center"/>
          </w:tcPr>
          <w:p w14:paraId="01247A95" w14:textId="77777777" w:rsidR="00AD192A" w:rsidRDefault="000D41E6">
            <w:pPr>
              <w:spacing w:after="0" w:line="252" w:lineRule="auto"/>
            </w:pPr>
            <w:r>
              <w:rPr>
                <w:b/>
                <w:color w:val="1F2937"/>
                <w:sz w:val="17"/>
              </w:rPr>
              <w:t>Project Manager</w:t>
            </w:r>
          </w:p>
        </w:tc>
        <w:tc>
          <w:tcPr>
            <w:tcW w:w="7155" w:type="dxa"/>
            <w:shd w:val="clear" w:color="auto" w:fill="F3F6FA"/>
            <w:tcMar>
              <w:top w:w="70" w:type="dxa"/>
              <w:left w:w="90" w:type="dxa"/>
              <w:bottom w:w="70" w:type="dxa"/>
              <w:right w:w="90" w:type="dxa"/>
            </w:tcMar>
            <w:vAlign w:val="center"/>
          </w:tcPr>
          <w:p w14:paraId="6F7F5841" w14:textId="77777777" w:rsidR="00AD192A" w:rsidRDefault="002A21E9">
            <w:pPr>
              <w:spacing w:after="0" w:line="252" w:lineRule="auto"/>
            </w:pPr>
            <w:sdt>
              <w:sdtPr>
                <w:alias w:val="Project Manager Information"/>
                <w:tag w:val="project_manager_information"/>
                <w:id w:val="71041"/>
                <w:text/>
              </w:sdtPr>
              <w:sdtEndPr/>
              <w:sdtContent>
                <w:r w:rsidR="000D41E6">
                  <w:rPr>
                    <w:color w:val="111827"/>
                    <w:sz w:val="17"/>
                  </w:rPr>
                  <w:t>[Enter name]</w:t>
                </w:r>
              </w:sdtContent>
            </w:sdt>
          </w:p>
        </w:tc>
      </w:tr>
      <w:tr w:rsidR="00AD192A" w14:paraId="4C4661C3" w14:textId="77777777">
        <w:trPr>
          <w:jc w:val="center"/>
        </w:trPr>
        <w:tc>
          <w:tcPr>
            <w:tcW w:w="3213" w:type="dxa"/>
            <w:shd w:val="clear" w:color="auto" w:fill="FFFFFF"/>
            <w:tcMar>
              <w:top w:w="70" w:type="dxa"/>
              <w:left w:w="90" w:type="dxa"/>
              <w:bottom w:w="70" w:type="dxa"/>
              <w:right w:w="90" w:type="dxa"/>
            </w:tcMar>
            <w:vAlign w:val="center"/>
          </w:tcPr>
          <w:p w14:paraId="06AAF015" w14:textId="77777777" w:rsidR="00AD192A" w:rsidRDefault="000D41E6">
            <w:pPr>
              <w:spacing w:after="0" w:line="252" w:lineRule="auto"/>
            </w:pPr>
            <w:r>
              <w:rPr>
                <w:b/>
                <w:color w:val="1F2937"/>
                <w:sz w:val="17"/>
              </w:rPr>
              <w:t>Executive Sponsor, if applicable</w:t>
            </w:r>
          </w:p>
        </w:tc>
        <w:tc>
          <w:tcPr>
            <w:tcW w:w="7155" w:type="dxa"/>
            <w:shd w:val="clear" w:color="auto" w:fill="FFFFFF"/>
            <w:tcMar>
              <w:top w:w="70" w:type="dxa"/>
              <w:left w:w="90" w:type="dxa"/>
              <w:bottom w:w="70" w:type="dxa"/>
              <w:right w:w="90" w:type="dxa"/>
            </w:tcMar>
            <w:vAlign w:val="center"/>
          </w:tcPr>
          <w:p w14:paraId="66C91C0F" w14:textId="77777777" w:rsidR="00AD192A" w:rsidRDefault="002A21E9">
            <w:pPr>
              <w:spacing w:after="0" w:line="252" w:lineRule="auto"/>
            </w:pPr>
            <w:sdt>
              <w:sdtPr>
                <w:alias w:val="Executive Sponsor, if applicable Information"/>
                <w:tag w:val="executive_sponsor_if_applicable_information"/>
                <w:id w:val="71042"/>
                <w:text/>
              </w:sdtPr>
              <w:sdtEndPr/>
              <w:sdtContent>
                <w:r w:rsidR="000D41E6">
                  <w:rPr>
                    <w:color w:val="111827"/>
                    <w:sz w:val="17"/>
                  </w:rPr>
                  <w:t>[Enter name]</w:t>
                </w:r>
              </w:sdtContent>
            </w:sdt>
          </w:p>
        </w:tc>
      </w:tr>
      <w:tr w:rsidR="00AD192A" w14:paraId="32F37319" w14:textId="77777777">
        <w:trPr>
          <w:jc w:val="center"/>
        </w:trPr>
        <w:tc>
          <w:tcPr>
            <w:tcW w:w="3213" w:type="dxa"/>
            <w:shd w:val="clear" w:color="auto" w:fill="F3F6FA"/>
            <w:tcMar>
              <w:top w:w="70" w:type="dxa"/>
              <w:left w:w="90" w:type="dxa"/>
              <w:bottom w:w="70" w:type="dxa"/>
              <w:right w:w="90" w:type="dxa"/>
            </w:tcMar>
            <w:vAlign w:val="center"/>
          </w:tcPr>
          <w:p w14:paraId="43214869" w14:textId="77777777" w:rsidR="00AD192A" w:rsidRDefault="000D41E6">
            <w:pPr>
              <w:spacing w:after="0" w:line="252" w:lineRule="auto"/>
            </w:pPr>
            <w:r>
              <w:rPr>
                <w:b/>
                <w:color w:val="1F2937"/>
                <w:sz w:val="17"/>
              </w:rPr>
              <w:t>Project Sponsor</w:t>
            </w:r>
          </w:p>
        </w:tc>
        <w:tc>
          <w:tcPr>
            <w:tcW w:w="7155" w:type="dxa"/>
            <w:shd w:val="clear" w:color="auto" w:fill="F3F6FA"/>
            <w:tcMar>
              <w:top w:w="70" w:type="dxa"/>
              <w:left w:w="90" w:type="dxa"/>
              <w:bottom w:w="70" w:type="dxa"/>
              <w:right w:w="90" w:type="dxa"/>
            </w:tcMar>
            <w:vAlign w:val="center"/>
          </w:tcPr>
          <w:p w14:paraId="6EE3C46D" w14:textId="77777777" w:rsidR="00AD192A" w:rsidRDefault="002A21E9">
            <w:pPr>
              <w:spacing w:after="0" w:line="252" w:lineRule="auto"/>
            </w:pPr>
            <w:sdt>
              <w:sdtPr>
                <w:alias w:val="Project Sponsor Information"/>
                <w:tag w:val="project_sponsor_information"/>
                <w:id w:val="71043"/>
                <w:text/>
              </w:sdtPr>
              <w:sdtEndPr/>
              <w:sdtContent>
                <w:r w:rsidR="000D41E6">
                  <w:rPr>
                    <w:color w:val="111827"/>
                    <w:sz w:val="17"/>
                  </w:rPr>
                  <w:t>[Enter name]</w:t>
                </w:r>
              </w:sdtContent>
            </w:sdt>
          </w:p>
        </w:tc>
      </w:tr>
      <w:tr w:rsidR="00AD192A" w14:paraId="613B272A" w14:textId="77777777">
        <w:trPr>
          <w:jc w:val="center"/>
        </w:trPr>
        <w:tc>
          <w:tcPr>
            <w:tcW w:w="3213" w:type="dxa"/>
            <w:shd w:val="clear" w:color="auto" w:fill="FFFFFF"/>
            <w:tcMar>
              <w:top w:w="70" w:type="dxa"/>
              <w:left w:w="90" w:type="dxa"/>
              <w:bottom w:w="70" w:type="dxa"/>
              <w:right w:w="90" w:type="dxa"/>
            </w:tcMar>
            <w:vAlign w:val="center"/>
          </w:tcPr>
          <w:p w14:paraId="40935655" w14:textId="77777777" w:rsidR="00AD192A" w:rsidRDefault="000D41E6">
            <w:pPr>
              <w:spacing w:after="0" w:line="252" w:lineRule="auto"/>
            </w:pPr>
            <w:r>
              <w:rPr>
                <w:b/>
                <w:color w:val="1F2937"/>
                <w:sz w:val="17"/>
              </w:rPr>
              <w:t>Business / Service Owner</w:t>
            </w:r>
          </w:p>
        </w:tc>
        <w:tc>
          <w:tcPr>
            <w:tcW w:w="7155" w:type="dxa"/>
            <w:shd w:val="clear" w:color="auto" w:fill="FFFFFF"/>
            <w:tcMar>
              <w:top w:w="70" w:type="dxa"/>
              <w:left w:w="90" w:type="dxa"/>
              <w:bottom w:w="70" w:type="dxa"/>
              <w:right w:w="90" w:type="dxa"/>
            </w:tcMar>
            <w:vAlign w:val="center"/>
          </w:tcPr>
          <w:p w14:paraId="6F63C2F5" w14:textId="77777777" w:rsidR="00AD192A" w:rsidRDefault="002A21E9">
            <w:pPr>
              <w:spacing w:after="0" w:line="252" w:lineRule="auto"/>
            </w:pPr>
            <w:sdt>
              <w:sdtPr>
                <w:alias w:val="Business / Service Owner Information"/>
                <w:tag w:val="business_service_owner_information"/>
                <w:id w:val="71044"/>
                <w:text/>
              </w:sdtPr>
              <w:sdtEndPr/>
              <w:sdtContent>
                <w:r w:rsidR="000D41E6">
                  <w:rPr>
                    <w:color w:val="111827"/>
                    <w:sz w:val="17"/>
                  </w:rPr>
                  <w:t>[Enter name]</w:t>
                </w:r>
              </w:sdtContent>
            </w:sdt>
          </w:p>
        </w:tc>
      </w:tr>
      <w:tr w:rsidR="00AD192A" w14:paraId="39CA085B" w14:textId="77777777">
        <w:trPr>
          <w:jc w:val="center"/>
        </w:trPr>
        <w:tc>
          <w:tcPr>
            <w:tcW w:w="3213" w:type="dxa"/>
            <w:shd w:val="clear" w:color="auto" w:fill="F3F6FA"/>
            <w:tcMar>
              <w:top w:w="70" w:type="dxa"/>
              <w:left w:w="90" w:type="dxa"/>
              <w:bottom w:w="70" w:type="dxa"/>
              <w:right w:w="90" w:type="dxa"/>
            </w:tcMar>
            <w:vAlign w:val="center"/>
          </w:tcPr>
          <w:p w14:paraId="355A6155" w14:textId="77777777" w:rsidR="00AD192A" w:rsidRDefault="000D41E6">
            <w:pPr>
              <w:spacing w:after="0" w:line="252" w:lineRule="auto"/>
            </w:pPr>
            <w:r>
              <w:rPr>
                <w:b/>
                <w:color w:val="1F2937"/>
                <w:sz w:val="17"/>
              </w:rPr>
              <w:t>Planned Start</w:t>
            </w:r>
          </w:p>
        </w:tc>
        <w:tc>
          <w:tcPr>
            <w:tcW w:w="7155" w:type="dxa"/>
            <w:shd w:val="clear" w:color="auto" w:fill="F3F6FA"/>
            <w:tcMar>
              <w:top w:w="70" w:type="dxa"/>
              <w:left w:w="90" w:type="dxa"/>
              <w:bottom w:w="70" w:type="dxa"/>
              <w:right w:w="90" w:type="dxa"/>
            </w:tcMar>
            <w:vAlign w:val="center"/>
          </w:tcPr>
          <w:p w14:paraId="6754C302" w14:textId="77777777" w:rsidR="00AD192A" w:rsidRDefault="002A21E9">
            <w:pPr>
              <w:spacing w:after="0" w:line="252" w:lineRule="auto"/>
            </w:pPr>
            <w:sdt>
              <w:sdtPr>
                <w:alias w:val="Planned Start Information"/>
                <w:tag w:val="planned_start_information"/>
                <w:id w:val="71045"/>
                <w:text/>
              </w:sdtPr>
              <w:sdtEndPr/>
              <w:sdtContent>
                <w:r w:rsidR="000D41E6">
                  <w:rPr>
                    <w:color w:val="111827"/>
                    <w:sz w:val="17"/>
                  </w:rPr>
                  <w:t>[mm/dd/yyyy]</w:t>
                </w:r>
              </w:sdtContent>
            </w:sdt>
          </w:p>
        </w:tc>
      </w:tr>
      <w:tr w:rsidR="00AD192A" w14:paraId="6AA894A1" w14:textId="77777777">
        <w:trPr>
          <w:jc w:val="center"/>
        </w:trPr>
        <w:tc>
          <w:tcPr>
            <w:tcW w:w="3213" w:type="dxa"/>
            <w:shd w:val="clear" w:color="auto" w:fill="FFFFFF"/>
            <w:tcMar>
              <w:top w:w="70" w:type="dxa"/>
              <w:left w:w="90" w:type="dxa"/>
              <w:bottom w:w="70" w:type="dxa"/>
              <w:right w:w="90" w:type="dxa"/>
            </w:tcMar>
            <w:vAlign w:val="center"/>
          </w:tcPr>
          <w:p w14:paraId="16AF62BA" w14:textId="77777777" w:rsidR="00AD192A" w:rsidRDefault="000D41E6">
            <w:pPr>
              <w:spacing w:after="0" w:line="252" w:lineRule="auto"/>
            </w:pPr>
            <w:r>
              <w:rPr>
                <w:b/>
                <w:color w:val="1F2937"/>
                <w:sz w:val="17"/>
              </w:rPr>
              <w:t>Target Completion</w:t>
            </w:r>
          </w:p>
        </w:tc>
        <w:tc>
          <w:tcPr>
            <w:tcW w:w="7155" w:type="dxa"/>
            <w:shd w:val="clear" w:color="auto" w:fill="FFFFFF"/>
            <w:tcMar>
              <w:top w:w="70" w:type="dxa"/>
              <w:left w:w="90" w:type="dxa"/>
              <w:bottom w:w="70" w:type="dxa"/>
              <w:right w:w="90" w:type="dxa"/>
            </w:tcMar>
            <w:vAlign w:val="center"/>
          </w:tcPr>
          <w:p w14:paraId="616B40FA" w14:textId="77777777" w:rsidR="00AD192A" w:rsidRDefault="002A21E9">
            <w:pPr>
              <w:spacing w:after="0" w:line="252" w:lineRule="auto"/>
            </w:pPr>
            <w:sdt>
              <w:sdtPr>
                <w:alias w:val="Target Completion Information"/>
                <w:tag w:val="target_completion_information"/>
                <w:id w:val="71046"/>
                <w:text/>
              </w:sdtPr>
              <w:sdtEndPr/>
              <w:sdtContent>
                <w:r w:rsidR="000D41E6">
                  <w:rPr>
                    <w:color w:val="111827"/>
                    <w:sz w:val="17"/>
                  </w:rPr>
                  <w:t>[mm/dd/yyyy]</w:t>
                </w:r>
              </w:sdtContent>
            </w:sdt>
          </w:p>
        </w:tc>
      </w:tr>
      <w:tr w:rsidR="00AD192A" w14:paraId="7293B1A5" w14:textId="77777777">
        <w:trPr>
          <w:jc w:val="center"/>
        </w:trPr>
        <w:tc>
          <w:tcPr>
            <w:tcW w:w="3213" w:type="dxa"/>
            <w:shd w:val="clear" w:color="auto" w:fill="F3F6FA"/>
            <w:tcMar>
              <w:top w:w="70" w:type="dxa"/>
              <w:left w:w="90" w:type="dxa"/>
              <w:bottom w:w="70" w:type="dxa"/>
              <w:right w:w="90" w:type="dxa"/>
            </w:tcMar>
            <w:vAlign w:val="center"/>
          </w:tcPr>
          <w:p w14:paraId="605ACE36" w14:textId="77777777" w:rsidR="00AD192A" w:rsidRDefault="000D41E6">
            <w:pPr>
              <w:spacing w:after="0" w:line="252" w:lineRule="auto"/>
            </w:pPr>
            <w:r>
              <w:rPr>
                <w:b/>
                <w:color w:val="1F2937"/>
                <w:sz w:val="17"/>
              </w:rPr>
              <w:t>Plan Date</w:t>
            </w:r>
          </w:p>
        </w:tc>
        <w:tc>
          <w:tcPr>
            <w:tcW w:w="7155" w:type="dxa"/>
            <w:shd w:val="clear" w:color="auto" w:fill="F3F6FA"/>
            <w:tcMar>
              <w:top w:w="70" w:type="dxa"/>
              <w:left w:w="90" w:type="dxa"/>
              <w:bottom w:w="70" w:type="dxa"/>
              <w:right w:w="90" w:type="dxa"/>
            </w:tcMar>
            <w:vAlign w:val="center"/>
          </w:tcPr>
          <w:p w14:paraId="16A5D2C6" w14:textId="77777777" w:rsidR="00AD192A" w:rsidRDefault="002A21E9">
            <w:pPr>
              <w:spacing w:after="0" w:line="252" w:lineRule="auto"/>
            </w:pPr>
            <w:sdt>
              <w:sdtPr>
                <w:alias w:val="Plan Date Information"/>
                <w:tag w:val="plan_date_information"/>
                <w:id w:val="71047"/>
                <w:text/>
              </w:sdtPr>
              <w:sdtEndPr/>
              <w:sdtContent>
                <w:r w:rsidR="000D41E6">
                  <w:rPr>
                    <w:color w:val="111827"/>
                    <w:sz w:val="17"/>
                  </w:rPr>
                  <w:t>[mm/dd/yyyy]</w:t>
                </w:r>
              </w:sdtContent>
            </w:sdt>
          </w:p>
        </w:tc>
      </w:tr>
    </w:tbl>
    <w:p w14:paraId="2712FE3B" w14:textId="77777777" w:rsidR="00AD192A" w:rsidRDefault="000D41E6">
      <w:pPr>
        <w:pStyle w:val="Heading3"/>
      </w:pPr>
      <w:r>
        <w:rPr>
          <w:color w:val="13294B"/>
          <w:sz w:val="24"/>
        </w:rPr>
        <w:t>Project Delivery Context</w:t>
      </w:r>
    </w:p>
    <w:tbl>
      <w:tblPr>
        <w:tblW w:w="10368"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Caption w:val="Project delivery context"/>
        <w:tblDescription w:val="Engagement model, delivery methodology, and operating mode selections."/>
      </w:tblPr>
      <w:tblGrid>
        <w:gridCol w:w="3213"/>
        <w:gridCol w:w="7155"/>
      </w:tblGrid>
      <w:tr w:rsidR="00AD192A" w14:paraId="0E26FF32" w14:textId="77777777">
        <w:trPr>
          <w:tblHeader/>
          <w:jc w:val="center"/>
        </w:trPr>
        <w:tc>
          <w:tcPr>
            <w:tcW w:w="3213" w:type="dxa"/>
            <w:shd w:val="clear" w:color="auto" w:fill="13294B"/>
            <w:tcMar>
              <w:top w:w="70" w:type="dxa"/>
              <w:left w:w="90" w:type="dxa"/>
              <w:bottom w:w="70" w:type="dxa"/>
              <w:right w:w="90" w:type="dxa"/>
            </w:tcMar>
            <w:vAlign w:val="center"/>
          </w:tcPr>
          <w:p w14:paraId="1EAFD781" w14:textId="77777777" w:rsidR="00AD192A" w:rsidRDefault="000D41E6">
            <w:pPr>
              <w:spacing w:after="0" w:line="252" w:lineRule="auto"/>
              <w:jc w:val="center"/>
            </w:pPr>
            <w:r>
              <w:rPr>
                <w:b/>
                <w:color w:val="FFFFFF"/>
                <w:sz w:val="17"/>
              </w:rPr>
              <w:t>Delivery Context Element</w:t>
            </w:r>
          </w:p>
        </w:tc>
        <w:tc>
          <w:tcPr>
            <w:tcW w:w="7155" w:type="dxa"/>
            <w:shd w:val="clear" w:color="auto" w:fill="13294B"/>
            <w:tcMar>
              <w:top w:w="70" w:type="dxa"/>
              <w:left w:w="90" w:type="dxa"/>
              <w:bottom w:w="70" w:type="dxa"/>
              <w:right w:w="90" w:type="dxa"/>
            </w:tcMar>
            <w:vAlign w:val="center"/>
          </w:tcPr>
          <w:p w14:paraId="5AEB40EF" w14:textId="77777777" w:rsidR="00AD192A" w:rsidRDefault="000D41E6">
            <w:pPr>
              <w:spacing w:after="0" w:line="252" w:lineRule="auto"/>
              <w:jc w:val="center"/>
            </w:pPr>
            <w:r>
              <w:rPr>
                <w:b/>
                <w:color w:val="FFFFFF"/>
                <w:sz w:val="17"/>
              </w:rPr>
              <w:t>Selection</w:t>
            </w:r>
          </w:p>
        </w:tc>
      </w:tr>
      <w:tr w:rsidR="00AD192A" w14:paraId="6E10787A" w14:textId="77777777">
        <w:trPr>
          <w:jc w:val="center"/>
        </w:trPr>
        <w:tc>
          <w:tcPr>
            <w:tcW w:w="3213" w:type="dxa"/>
            <w:shd w:val="clear" w:color="auto" w:fill="FFFFFF"/>
            <w:tcMar>
              <w:top w:w="70" w:type="dxa"/>
              <w:left w:w="90" w:type="dxa"/>
              <w:bottom w:w="70" w:type="dxa"/>
              <w:right w:w="90" w:type="dxa"/>
            </w:tcMar>
            <w:vAlign w:val="center"/>
          </w:tcPr>
          <w:p w14:paraId="0918E9FF" w14:textId="77777777" w:rsidR="00AD192A" w:rsidRDefault="000D41E6">
            <w:pPr>
              <w:spacing w:after="0" w:line="252" w:lineRule="auto"/>
            </w:pPr>
            <w:r>
              <w:rPr>
                <w:b/>
                <w:color w:val="1F2937"/>
                <w:sz w:val="17"/>
              </w:rPr>
              <w:t>Engagement Model</w:t>
            </w:r>
          </w:p>
        </w:tc>
        <w:tc>
          <w:tcPr>
            <w:tcW w:w="7155" w:type="dxa"/>
            <w:shd w:val="clear" w:color="auto" w:fill="FFFFFF"/>
            <w:tcMar>
              <w:top w:w="70" w:type="dxa"/>
              <w:left w:w="90" w:type="dxa"/>
              <w:bottom w:w="70" w:type="dxa"/>
              <w:right w:w="90" w:type="dxa"/>
            </w:tcMar>
            <w:vAlign w:val="center"/>
          </w:tcPr>
          <w:p w14:paraId="1BD5A465" w14:textId="77777777" w:rsidR="00AD192A" w:rsidRDefault="002A21E9">
            <w:pPr>
              <w:spacing w:after="0" w:line="252" w:lineRule="auto"/>
            </w:pPr>
            <w:sdt>
              <w:sdtPr>
                <w:alias w:val="Engagement Model Selection: Autonomous"/>
                <w:tag w:val="selection_1_autonomous"/>
                <w:id w:val="71000"/>
                <w14:checkbox>
                  <w14:checked w14:val="0"/>
                  <w14:checkedState w14:val="2612" w14:font="MS Gothic"/>
                  <w14:uncheckedState w14:val="2610" w14:font="MS Gothic"/>
                </w14:checkbox>
              </w:sdtPr>
              <w:sdtEndPr/>
              <w:sdtContent>
                <w:r w:rsidR="000D41E6">
                  <w:rPr>
                    <w:color w:val="111827"/>
                    <w:sz w:val="17"/>
                  </w:rPr>
                  <w:t>☐</w:t>
                </w:r>
              </w:sdtContent>
            </w:sdt>
            <w:r w:rsidR="000D41E6">
              <w:rPr>
                <w:color w:val="1F2937"/>
                <w:sz w:val="17"/>
              </w:rPr>
              <w:t xml:space="preserve"> Autonomous   </w:t>
            </w:r>
            <w:sdt>
              <w:sdtPr>
                <w:alias w:val="Engagement Model Selection: Guided"/>
                <w:tag w:val="selection_2_guided"/>
                <w:id w:val="71001"/>
                <w14:checkbox>
                  <w14:checked w14:val="0"/>
                  <w14:checkedState w14:val="2612" w14:font="MS Gothic"/>
                  <w14:uncheckedState w14:val="2610" w14:font="MS Gothic"/>
                </w14:checkbox>
              </w:sdtPr>
              <w:sdtEndPr/>
              <w:sdtContent>
                <w:r w:rsidR="000D41E6">
                  <w:rPr>
                    <w:color w:val="111827"/>
                    <w:sz w:val="17"/>
                  </w:rPr>
                  <w:t>☐</w:t>
                </w:r>
              </w:sdtContent>
            </w:sdt>
            <w:r w:rsidR="000D41E6">
              <w:rPr>
                <w:color w:val="1F2937"/>
                <w:sz w:val="17"/>
              </w:rPr>
              <w:t xml:space="preserve"> Guided   </w:t>
            </w:r>
            <w:sdt>
              <w:sdtPr>
                <w:alias w:val="Engagement Model Selection: Embedded"/>
                <w:tag w:val="selection_3_embedded"/>
                <w:id w:val="71002"/>
                <w14:checkbox>
                  <w14:checked w14:val="0"/>
                  <w14:checkedState w14:val="2612" w14:font="MS Gothic"/>
                  <w14:uncheckedState w14:val="2610" w14:font="MS Gothic"/>
                </w14:checkbox>
              </w:sdtPr>
              <w:sdtEndPr/>
              <w:sdtContent>
                <w:r w:rsidR="000D41E6">
                  <w:rPr>
                    <w:color w:val="111827"/>
                    <w:sz w:val="17"/>
                  </w:rPr>
                  <w:t>☐</w:t>
                </w:r>
              </w:sdtContent>
            </w:sdt>
            <w:r w:rsidR="000D41E6">
              <w:rPr>
                <w:color w:val="1F2937"/>
                <w:sz w:val="17"/>
              </w:rPr>
              <w:t xml:space="preserve"> Embedded   </w:t>
            </w:r>
            <w:sdt>
              <w:sdtPr>
                <w:alias w:val="Engagement Model Selection: Phase Assisted"/>
                <w:tag w:val="selection_4_phase_assisted"/>
                <w:id w:val="71003"/>
                <w14:checkbox>
                  <w14:checked w14:val="0"/>
                  <w14:checkedState w14:val="2612" w14:font="MS Gothic"/>
                  <w14:uncheckedState w14:val="2610" w14:font="MS Gothic"/>
                </w14:checkbox>
              </w:sdtPr>
              <w:sdtEndPr/>
              <w:sdtContent>
                <w:r w:rsidR="000D41E6">
                  <w:rPr>
                    <w:color w:val="111827"/>
                    <w:sz w:val="17"/>
                  </w:rPr>
                  <w:t>☐</w:t>
                </w:r>
              </w:sdtContent>
            </w:sdt>
            <w:r w:rsidR="000D41E6">
              <w:rPr>
                <w:color w:val="1F2937"/>
                <w:sz w:val="17"/>
              </w:rPr>
              <w:t xml:space="preserve"> Phase Assisted   </w:t>
            </w:r>
            <w:sdt>
              <w:sdtPr>
                <w:alias w:val="Engagement Model Selection: Fully Managed"/>
                <w:tag w:val="selection_5_fully_managed"/>
                <w:id w:val="71004"/>
                <w14:checkbox>
                  <w14:checked w14:val="0"/>
                  <w14:checkedState w14:val="2612" w14:font="MS Gothic"/>
                  <w14:uncheckedState w14:val="2610" w14:font="MS Gothic"/>
                </w14:checkbox>
              </w:sdtPr>
              <w:sdtEndPr/>
              <w:sdtContent>
                <w:r w:rsidR="000D41E6">
                  <w:rPr>
                    <w:color w:val="111827"/>
                    <w:sz w:val="17"/>
                  </w:rPr>
                  <w:t>☐</w:t>
                </w:r>
              </w:sdtContent>
            </w:sdt>
            <w:r w:rsidR="000D41E6">
              <w:rPr>
                <w:color w:val="1F2937"/>
                <w:sz w:val="17"/>
              </w:rPr>
              <w:t xml:space="preserve"> Fully Managed   </w:t>
            </w:r>
            <w:sdt>
              <w:sdtPr>
                <w:alias w:val="Engagement Model Selection: Rapid Response Team"/>
                <w:tag w:val="selection_6_rapid_response_team"/>
                <w:id w:val="71005"/>
                <w14:checkbox>
                  <w14:checked w14:val="0"/>
                  <w14:checkedState w14:val="2612" w14:font="MS Gothic"/>
                  <w14:uncheckedState w14:val="2610" w14:font="MS Gothic"/>
                </w14:checkbox>
              </w:sdtPr>
              <w:sdtEndPr/>
              <w:sdtContent>
                <w:r w:rsidR="000D41E6">
                  <w:rPr>
                    <w:color w:val="111827"/>
                    <w:sz w:val="17"/>
                  </w:rPr>
                  <w:t>☐</w:t>
                </w:r>
              </w:sdtContent>
            </w:sdt>
            <w:r w:rsidR="000D41E6">
              <w:rPr>
                <w:color w:val="1F2937"/>
                <w:sz w:val="17"/>
              </w:rPr>
              <w:t xml:space="preserve"> Rapid Response Team</w:t>
            </w:r>
          </w:p>
        </w:tc>
      </w:tr>
      <w:tr w:rsidR="00AD192A" w14:paraId="4AD49D0A" w14:textId="77777777">
        <w:trPr>
          <w:jc w:val="center"/>
        </w:trPr>
        <w:tc>
          <w:tcPr>
            <w:tcW w:w="3213" w:type="dxa"/>
            <w:shd w:val="clear" w:color="auto" w:fill="F3F6FA"/>
            <w:tcMar>
              <w:top w:w="70" w:type="dxa"/>
              <w:left w:w="90" w:type="dxa"/>
              <w:bottom w:w="70" w:type="dxa"/>
              <w:right w:w="90" w:type="dxa"/>
            </w:tcMar>
            <w:vAlign w:val="center"/>
          </w:tcPr>
          <w:p w14:paraId="08EACC98" w14:textId="77777777" w:rsidR="00AD192A" w:rsidRDefault="000D41E6">
            <w:pPr>
              <w:spacing w:after="0" w:line="252" w:lineRule="auto"/>
            </w:pPr>
            <w:r>
              <w:rPr>
                <w:b/>
                <w:color w:val="1F2937"/>
                <w:sz w:val="17"/>
              </w:rPr>
              <w:t>Delivery Methodology</w:t>
            </w:r>
          </w:p>
        </w:tc>
        <w:tc>
          <w:tcPr>
            <w:tcW w:w="7155" w:type="dxa"/>
            <w:shd w:val="clear" w:color="auto" w:fill="F3F6FA"/>
            <w:tcMar>
              <w:top w:w="70" w:type="dxa"/>
              <w:left w:w="90" w:type="dxa"/>
              <w:bottom w:w="70" w:type="dxa"/>
              <w:right w:w="90" w:type="dxa"/>
            </w:tcMar>
            <w:vAlign w:val="center"/>
          </w:tcPr>
          <w:p w14:paraId="32B7A8D4" w14:textId="77777777" w:rsidR="00AD192A" w:rsidRDefault="002A21E9">
            <w:pPr>
              <w:spacing w:after="0" w:line="252" w:lineRule="auto"/>
            </w:pPr>
            <w:sdt>
              <w:sdtPr>
                <w:alias w:val="Delivery Methodology Selection: Agile"/>
                <w:tag w:val="selection_7_agile"/>
                <w:id w:val="71006"/>
                <w14:checkbox>
                  <w14:checked w14:val="0"/>
                  <w14:checkedState w14:val="2612" w14:font="MS Gothic"/>
                  <w14:uncheckedState w14:val="2610" w14:font="MS Gothic"/>
                </w14:checkbox>
              </w:sdtPr>
              <w:sdtEndPr/>
              <w:sdtContent>
                <w:r w:rsidR="000D41E6">
                  <w:rPr>
                    <w:color w:val="111827"/>
                    <w:sz w:val="17"/>
                  </w:rPr>
                  <w:t>☐</w:t>
                </w:r>
              </w:sdtContent>
            </w:sdt>
            <w:r w:rsidR="000D41E6">
              <w:rPr>
                <w:color w:val="1F2937"/>
                <w:sz w:val="17"/>
              </w:rPr>
              <w:t xml:space="preserve"> Agile   </w:t>
            </w:r>
            <w:sdt>
              <w:sdtPr>
                <w:alias w:val="Delivery Methodology Selection: Waterfall"/>
                <w:tag w:val="selection_8_waterfall"/>
                <w:id w:val="71007"/>
                <w14:checkbox>
                  <w14:checked w14:val="0"/>
                  <w14:checkedState w14:val="2612" w14:font="MS Gothic"/>
                  <w14:uncheckedState w14:val="2610" w14:font="MS Gothic"/>
                </w14:checkbox>
              </w:sdtPr>
              <w:sdtEndPr/>
              <w:sdtContent>
                <w:r w:rsidR="000D41E6">
                  <w:rPr>
                    <w:color w:val="111827"/>
                    <w:sz w:val="17"/>
                  </w:rPr>
                  <w:t>☐</w:t>
                </w:r>
              </w:sdtContent>
            </w:sdt>
            <w:r w:rsidR="000D41E6">
              <w:rPr>
                <w:color w:val="1F2937"/>
                <w:sz w:val="17"/>
              </w:rPr>
              <w:t xml:space="preserve"> Waterfall   </w:t>
            </w:r>
            <w:sdt>
              <w:sdtPr>
                <w:alias w:val="Delivery Methodology Selection: Hybrid"/>
                <w:tag w:val="selection_9_hybrid"/>
                <w:id w:val="71008"/>
                <w14:checkbox>
                  <w14:checked w14:val="0"/>
                  <w14:checkedState w14:val="2612" w14:font="MS Gothic"/>
                  <w14:uncheckedState w14:val="2610" w14:font="MS Gothic"/>
                </w14:checkbox>
              </w:sdtPr>
              <w:sdtEndPr/>
              <w:sdtContent>
                <w:r w:rsidR="000D41E6">
                  <w:rPr>
                    <w:color w:val="111827"/>
                    <w:sz w:val="17"/>
                  </w:rPr>
                  <w:t>☐</w:t>
                </w:r>
              </w:sdtContent>
            </w:sdt>
            <w:r w:rsidR="000D41E6">
              <w:rPr>
                <w:color w:val="1F2937"/>
                <w:sz w:val="17"/>
              </w:rPr>
              <w:t xml:space="preserve"> Hybrid   </w:t>
            </w:r>
            <w:sdt>
              <w:sdtPr>
                <w:alias w:val="Delivery Methodology Selection: To Be Determined"/>
                <w:tag w:val="selection_10_to_be_determined"/>
                <w:id w:val="71009"/>
                <w14:checkbox>
                  <w14:checked w14:val="0"/>
                  <w14:checkedState w14:val="2612" w14:font="MS Gothic"/>
                  <w14:uncheckedState w14:val="2610" w14:font="MS Gothic"/>
                </w14:checkbox>
              </w:sdtPr>
              <w:sdtEndPr/>
              <w:sdtContent>
                <w:r w:rsidR="000D41E6">
                  <w:rPr>
                    <w:color w:val="111827"/>
                    <w:sz w:val="17"/>
                  </w:rPr>
                  <w:t>☐</w:t>
                </w:r>
              </w:sdtContent>
            </w:sdt>
            <w:r w:rsidR="000D41E6">
              <w:rPr>
                <w:color w:val="1F2937"/>
                <w:sz w:val="17"/>
              </w:rPr>
              <w:t xml:space="preserve"> To Be Determined</w:t>
            </w:r>
          </w:p>
        </w:tc>
      </w:tr>
      <w:tr w:rsidR="00AD192A" w14:paraId="09238B52" w14:textId="77777777">
        <w:trPr>
          <w:jc w:val="center"/>
        </w:trPr>
        <w:tc>
          <w:tcPr>
            <w:tcW w:w="3213" w:type="dxa"/>
            <w:shd w:val="clear" w:color="auto" w:fill="FFFFFF"/>
            <w:tcMar>
              <w:top w:w="70" w:type="dxa"/>
              <w:left w:w="90" w:type="dxa"/>
              <w:bottom w:w="70" w:type="dxa"/>
              <w:right w:w="90" w:type="dxa"/>
            </w:tcMar>
            <w:vAlign w:val="center"/>
          </w:tcPr>
          <w:p w14:paraId="5999622C" w14:textId="77777777" w:rsidR="00AD192A" w:rsidRDefault="000D41E6">
            <w:pPr>
              <w:spacing w:after="0" w:line="252" w:lineRule="auto"/>
            </w:pPr>
            <w:r>
              <w:rPr>
                <w:b/>
                <w:color w:val="1F2937"/>
                <w:sz w:val="17"/>
              </w:rPr>
              <w:t>Operating Mode</w:t>
            </w:r>
          </w:p>
        </w:tc>
        <w:tc>
          <w:tcPr>
            <w:tcW w:w="7155" w:type="dxa"/>
            <w:shd w:val="clear" w:color="auto" w:fill="FFFFFF"/>
            <w:tcMar>
              <w:top w:w="70" w:type="dxa"/>
              <w:left w:w="90" w:type="dxa"/>
              <w:bottom w:w="70" w:type="dxa"/>
              <w:right w:w="90" w:type="dxa"/>
            </w:tcMar>
            <w:vAlign w:val="center"/>
          </w:tcPr>
          <w:p w14:paraId="6C580E25" w14:textId="77777777" w:rsidR="00AD192A" w:rsidRDefault="002A21E9">
            <w:pPr>
              <w:spacing w:after="0" w:line="252" w:lineRule="auto"/>
            </w:pPr>
            <w:sdt>
              <w:sdtPr>
                <w:alias w:val="Operating Mode Selection: Standard Delivery Mode"/>
                <w:tag w:val="selection_11_standard_delivery_mode"/>
                <w:id w:val="71010"/>
                <w14:checkbox>
                  <w14:checked w14:val="0"/>
                  <w14:checkedState w14:val="2612" w14:font="MS Gothic"/>
                  <w14:uncheckedState w14:val="2610" w14:font="MS Gothic"/>
                </w14:checkbox>
              </w:sdtPr>
              <w:sdtEndPr/>
              <w:sdtContent>
                <w:r w:rsidR="000D41E6">
                  <w:rPr>
                    <w:color w:val="111827"/>
                    <w:sz w:val="17"/>
                  </w:rPr>
                  <w:t>☐</w:t>
                </w:r>
              </w:sdtContent>
            </w:sdt>
            <w:r w:rsidR="000D41E6">
              <w:rPr>
                <w:color w:val="1F2937"/>
                <w:sz w:val="17"/>
              </w:rPr>
              <w:t xml:space="preserve"> Standard Delivery Mode   </w:t>
            </w:r>
            <w:sdt>
              <w:sdtPr>
                <w:alias w:val="Operating Mode Selection: Rapid Response Mode"/>
                <w:tag w:val="selection_12_rapid_response_mode"/>
                <w:id w:val="71011"/>
                <w14:checkbox>
                  <w14:checked w14:val="0"/>
                  <w14:checkedState w14:val="2612" w14:font="MS Gothic"/>
                  <w14:uncheckedState w14:val="2610" w14:font="MS Gothic"/>
                </w14:checkbox>
              </w:sdtPr>
              <w:sdtEndPr/>
              <w:sdtContent>
                <w:r w:rsidR="000D41E6">
                  <w:rPr>
                    <w:color w:val="111827"/>
                    <w:sz w:val="17"/>
                  </w:rPr>
                  <w:t>☐</w:t>
                </w:r>
              </w:sdtContent>
            </w:sdt>
            <w:r w:rsidR="000D41E6">
              <w:rPr>
                <w:color w:val="1F2937"/>
                <w:sz w:val="17"/>
              </w:rPr>
              <w:t xml:space="preserve"> Rapid Response Mode   </w:t>
            </w:r>
            <w:sdt>
              <w:sdtPr>
                <w:alias w:val="Operating Mode Selection: Assessment Mode"/>
                <w:tag w:val="selection_13_assessment_mode"/>
                <w:id w:val="71012"/>
                <w14:checkbox>
                  <w14:checked w14:val="0"/>
                  <w14:checkedState w14:val="2612" w14:font="MS Gothic"/>
                  <w14:uncheckedState w14:val="2610" w14:font="MS Gothic"/>
                </w14:checkbox>
              </w:sdtPr>
              <w:sdtEndPr/>
              <w:sdtContent>
                <w:r w:rsidR="000D41E6">
                  <w:rPr>
                    <w:color w:val="111827"/>
                    <w:sz w:val="17"/>
                  </w:rPr>
                  <w:t>☐</w:t>
                </w:r>
              </w:sdtContent>
            </w:sdt>
            <w:r w:rsidR="000D41E6">
              <w:rPr>
                <w:color w:val="1F2937"/>
                <w:sz w:val="17"/>
              </w:rPr>
              <w:t xml:space="preserve"> Assessment Mode   </w:t>
            </w:r>
            <w:sdt>
              <w:sdtPr>
                <w:alias w:val="Operating Mode Selection: Recovery Mode"/>
                <w:tag w:val="selection_14_recovery_mode"/>
                <w:id w:val="71013"/>
                <w14:checkbox>
                  <w14:checked w14:val="0"/>
                  <w14:checkedState w14:val="2612" w14:font="MS Gothic"/>
                  <w14:uncheckedState w14:val="2610" w14:font="MS Gothic"/>
                </w14:checkbox>
              </w:sdtPr>
              <w:sdtEndPr/>
              <w:sdtContent>
                <w:r w:rsidR="000D41E6">
                  <w:rPr>
                    <w:color w:val="111827"/>
                    <w:sz w:val="17"/>
                  </w:rPr>
                  <w:t>☐</w:t>
                </w:r>
              </w:sdtContent>
            </w:sdt>
            <w:r w:rsidR="000D41E6">
              <w:rPr>
                <w:color w:val="1F2937"/>
                <w:sz w:val="17"/>
              </w:rPr>
              <w:t xml:space="preserve"> Recovery Mode</w:t>
            </w:r>
          </w:p>
        </w:tc>
      </w:tr>
    </w:tbl>
    <w:p w14:paraId="33A46F3A" w14:textId="77777777" w:rsidR="00AD192A" w:rsidRDefault="000D41E6">
      <w:pPr>
        <w:pStyle w:val="Heading2"/>
      </w:pPr>
      <w:r>
        <w:rPr>
          <w:sz w:val="32"/>
        </w:rPr>
        <w:t>2. Project Foundation</w:t>
      </w:r>
    </w:p>
    <w:tbl>
      <w:tblPr>
        <w:tblW w:w="10368"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Caption w:val="Project foundation"/>
        <w:tblDescription w:val="Project objectives, outcomes, charter references, and planning clarifications."/>
      </w:tblPr>
      <w:tblGrid>
        <w:gridCol w:w="1868"/>
        <w:gridCol w:w="2637"/>
        <w:gridCol w:w="2164"/>
        <w:gridCol w:w="3699"/>
      </w:tblGrid>
      <w:tr w:rsidR="00AD192A" w14:paraId="37A645A6" w14:textId="77777777">
        <w:trPr>
          <w:tblHeader/>
          <w:jc w:val="center"/>
        </w:trPr>
        <w:tc>
          <w:tcPr>
            <w:tcW w:w="3213" w:type="dxa"/>
            <w:gridSpan w:val="2"/>
            <w:shd w:val="clear" w:color="auto" w:fill="13294B"/>
            <w:tcMar>
              <w:top w:w="70" w:type="dxa"/>
              <w:left w:w="90" w:type="dxa"/>
              <w:bottom w:w="70" w:type="dxa"/>
              <w:right w:w="90" w:type="dxa"/>
            </w:tcMar>
            <w:vAlign w:val="center"/>
          </w:tcPr>
          <w:p w14:paraId="464BE4E1" w14:textId="77777777" w:rsidR="00AD192A" w:rsidRDefault="000D41E6">
            <w:pPr>
              <w:spacing w:after="0" w:line="252" w:lineRule="auto"/>
              <w:jc w:val="center"/>
            </w:pPr>
            <w:r>
              <w:rPr>
                <w:b/>
                <w:color w:val="FFFFFF"/>
                <w:sz w:val="17"/>
              </w:rPr>
              <w:t>Foundation Element</w:t>
            </w:r>
          </w:p>
        </w:tc>
        <w:tc>
          <w:tcPr>
            <w:tcW w:w="7155" w:type="dxa"/>
            <w:gridSpan w:val="2"/>
            <w:shd w:val="clear" w:color="auto" w:fill="13294B"/>
            <w:tcMar>
              <w:top w:w="70" w:type="dxa"/>
              <w:left w:w="90" w:type="dxa"/>
              <w:bottom w:w="70" w:type="dxa"/>
              <w:right w:w="90" w:type="dxa"/>
            </w:tcMar>
            <w:vAlign w:val="center"/>
          </w:tcPr>
          <w:p w14:paraId="68985949" w14:textId="77777777" w:rsidR="00AD192A" w:rsidRDefault="000D41E6">
            <w:pPr>
              <w:spacing w:after="0" w:line="252" w:lineRule="auto"/>
              <w:jc w:val="center"/>
            </w:pPr>
            <w:r>
              <w:rPr>
                <w:b/>
                <w:color w:val="FFFFFF"/>
                <w:sz w:val="17"/>
              </w:rPr>
              <w:t>Planning Detail</w:t>
            </w:r>
          </w:p>
        </w:tc>
      </w:tr>
      <w:tr w:rsidR="00AD192A" w14:paraId="7313D002" w14:textId="77777777">
        <w:trPr>
          <w:jc w:val="center"/>
        </w:trPr>
        <w:tc>
          <w:tcPr>
            <w:tcW w:w="3213" w:type="dxa"/>
            <w:gridSpan w:val="2"/>
            <w:shd w:val="clear" w:color="auto" w:fill="FFFFFF"/>
            <w:tcMar>
              <w:top w:w="70" w:type="dxa"/>
              <w:left w:w="90" w:type="dxa"/>
              <w:bottom w:w="70" w:type="dxa"/>
              <w:right w:w="90" w:type="dxa"/>
            </w:tcMar>
            <w:vAlign w:val="center"/>
          </w:tcPr>
          <w:p w14:paraId="00CABC03" w14:textId="77777777" w:rsidR="00AD192A" w:rsidRDefault="000D41E6">
            <w:pPr>
              <w:spacing w:after="0" w:line="252" w:lineRule="auto"/>
            </w:pPr>
            <w:r>
              <w:rPr>
                <w:color w:val="1F2937"/>
                <w:sz w:val="17"/>
              </w:rPr>
              <w:t>Project Objective</w:t>
            </w:r>
          </w:p>
        </w:tc>
        <w:tc>
          <w:tcPr>
            <w:tcW w:w="7155" w:type="dxa"/>
            <w:gridSpan w:val="2"/>
            <w:shd w:val="clear" w:color="auto" w:fill="FFFFFF"/>
            <w:tcMar>
              <w:top w:w="70" w:type="dxa"/>
              <w:left w:w="90" w:type="dxa"/>
              <w:bottom w:w="70" w:type="dxa"/>
              <w:right w:w="90" w:type="dxa"/>
            </w:tcMar>
            <w:vAlign w:val="center"/>
          </w:tcPr>
          <w:p w14:paraId="7C9B763C" w14:textId="77777777" w:rsidR="00AD192A" w:rsidRDefault="002A21E9">
            <w:pPr>
              <w:spacing w:after="0" w:line="252" w:lineRule="auto"/>
            </w:pPr>
            <w:sdt>
              <w:sdtPr>
                <w:alias w:val="Project Objective Planning Detail"/>
                <w:tag w:val="project_objective_planning_detail"/>
                <w:id w:val="71048"/>
                <w:text/>
              </w:sdtPr>
              <w:sdtEndPr/>
              <w:sdtContent>
                <w:r w:rsidR="000D41E6">
                  <w:rPr>
                    <w:color w:val="111827"/>
                    <w:sz w:val="17"/>
                  </w:rPr>
                  <w:t>[In one or two sentences, what will this project accomplish?]</w:t>
                </w:r>
              </w:sdtContent>
            </w:sdt>
          </w:p>
        </w:tc>
      </w:tr>
      <w:tr w:rsidR="00AD192A" w14:paraId="22636415" w14:textId="77777777">
        <w:trPr>
          <w:jc w:val="center"/>
        </w:trPr>
        <w:tc>
          <w:tcPr>
            <w:tcW w:w="3213" w:type="dxa"/>
            <w:gridSpan w:val="2"/>
            <w:shd w:val="clear" w:color="auto" w:fill="F3F6FA"/>
            <w:tcMar>
              <w:top w:w="70" w:type="dxa"/>
              <w:left w:w="90" w:type="dxa"/>
              <w:bottom w:w="70" w:type="dxa"/>
              <w:right w:w="90" w:type="dxa"/>
            </w:tcMar>
            <w:vAlign w:val="center"/>
          </w:tcPr>
          <w:p w14:paraId="5A1FDDFA" w14:textId="77777777" w:rsidR="00AD192A" w:rsidRDefault="000D41E6">
            <w:pPr>
              <w:spacing w:after="0" w:line="252" w:lineRule="auto"/>
            </w:pPr>
            <w:r>
              <w:rPr>
                <w:color w:val="1F2937"/>
                <w:sz w:val="17"/>
              </w:rPr>
              <w:t>Business Outcome</w:t>
            </w:r>
          </w:p>
        </w:tc>
        <w:tc>
          <w:tcPr>
            <w:tcW w:w="7155" w:type="dxa"/>
            <w:gridSpan w:val="2"/>
            <w:shd w:val="clear" w:color="auto" w:fill="F3F6FA"/>
            <w:tcMar>
              <w:top w:w="70" w:type="dxa"/>
              <w:left w:w="90" w:type="dxa"/>
              <w:bottom w:w="70" w:type="dxa"/>
              <w:right w:w="90" w:type="dxa"/>
            </w:tcMar>
            <w:vAlign w:val="center"/>
          </w:tcPr>
          <w:p w14:paraId="1393A666" w14:textId="77777777" w:rsidR="00AD192A" w:rsidRDefault="002A21E9">
            <w:pPr>
              <w:spacing w:after="0" w:line="252" w:lineRule="auto"/>
            </w:pPr>
            <w:sdt>
              <w:sdtPr>
                <w:alias w:val="Business Outcome Planning Detail"/>
                <w:tag w:val="business_outcome_planning_detail"/>
                <w:id w:val="71049"/>
                <w:text/>
              </w:sdtPr>
              <w:sdtEndPr/>
              <w:sdtContent>
                <w:r w:rsidR="000D41E6">
                  <w:rPr>
                    <w:color w:val="111827"/>
                    <w:sz w:val="17"/>
                  </w:rPr>
                  <w:t>[What organizational outcome or value should exist when the project succeeds?]</w:t>
                </w:r>
              </w:sdtContent>
            </w:sdt>
          </w:p>
        </w:tc>
      </w:tr>
      <w:tr w:rsidR="00AD192A" w14:paraId="4716C566" w14:textId="77777777">
        <w:trPr>
          <w:jc w:val="center"/>
        </w:trPr>
        <w:tc>
          <w:tcPr>
            <w:tcW w:w="3213" w:type="dxa"/>
            <w:gridSpan w:val="2"/>
            <w:shd w:val="clear" w:color="auto" w:fill="FFFFFF"/>
            <w:tcMar>
              <w:top w:w="70" w:type="dxa"/>
              <w:left w:w="90" w:type="dxa"/>
              <w:bottom w:w="70" w:type="dxa"/>
              <w:right w:w="90" w:type="dxa"/>
            </w:tcMar>
            <w:vAlign w:val="center"/>
          </w:tcPr>
          <w:p w14:paraId="5A0348FA" w14:textId="77777777" w:rsidR="00AD192A" w:rsidRDefault="000D41E6">
            <w:pPr>
              <w:spacing w:after="0" w:line="252" w:lineRule="auto"/>
            </w:pPr>
            <w:r>
              <w:rPr>
                <w:color w:val="1F2937"/>
                <w:sz w:val="17"/>
              </w:rPr>
              <w:t>Success Criteria</w:t>
            </w:r>
          </w:p>
        </w:tc>
        <w:tc>
          <w:tcPr>
            <w:tcW w:w="7155" w:type="dxa"/>
            <w:gridSpan w:val="2"/>
            <w:shd w:val="clear" w:color="auto" w:fill="FFFFFF"/>
            <w:tcMar>
              <w:top w:w="70" w:type="dxa"/>
              <w:left w:w="90" w:type="dxa"/>
              <w:bottom w:w="70" w:type="dxa"/>
              <w:right w:w="90" w:type="dxa"/>
            </w:tcMar>
            <w:vAlign w:val="center"/>
          </w:tcPr>
          <w:p w14:paraId="4B13865F" w14:textId="77777777" w:rsidR="00AD192A" w:rsidRDefault="002A21E9">
            <w:pPr>
              <w:spacing w:after="0" w:line="252" w:lineRule="auto"/>
            </w:pPr>
            <w:sdt>
              <w:sdtPr>
                <w:alias w:val="Success Criteria Planning Detail"/>
                <w:tag w:val="success_criteria_planning_detail"/>
                <w:id w:val="71050"/>
                <w:text/>
              </w:sdtPr>
              <w:sdtEndPr/>
              <w:sdtContent>
                <w:r w:rsidR="000D41E6">
                  <w:rPr>
                    <w:color w:val="111827"/>
                    <w:sz w:val="17"/>
                  </w:rPr>
                  <w:t>[See the criteria table below]</w:t>
                </w:r>
              </w:sdtContent>
            </w:sdt>
          </w:p>
        </w:tc>
      </w:tr>
      <w:tr w:rsidR="00AD192A" w14:paraId="3F5FC432" w14:textId="77777777">
        <w:trPr>
          <w:jc w:val="center"/>
        </w:trPr>
        <w:tc>
          <w:tcPr>
            <w:tcW w:w="3213" w:type="dxa"/>
            <w:gridSpan w:val="2"/>
            <w:shd w:val="clear" w:color="auto" w:fill="F3F6FA"/>
            <w:tcMar>
              <w:top w:w="70" w:type="dxa"/>
              <w:left w:w="90" w:type="dxa"/>
              <w:bottom w:w="70" w:type="dxa"/>
              <w:right w:w="90" w:type="dxa"/>
            </w:tcMar>
            <w:vAlign w:val="center"/>
          </w:tcPr>
          <w:p w14:paraId="4F9FC08E" w14:textId="77777777" w:rsidR="00AD192A" w:rsidRDefault="000D41E6">
            <w:pPr>
              <w:spacing w:after="0" w:line="252" w:lineRule="auto"/>
            </w:pPr>
            <w:r>
              <w:rPr>
                <w:color w:val="1F2937"/>
                <w:sz w:val="17"/>
              </w:rPr>
              <w:t>Approved Project Charter</w:t>
            </w:r>
          </w:p>
        </w:tc>
        <w:tc>
          <w:tcPr>
            <w:tcW w:w="7155" w:type="dxa"/>
            <w:gridSpan w:val="2"/>
            <w:shd w:val="clear" w:color="auto" w:fill="F3F6FA"/>
            <w:tcMar>
              <w:top w:w="70" w:type="dxa"/>
              <w:left w:w="90" w:type="dxa"/>
              <w:bottom w:w="70" w:type="dxa"/>
              <w:right w:w="90" w:type="dxa"/>
            </w:tcMar>
            <w:vAlign w:val="center"/>
          </w:tcPr>
          <w:p w14:paraId="3EAAF402" w14:textId="77777777" w:rsidR="00AD192A" w:rsidRDefault="002A21E9">
            <w:pPr>
              <w:spacing w:after="0" w:line="252" w:lineRule="auto"/>
            </w:pPr>
            <w:sdt>
              <w:sdtPr>
                <w:alias w:val="Approved Project Charter Planning Detail"/>
                <w:tag w:val="approved_project_charter_planning_detail"/>
                <w:id w:val="71051"/>
                <w:text/>
              </w:sdtPr>
              <w:sdtEndPr/>
              <w:sdtContent>
                <w:r w:rsidR="000D41E6">
                  <w:rPr>
                    <w:color w:val="111827"/>
                    <w:sz w:val="17"/>
                  </w:rPr>
                  <w:t>[Location / link]</w:t>
                </w:r>
              </w:sdtContent>
            </w:sdt>
          </w:p>
        </w:tc>
      </w:tr>
      <w:tr w:rsidR="00AD192A" w14:paraId="1279D733" w14:textId="77777777">
        <w:trPr>
          <w:jc w:val="center"/>
        </w:trPr>
        <w:tc>
          <w:tcPr>
            <w:tcW w:w="3213" w:type="dxa"/>
            <w:gridSpan w:val="2"/>
            <w:shd w:val="clear" w:color="auto" w:fill="FFFFFF"/>
            <w:tcMar>
              <w:top w:w="70" w:type="dxa"/>
              <w:left w:w="90" w:type="dxa"/>
              <w:bottom w:w="70" w:type="dxa"/>
              <w:right w:w="90" w:type="dxa"/>
            </w:tcMar>
            <w:vAlign w:val="center"/>
          </w:tcPr>
          <w:p w14:paraId="57F69957" w14:textId="77777777" w:rsidR="00AD192A" w:rsidRDefault="000D41E6">
            <w:pPr>
              <w:spacing w:after="0" w:line="252" w:lineRule="auto"/>
            </w:pPr>
            <w:r>
              <w:rPr>
                <w:color w:val="1F2937"/>
                <w:sz w:val="17"/>
              </w:rPr>
              <w:t>Planning Clarifications to the Charter</w:t>
            </w:r>
          </w:p>
        </w:tc>
        <w:tc>
          <w:tcPr>
            <w:tcW w:w="7155" w:type="dxa"/>
            <w:gridSpan w:val="2"/>
            <w:shd w:val="clear" w:color="auto" w:fill="FFFFFF"/>
            <w:tcMar>
              <w:top w:w="70" w:type="dxa"/>
              <w:left w:w="90" w:type="dxa"/>
              <w:bottom w:w="70" w:type="dxa"/>
              <w:right w:w="90" w:type="dxa"/>
            </w:tcMar>
            <w:vAlign w:val="center"/>
          </w:tcPr>
          <w:p w14:paraId="2A657D04" w14:textId="77777777" w:rsidR="00AD192A" w:rsidRDefault="002A21E9">
            <w:pPr>
              <w:spacing w:after="0" w:line="252" w:lineRule="auto"/>
            </w:pPr>
            <w:sdt>
              <w:sdtPr>
                <w:alias w:val="Planning Clarifications to the Charter Planning Detail"/>
                <w:tag w:val="planning_clarifications_to_the_charter_planning_detail"/>
                <w:id w:val="71052"/>
                <w:text/>
              </w:sdtPr>
              <w:sdtEndPr/>
              <w:sdtContent>
                <w:r w:rsidR="000D41E6">
                  <w:rPr>
                    <w:color w:val="111827"/>
                    <w:sz w:val="17"/>
                  </w:rPr>
                  <w:t>[Document only material clarifications identified during planning. Do not restate the approved Charter.]</w:t>
                </w:r>
              </w:sdtContent>
            </w:sdt>
          </w:p>
        </w:tc>
      </w:tr>
      <w:tr w:rsidR="00AD192A" w14:paraId="00C434CE" w14:textId="77777777">
        <w:trPr>
          <w:tblHeader/>
          <w:jc w:val="center"/>
        </w:trPr>
        <w:tc>
          <w:tcPr>
            <w:tcW w:w="2263" w:type="dxa"/>
            <w:shd w:val="clear" w:color="auto" w:fill="13294B"/>
            <w:tcMar>
              <w:top w:w="70" w:type="dxa"/>
              <w:left w:w="90" w:type="dxa"/>
              <w:bottom w:w="70" w:type="dxa"/>
              <w:right w:w="90" w:type="dxa"/>
            </w:tcMar>
            <w:vAlign w:val="center"/>
          </w:tcPr>
          <w:p w14:paraId="674183B6" w14:textId="77777777" w:rsidR="00AD192A" w:rsidRDefault="000D41E6">
            <w:pPr>
              <w:spacing w:after="0" w:line="252" w:lineRule="auto"/>
              <w:jc w:val="center"/>
            </w:pPr>
            <w:r>
              <w:rPr>
                <w:b/>
                <w:color w:val="FFFFFF"/>
                <w:sz w:val="17"/>
              </w:rPr>
              <w:t>Success Measure</w:t>
            </w:r>
          </w:p>
        </w:tc>
        <w:tc>
          <w:tcPr>
            <w:tcW w:w="3213" w:type="dxa"/>
            <w:shd w:val="clear" w:color="auto" w:fill="13294B"/>
            <w:tcMar>
              <w:top w:w="70" w:type="dxa"/>
              <w:left w:w="90" w:type="dxa"/>
              <w:bottom w:w="70" w:type="dxa"/>
              <w:right w:w="90" w:type="dxa"/>
            </w:tcMar>
            <w:vAlign w:val="center"/>
          </w:tcPr>
          <w:p w14:paraId="5766C232" w14:textId="77777777" w:rsidR="00AD192A" w:rsidRDefault="000D41E6">
            <w:pPr>
              <w:spacing w:after="0" w:line="252" w:lineRule="auto"/>
              <w:jc w:val="center"/>
            </w:pPr>
            <w:r>
              <w:rPr>
                <w:b/>
                <w:color w:val="FFFFFF"/>
                <w:sz w:val="17"/>
              </w:rPr>
              <w:t>Target / Acceptance Criteria</w:t>
            </w:r>
          </w:p>
        </w:tc>
        <w:tc>
          <w:tcPr>
            <w:tcW w:w="2629" w:type="dxa"/>
            <w:shd w:val="clear" w:color="auto" w:fill="13294B"/>
            <w:tcMar>
              <w:top w:w="70" w:type="dxa"/>
              <w:left w:w="90" w:type="dxa"/>
              <w:bottom w:w="70" w:type="dxa"/>
              <w:right w:w="90" w:type="dxa"/>
            </w:tcMar>
            <w:vAlign w:val="center"/>
          </w:tcPr>
          <w:p w14:paraId="1C34D348" w14:textId="77777777" w:rsidR="00AD192A" w:rsidRDefault="000D41E6">
            <w:pPr>
              <w:spacing w:after="0" w:line="252" w:lineRule="auto"/>
              <w:jc w:val="center"/>
            </w:pPr>
            <w:r>
              <w:rPr>
                <w:b/>
                <w:color w:val="FFFFFF"/>
                <w:sz w:val="17"/>
              </w:rPr>
              <w:t>How Measured</w:t>
            </w:r>
          </w:p>
        </w:tc>
        <w:tc>
          <w:tcPr>
            <w:tcW w:w="2263" w:type="dxa"/>
            <w:shd w:val="clear" w:color="auto" w:fill="13294B"/>
            <w:tcMar>
              <w:top w:w="70" w:type="dxa"/>
              <w:left w:w="90" w:type="dxa"/>
              <w:bottom w:w="70" w:type="dxa"/>
              <w:right w:w="90" w:type="dxa"/>
            </w:tcMar>
            <w:vAlign w:val="center"/>
          </w:tcPr>
          <w:p w14:paraId="319A1FD6" w14:textId="77777777" w:rsidR="00AD192A" w:rsidRDefault="000D41E6">
            <w:pPr>
              <w:spacing w:after="0" w:line="252" w:lineRule="auto"/>
              <w:jc w:val="center"/>
            </w:pPr>
            <w:r>
              <w:rPr>
                <w:b/>
                <w:color w:val="FFFFFF"/>
                <w:sz w:val="17"/>
              </w:rPr>
              <w:t>Owner</w:t>
            </w:r>
          </w:p>
        </w:tc>
      </w:tr>
      <w:tr w:rsidR="00AD192A" w14:paraId="3864381A" w14:textId="77777777">
        <w:trPr>
          <w:jc w:val="center"/>
        </w:trPr>
        <w:tc>
          <w:tcPr>
            <w:tcW w:w="2263" w:type="dxa"/>
            <w:shd w:val="clear" w:color="auto" w:fill="FFFFFF"/>
            <w:tcMar>
              <w:top w:w="70" w:type="dxa"/>
              <w:left w:w="90" w:type="dxa"/>
              <w:bottom w:w="70" w:type="dxa"/>
              <w:right w:w="90" w:type="dxa"/>
            </w:tcMar>
            <w:vAlign w:val="center"/>
          </w:tcPr>
          <w:p w14:paraId="022A7112" w14:textId="77777777" w:rsidR="00E31F86" w:rsidRDefault="002A21E9">
            <w:pPr>
              <w:spacing w:after="0" w:line="252" w:lineRule="auto"/>
            </w:pPr>
            <w:r>
              <w:rPr>
                <w:b/>
                <w:color w:val="1F2937"/>
              </w:rPr>
              <w:t>[Measure]</w:t>
            </w:r>
          </w:p>
        </w:tc>
        <w:tc>
          <w:tcPr>
            <w:tcW w:w="3213" w:type="dxa"/>
            <w:shd w:val="clear" w:color="auto" w:fill="FFFFFF"/>
            <w:tcMar>
              <w:top w:w="70" w:type="dxa"/>
              <w:left w:w="90" w:type="dxa"/>
              <w:bottom w:w="70" w:type="dxa"/>
              <w:right w:w="90" w:type="dxa"/>
            </w:tcMar>
            <w:vAlign w:val="center"/>
          </w:tcPr>
          <w:p w14:paraId="314075CA" w14:textId="77777777" w:rsidR="00E31F86" w:rsidRDefault="002A21E9">
            <w:pPr>
              <w:spacing w:after="0" w:line="252" w:lineRule="auto"/>
            </w:pPr>
            <w:r>
              <w:rPr>
                <w:color w:val="1F2937"/>
              </w:rPr>
              <w:t>[Target]</w:t>
            </w:r>
          </w:p>
        </w:tc>
        <w:tc>
          <w:tcPr>
            <w:tcW w:w="2629" w:type="dxa"/>
            <w:shd w:val="clear" w:color="auto" w:fill="FFFFFF"/>
            <w:tcMar>
              <w:top w:w="70" w:type="dxa"/>
              <w:left w:w="90" w:type="dxa"/>
              <w:bottom w:w="70" w:type="dxa"/>
              <w:right w:w="90" w:type="dxa"/>
            </w:tcMar>
            <w:vAlign w:val="center"/>
          </w:tcPr>
          <w:p w14:paraId="10F398D8" w14:textId="77777777" w:rsidR="00E31F86" w:rsidRDefault="002A21E9">
            <w:pPr>
              <w:spacing w:after="0" w:line="252" w:lineRule="auto"/>
            </w:pPr>
            <w:r>
              <w:rPr>
                <w:color w:val="1F2937"/>
              </w:rPr>
              <w:t>[Method]</w:t>
            </w:r>
          </w:p>
        </w:tc>
        <w:tc>
          <w:tcPr>
            <w:tcW w:w="2263" w:type="dxa"/>
            <w:shd w:val="clear" w:color="auto" w:fill="FFFFFF"/>
            <w:tcMar>
              <w:top w:w="70" w:type="dxa"/>
              <w:left w:w="90" w:type="dxa"/>
              <w:bottom w:w="70" w:type="dxa"/>
              <w:right w:w="90" w:type="dxa"/>
            </w:tcMar>
            <w:vAlign w:val="center"/>
          </w:tcPr>
          <w:p w14:paraId="6C3B421D" w14:textId="77777777" w:rsidR="00E31F86" w:rsidRDefault="002A21E9">
            <w:pPr>
              <w:spacing w:after="0" w:line="252" w:lineRule="auto"/>
            </w:pPr>
            <w:r>
              <w:rPr>
                <w:color w:val="1F2937"/>
              </w:rPr>
              <w:t>[Owner]</w:t>
            </w:r>
          </w:p>
        </w:tc>
      </w:tr>
      <w:tr w:rsidR="00AD192A" w14:paraId="71C6BC4A" w14:textId="77777777">
        <w:trPr>
          <w:jc w:val="center"/>
        </w:trPr>
        <w:tc>
          <w:tcPr>
            <w:tcW w:w="2263" w:type="dxa"/>
            <w:shd w:val="clear" w:color="auto" w:fill="F3F6FA"/>
            <w:tcMar>
              <w:top w:w="70" w:type="dxa"/>
              <w:left w:w="90" w:type="dxa"/>
              <w:bottom w:w="70" w:type="dxa"/>
              <w:right w:w="90" w:type="dxa"/>
            </w:tcMar>
            <w:vAlign w:val="center"/>
          </w:tcPr>
          <w:p w14:paraId="77C90C57" w14:textId="77777777" w:rsidR="00E31F86" w:rsidRDefault="002A21E9">
            <w:pPr>
              <w:spacing w:after="0" w:line="252" w:lineRule="auto"/>
            </w:pPr>
            <w:r>
              <w:rPr>
                <w:b/>
                <w:color w:val="1F2937"/>
              </w:rPr>
              <w:t>[Measure]</w:t>
            </w:r>
          </w:p>
        </w:tc>
        <w:tc>
          <w:tcPr>
            <w:tcW w:w="3213" w:type="dxa"/>
            <w:shd w:val="clear" w:color="auto" w:fill="F3F6FA"/>
            <w:tcMar>
              <w:top w:w="70" w:type="dxa"/>
              <w:left w:w="90" w:type="dxa"/>
              <w:bottom w:w="70" w:type="dxa"/>
              <w:right w:w="90" w:type="dxa"/>
            </w:tcMar>
            <w:vAlign w:val="center"/>
          </w:tcPr>
          <w:p w14:paraId="76EB7012" w14:textId="77777777" w:rsidR="00E31F86" w:rsidRDefault="002A21E9">
            <w:pPr>
              <w:spacing w:after="0" w:line="252" w:lineRule="auto"/>
            </w:pPr>
            <w:r>
              <w:rPr>
                <w:color w:val="1F2937"/>
              </w:rPr>
              <w:t>[Target]</w:t>
            </w:r>
          </w:p>
        </w:tc>
        <w:tc>
          <w:tcPr>
            <w:tcW w:w="2629" w:type="dxa"/>
            <w:shd w:val="clear" w:color="auto" w:fill="F3F6FA"/>
            <w:tcMar>
              <w:top w:w="70" w:type="dxa"/>
              <w:left w:w="90" w:type="dxa"/>
              <w:bottom w:w="70" w:type="dxa"/>
              <w:right w:w="90" w:type="dxa"/>
            </w:tcMar>
            <w:vAlign w:val="center"/>
          </w:tcPr>
          <w:p w14:paraId="41375627" w14:textId="77777777" w:rsidR="00E31F86" w:rsidRDefault="002A21E9">
            <w:pPr>
              <w:spacing w:after="0" w:line="252" w:lineRule="auto"/>
            </w:pPr>
            <w:r>
              <w:rPr>
                <w:color w:val="1F2937"/>
              </w:rPr>
              <w:t>[Method]</w:t>
            </w:r>
          </w:p>
        </w:tc>
        <w:tc>
          <w:tcPr>
            <w:tcW w:w="2263" w:type="dxa"/>
            <w:shd w:val="clear" w:color="auto" w:fill="F3F6FA"/>
            <w:tcMar>
              <w:top w:w="70" w:type="dxa"/>
              <w:left w:w="90" w:type="dxa"/>
              <w:bottom w:w="70" w:type="dxa"/>
              <w:right w:w="90" w:type="dxa"/>
            </w:tcMar>
            <w:vAlign w:val="center"/>
          </w:tcPr>
          <w:p w14:paraId="02F0FA80" w14:textId="77777777" w:rsidR="00E31F86" w:rsidRDefault="002A21E9">
            <w:pPr>
              <w:spacing w:after="0" w:line="252" w:lineRule="auto"/>
            </w:pPr>
            <w:r>
              <w:rPr>
                <w:color w:val="1F2937"/>
              </w:rPr>
              <w:t>[Owner]</w:t>
            </w:r>
          </w:p>
        </w:tc>
      </w:tr>
      <w:tr w:rsidR="00AD192A" w14:paraId="3389C635" w14:textId="77777777">
        <w:trPr>
          <w:jc w:val="center"/>
        </w:trPr>
        <w:tc>
          <w:tcPr>
            <w:tcW w:w="2263" w:type="dxa"/>
            <w:shd w:val="clear" w:color="auto" w:fill="FFFFFF"/>
            <w:tcMar>
              <w:top w:w="70" w:type="dxa"/>
              <w:left w:w="90" w:type="dxa"/>
              <w:bottom w:w="70" w:type="dxa"/>
              <w:right w:w="90" w:type="dxa"/>
            </w:tcMar>
            <w:vAlign w:val="center"/>
          </w:tcPr>
          <w:p w14:paraId="70326123" w14:textId="77777777" w:rsidR="00E31F86" w:rsidRDefault="002A21E9">
            <w:pPr>
              <w:spacing w:after="0" w:line="252" w:lineRule="auto"/>
            </w:pPr>
            <w:r>
              <w:rPr>
                <w:b/>
                <w:color w:val="1F2937"/>
              </w:rPr>
              <w:t>[Measure]</w:t>
            </w:r>
          </w:p>
        </w:tc>
        <w:tc>
          <w:tcPr>
            <w:tcW w:w="3213" w:type="dxa"/>
            <w:shd w:val="clear" w:color="auto" w:fill="FFFFFF"/>
            <w:tcMar>
              <w:top w:w="70" w:type="dxa"/>
              <w:left w:w="90" w:type="dxa"/>
              <w:bottom w:w="70" w:type="dxa"/>
              <w:right w:w="90" w:type="dxa"/>
            </w:tcMar>
            <w:vAlign w:val="center"/>
          </w:tcPr>
          <w:p w14:paraId="57C56F07" w14:textId="77777777" w:rsidR="00E31F86" w:rsidRDefault="002A21E9">
            <w:pPr>
              <w:spacing w:after="0" w:line="252" w:lineRule="auto"/>
            </w:pPr>
            <w:r>
              <w:rPr>
                <w:color w:val="1F2937"/>
              </w:rPr>
              <w:t>[Target]</w:t>
            </w:r>
          </w:p>
        </w:tc>
        <w:tc>
          <w:tcPr>
            <w:tcW w:w="2629" w:type="dxa"/>
            <w:shd w:val="clear" w:color="auto" w:fill="FFFFFF"/>
            <w:tcMar>
              <w:top w:w="70" w:type="dxa"/>
              <w:left w:w="90" w:type="dxa"/>
              <w:bottom w:w="70" w:type="dxa"/>
              <w:right w:w="90" w:type="dxa"/>
            </w:tcMar>
            <w:vAlign w:val="center"/>
          </w:tcPr>
          <w:p w14:paraId="4C414E5D" w14:textId="77777777" w:rsidR="00E31F86" w:rsidRDefault="002A21E9">
            <w:pPr>
              <w:spacing w:after="0" w:line="252" w:lineRule="auto"/>
            </w:pPr>
            <w:r>
              <w:rPr>
                <w:color w:val="1F2937"/>
              </w:rPr>
              <w:t>[Method]</w:t>
            </w:r>
          </w:p>
        </w:tc>
        <w:tc>
          <w:tcPr>
            <w:tcW w:w="2263" w:type="dxa"/>
            <w:shd w:val="clear" w:color="auto" w:fill="FFFFFF"/>
            <w:tcMar>
              <w:top w:w="70" w:type="dxa"/>
              <w:left w:w="90" w:type="dxa"/>
              <w:bottom w:w="70" w:type="dxa"/>
              <w:right w:w="90" w:type="dxa"/>
            </w:tcMar>
            <w:vAlign w:val="center"/>
          </w:tcPr>
          <w:p w14:paraId="00681211" w14:textId="77777777" w:rsidR="00E31F86" w:rsidRDefault="002A21E9">
            <w:pPr>
              <w:spacing w:after="0" w:line="252" w:lineRule="auto"/>
            </w:pPr>
            <w:r>
              <w:rPr>
                <w:color w:val="1F2937"/>
              </w:rPr>
              <w:t>[Owner]</w:t>
            </w:r>
          </w:p>
        </w:tc>
      </w:tr>
    </w:tbl>
    <w:p w14:paraId="4785A34A" w14:textId="77777777" w:rsidR="00AD192A" w:rsidRDefault="000D41E6">
      <w:pPr>
        <w:pStyle w:val="Heading2"/>
        <w:pageBreakBefore/>
      </w:pPr>
      <w:r>
        <w:rPr>
          <w:sz w:val="32"/>
        </w:rPr>
        <w:lastRenderedPageBreak/>
        <w:t>3. Delivery Strategy</w:t>
      </w:r>
    </w:p>
    <w:p w14:paraId="6CD63369" w14:textId="77777777" w:rsidR="00B0583C" w:rsidRDefault="00B0583C" w:rsidP="00B0583C">
      <w:pPr>
        <w:spacing w:after="80"/>
      </w:pPr>
      <w:r w:rsidRPr="00B0583C">
        <w:rPr>
          <w:i/>
          <w:color w:val="6B7280"/>
          <w:sz w:val="17"/>
        </w:rPr>
        <w:t>Tailor this section to the project's selected delivery methodology. Agile teams should use their backlog and Agile delivery tools for detailed work planning and should not duplicate that information in this plan. Document the project's delivery cadence, roles, release or increment approach, major commitments, governance, and controls at the level needed to establish shared understanding. Waterfall and Hybrid projects should similarly document only the delivery structure needed to explain how the project will be managed</w:t>
      </w:r>
    </w:p>
    <w:p w14:paraId="707F21B4" w14:textId="77777777" w:rsidR="00B0583C" w:rsidRPr="00B0583C" w:rsidRDefault="00B0583C" w:rsidP="00B0583C"/>
    <w:tbl>
      <w:tblPr>
        <w:tblW w:w="10368"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Caption w:val="Delivery strategy"/>
        <w:tblDescription w:val="Application of the delivery methodology and methodology-specific considerations."/>
      </w:tblPr>
      <w:tblGrid>
        <w:gridCol w:w="3213"/>
        <w:gridCol w:w="7155"/>
      </w:tblGrid>
      <w:tr w:rsidR="00AD192A" w14:paraId="37591CF3" w14:textId="77777777">
        <w:trPr>
          <w:tblHeader/>
          <w:jc w:val="center"/>
        </w:trPr>
        <w:tc>
          <w:tcPr>
            <w:tcW w:w="3213" w:type="dxa"/>
            <w:shd w:val="clear" w:color="auto" w:fill="13294B"/>
            <w:tcMar>
              <w:top w:w="70" w:type="dxa"/>
              <w:left w:w="90" w:type="dxa"/>
              <w:bottom w:w="70" w:type="dxa"/>
              <w:right w:w="90" w:type="dxa"/>
            </w:tcMar>
            <w:vAlign w:val="center"/>
          </w:tcPr>
          <w:p w14:paraId="583CD938" w14:textId="77777777" w:rsidR="00AD192A" w:rsidRDefault="000D41E6">
            <w:pPr>
              <w:spacing w:after="0" w:line="252" w:lineRule="auto"/>
              <w:jc w:val="center"/>
            </w:pPr>
            <w:r>
              <w:rPr>
                <w:b/>
                <w:color w:val="FFFFFF"/>
                <w:sz w:val="17"/>
              </w:rPr>
              <w:t>Element</w:t>
            </w:r>
          </w:p>
        </w:tc>
        <w:tc>
          <w:tcPr>
            <w:tcW w:w="7155" w:type="dxa"/>
            <w:shd w:val="clear" w:color="auto" w:fill="13294B"/>
            <w:tcMar>
              <w:top w:w="70" w:type="dxa"/>
              <w:left w:w="90" w:type="dxa"/>
              <w:bottom w:w="70" w:type="dxa"/>
              <w:right w:w="90" w:type="dxa"/>
            </w:tcMar>
            <w:vAlign w:val="center"/>
          </w:tcPr>
          <w:p w14:paraId="316629AA" w14:textId="77777777" w:rsidR="00AD192A" w:rsidRDefault="000D41E6">
            <w:pPr>
              <w:spacing w:after="0" w:line="252" w:lineRule="auto"/>
              <w:jc w:val="center"/>
            </w:pPr>
            <w:r>
              <w:rPr>
                <w:b/>
                <w:color w:val="FFFFFF"/>
                <w:sz w:val="17"/>
              </w:rPr>
              <w:t>Planning Detail</w:t>
            </w:r>
          </w:p>
        </w:tc>
      </w:tr>
      <w:tr w:rsidR="00AD192A" w14:paraId="303E43C5" w14:textId="77777777">
        <w:trPr>
          <w:jc w:val="center"/>
        </w:trPr>
        <w:tc>
          <w:tcPr>
            <w:tcW w:w="3213" w:type="dxa"/>
            <w:shd w:val="clear" w:color="auto" w:fill="FFFFFF"/>
            <w:tcMar>
              <w:top w:w="70" w:type="dxa"/>
              <w:left w:w="90" w:type="dxa"/>
              <w:bottom w:w="70" w:type="dxa"/>
              <w:right w:w="90" w:type="dxa"/>
            </w:tcMar>
            <w:vAlign w:val="center"/>
          </w:tcPr>
          <w:p w14:paraId="70B866F9" w14:textId="77777777" w:rsidR="00AD192A" w:rsidRDefault="000D41E6">
            <w:pPr>
              <w:spacing w:after="0" w:line="252" w:lineRule="auto"/>
            </w:pPr>
            <w:r>
              <w:rPr>
                <w:b/>
                <w:color w:val="1F2937"/>
                <w:sz w:val="17"/>
              </w:rPr>
              <w:t>Application of Delivery Methodology</w:t>
            </w:r>
          </w:p>
        </w:tc>
        <w:tc>
          <w:tcPr>
            <w:tcW w:w="7155" w:type="dxa"/>
            <w:shd w:val="clear" w:color="auto" w:fill="FFFFFF"/>
            <w:tcMar>
              <w:top w:w="70" w:type="dxa"/>
              <w:left w:w="90" w:type="dxa"/>
              <w:bottom w:w="70" w:type="dxa"/>
              <w:right w:w="90" w:type="dxa"/>
            </w:tcMar>
            <w:vAlign w:val="center"/>
          </w:tcPr>
          <w:p w14:paraId="6D535058" w14:textId="77777777" w:rsidR="00AD192A" w:rsidRDefault="002A21E9">
            <w:pPr>
              <w:spacing w:after="0" w:line="252" w:lineRule="auto"/>
            </w:pPr>
            <w:sdt>
              <w:sdtPr>
                <w:alias w:val="Application of Delivery Methodology Planning Detail"/>
                <w:tag w:val="application_of_delivery_methodology_planning_detail"/>
                <w:id w:val="71065"/>
                <w:text/>
              </w:sdtPr>
              <w:sdtEndPr/>
              <w:sdtContent>
                <w:r w:rsidR="000D41E6">
                  <w:rPr>
                    <w:color w:val="111827"/>
                    <w:sz w:val="17"/>
                  </w:rPr>
                  <w:t>[Describe how the selected methodology will be applied to this project.]</w:t>
                </w:r>
              </w:sdtContent>
            </w:sdt>
          </w:p>
        </w:tc>
      </w:tr>
      <w:tr w:rsidR="00AD192A" w14:paraId="6A605015" w14:textId="77777777">
        <w:trPr>
          <w:jc w:val="center"/>
        </w:trPr>
        <w:tc>
          <w:tcPr>
            <w:tcW w:w="3213" w:type="dxa"/>
            <w:shd w:val="clear" w:color="auto" w:fill="F3F6FA"/>
            <w:tcMar>
              <w:top w:w="70" w:type="dxa"/>
              <w:left w:w="90" w:type="dxa"/>
              <w:bottom w:w="70" w:type="dxa"/>
              <w:right w:w="90" w:type="dxa"/>
            </w:tcMar>
            <w:vAlign w:val="center"/>
          </w:tcPr>
          <w:p w14:paraId="5FBAA386" w14:textId="77777777" w:rsidR="00AD192A" w:rsidRDefault="000D41E6">
            <w:pPr>
              <w:spacing w:after="0" w:line="252" w:lineRule="auto"/>
            </w:pPr>
            <w:r>
              <w:rPr>
                <w:b/>
                <w:color w:val="1F2937"/>
                <w:sz w:val="17"/>
              </w:rPr>
              <w:t>Methodology-Specific Considerations</w:t>
            </w:r>
          </w:p>
        </w:tc>
        <w:tc>
          <w:tcPr>
            <w:tcW w:w="7155" w:type="dxa"/>
            <w:shd w:val="clear" w:color="auto" w:fill="F3F6FA"/>
            <w:tcMar>
              <w:top w:w="70" w:type="dxa"/>
              <w:left w:w="90" w:type="dxa"/>
              <w:bottom w:w="70" w:type="dxa"/>
              <w:right w:w="90" w:type="dxa"/>
            </w:tcMar>
            <w:vAlign w:val="center"/>
          </w:tcPr>
          <w:p w14:paraId="1620260C" w14:textId="77777777" w:rsidR="00AD192A" w:rsidRDefault="002A21E9">
            <w:pPr>
              <w:spacing w:after="0" w:line="252" w:lineRule="auto"/>
            </w:pPr>
            <w:sdt>
              <w:sdtPr>
                <w:alias w:val="Methodology-Specific Considerations Planning Detail"/>
                <w:tag w:val="methodology_specific_considerations_planning_detail"/>
                <w:id w:val="71066"/>
                <w:text/>
              </w:sdtPr>
              <w:sdtEndPr/>
              <w:sdtContent>
                <w:r w:rsidR="000D41E6">
                  <w:rPr>
                    <w:color w:val="111827"/>
                    <w:sz w:val="17"/>
                  </w:rPr>
                  <w:t>[Agile: cadence, Product Owner, backlog/release approach. Waterfall: phases, gates, sequencing. Hybrid: where predictive and iterative approaches are combined.]</w:t>
                </w:r>
              </w:sdtContent>
            </w:sdt>
          </w:p>
        </w:tc>
      </w:tr>
    </w:tbl>
    <w:p w14:paraId="0BED188A" w14:textId="77777777" w:rsidR="00AD192A" w:rsidRDefault="000D41E6">
      <w:pPr>
        <w:pStyle w:val="Heading3"/>
      </w:pPr>
      <w:r>
        <w:rPr>
          <w:color w:val="13294B"/>
          <w:sz w:val="24"/>
        </w:rPr>
        <w:t>Delivery Phases / Releases</w:t>
      </w:r>
    </w:p>
    <w:p w14:paraId="21D3109F" w14:textId="77777777" w:rsidR="00AD192A" w:rsidRDefault="000D41E6">
      <w:pPr>
        <w:spacing w:after="80"/>
      </w:pPr>
      <w:r>
        <w:rPr>
          <w:i/>
          <w:color w:val="6B7280"/>
          <w:sz w:val="17"/>
        </w:rPr>
        <w:t>Use this table when major phases, releases, or increments are important to understanding delivery. Do not recreate the detailed schedule.</w:t>
      </w:r>
    </w:p>
    <w:tbl>
      <w:tblPr>
        <w:tblW w:w="10368"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Caption w:val="Delivery phases and releases"/>
        <w:tblDescription w:val="Major phases or releases, activities, and exit criteria."/>
      </w:tblPr>
      <w:tblGrid>
        <w:gridCol w:w="2744"/>
        <w:gridCol w:w="469"/>
        <w:gridCol w:w="4105"/>
        <w:gridCol w:w="3050"/>
      </w:tblGrid>
      <w:tr w:rsidR="00AD192A" w14:paraId="331506C7" w14:textId="77777777">
        <w:trPr>
          <w:tblHeader/>
          <w:jc w:val="center"/>
        </w:trPr>
        <w:tc>
          <w:tcPr>
            <w:tcW w:w="2744" w:type="dxa"/>
            <w:shd w:val="clear" w:color="auto" w:fill="13294B"/>
            <w:tcMar>
              <w:top w:w="70" w:type="dxa"/>
              <w:left w:w="90" w:type="dxa"/>
              <w:bottom w:w="70" w:type="dxa"/>
              <w:right w:w="90" w:type="dxa"/>
            </w:tcMar>
            <w:vAlign w:val="center"/>
          </w:tcPr>
          <w:p w14:paraId="393156DD" w14:textId="77777777" w:rsidR="00AD192A" w:rsidRDefault="000D41E6">
            <w:pPr>
              <w:spacing w:after="0" w:line="252" w:lineRule="auto"/>
              <w:jc w:val="center"/>
            </w:pPr>
            <w:r>
              <w:rPr>
                <w:b/>
                <w:color w:val="FFFFFF"/>
                <w:sz w:val="17"/>
              </w:rPr>
              <w:t>Phase / Release</w:t>
            </w:r>
          </w:p>
        </w:tc>
        <w:tc>
          <w:tcPr>
            <w:tcW w:w="4574" w:type="dxa"/>
            <w:gridSpan w:val="2"/>
            <w:shd w:val="clear" w:color="auto" w:fill="13294B"/>
            <w:tcMar>
              <w:top w:w="70" w:type="dxa"/>
              <w:left w:w="90" w:type="dxa"/>
              <w:bottom w:w="70" w:type="dxa"/>
              <w:right w:w="90" w:type="dxa"/>
            </w:tcMar>
            <w:vAlign w:val="center"/>
          </w:tcPr>
          <w:p w14:paraId="34DE317B" w14:textId="77777777" w:rsidR="00AD192A" w:rsidRDefault="000D41E6">
            <w:pPr>
              <w:spacing w:after="0" w:line="252" w:lineRule="auto"/>
              <w:jc w:val="center"/>
            </w:pPr>
            <w:r>
              <w:rPr>
                <w:b/>
                <w:color w:val="FFFFFF"/>
                <w:sz w:val="17"/>
              </w:rPr>
              <w:t>Purpose / Major Activities</w:t>
            </w:r>
          </w:p>
        </w:tc>
        <w:tc>
          <w:tcPr>
            <w:tcW w:w="3050" w:type="dxa"/>
            <w:shd w:val="clear" w:color="auto" w:fill="13294B"/>
            <w:tcMar>
              <w:top w:w="70" w:type="dxa"/>
              <w:left w:w="90" w:type="dxa"/>
              <w:bottom w:w="70" w:type="dxa"/>
              <w:right w:w="90" w:type="dxa"/>
            </w:tcMar>
            <w:vAlign w:val="center"/>
          </w:tcPr>
          <w:p w14:paraId="4B1D0351" w14:textId="77777777" w:rsidR="00AD192A" w:rsidRDefault="000D41E6">
            <w:pPr>
              <w:spacing w:after="0" w:line="252" w:lineRule="auto"/>
              <w:jc w:val="center"/>
            </w:pPr>
            <w:r>
              <w:rPr>
                <w:b/>
                <w:color w:val="FFFFFF"/>
                <w:sz w:val="17"/>
              </w:rPr>
              <w:t>Exit Criteria</w:t>
            </w:r>
          </w:p>
        </w:tc>
      </w:tr>
      <w:tr w:rsidR="00AD192A" w14:paraId="3119C7CC" w14:textId="77777777">
        <w:trPr>
          <w:jc w:val="center"/>
        </w:trPr>
        <w:tc>
          <w:tcPr>
            <w:tcW w:w="2744" w:type="dxa"/>
            <w:shd w:val="clear" w:color="auto" w:fill="FFFFFF"/>
            <w:tcMar>
              <w:top w:w="70" w:type="dxa"/>
              <w:left w:w="90" w:type="dxa"/>
              <w:bottom w:w="70" w:type="dxa"/>
              <w:right w:w="90" w:type="dxa"/>
            </w:tcMar>
            <w:vAlign w:val="center"/>
          </w:tcPr>
          <w:p w14:paraId="48B1DDA7" w14:textId="77777777" w:rsidR="00E31F86" w:rsidRDefault="002A21E9">
            <w:pPr>
              <w:spacing w:after="0" w:line="252" w:lineRule="auto"/>
            </w:pPr>
            <w:r>
              <w:rPr>
                <w:b/>
                <w:color w:val="1F2937"/>
              </w:rPr>
              <w:t>[Phase / release]</w:t>
            </w:r>
          </w:p>
        </w:tc>
        <w:tc>
          <w:tcPr>
            <w:tcW w:w="4574" w:type="dxa"/>
            <w:gridSpan w:val="2"/>
            <w:shd w:val="clear" w:color="auto" w:fill="FFFFFF"/>
            <w:tcMar>
              <w:top w:w="70" w:type="dxa"/>
              <w:left w:w="90" w:type="dxa"/>
              <w:bottom w:w="70" w:type="dxa"/>
              <w:right w:w="90" w:type="dxa"/>
            </w:tcMar>
            <w:vAlign w:val="center"/>
          </w:tcPr>
          <w:p w14:paraId="6A9135F1" w14:textId="77777777" w:rsidR="00E31F86" w:rsidRDefault="002A21E9">
            <w:pPr>
              <w:spacing w:after="0" w:line="252" w:lineRule="auto"/>
            </w:pPr>
            <w:r>
              <w:rPr>
                <w:color w:val="1F2937"/>
              </w:rPr>
              <w:t>[Purpose / activities]</w:t>
            </w:r>
          </w:p>
        </w:tc>
        <w:tc>
          <w:tcPr>
            <w:tcW w:w="3050" w:type="dxa"/>
            <w:shd w:val="clear" w:color="auto" w:fill="FFFFFF"/>
            <w:tcMar>
              <w:top w:w="70" w:type="dxa"/>
              <w:left w:w="90" w:type="dxa"/>
              <w:bottom w:w="70" w:type="dxa"/>
              <w:right w:w="90" w:type="dxa"/>
            </w:tcMar>
            <w:vAlign w:val="center"/>
          </w:tcPr>
          <w:p w14:paraId="5FCF5C6E" w14:textId="77777777" w:rsidR="00E31F86" w:rsidRDefault="002A21E9">
            <w:pPr>
              <w:spacing w:after="0" w:line="252" w:lineRule="auto"/>
            </w:pPr>
            <w:r>
              <w:rPr>
                <w:color w:val="1F2937"/>
              </w:rPr>
              <w:t>[Exit criteria]</w:t>
            </w:r>
          </w:p>
        </w:tc>
      </w:tr>
      <w:tr w:rsidR="00AD192A" w14:paraId="7DB84F94" w14:textId="77777777">
        <w:trPr>
          <w:jc w:val="center"/>
        </w:trPr>
        <w:tc>
          <w:tcPr>
            <w:tcW w:w="2744" w:type="dxa"/>
            <w:shd w:val="clear" w:color="auto" w:fill="F3F6FA"/>
            <w:tcMar>
              <w:top w:w="70" w:type="dxa"/>
              <w:left w:w="90" w:type="dxa"/>
              <w:bottom w:w="70" w:type="dxa"/>
              <w:right w:w="90" w:type="dxa"/>
            </w:tcMar>
            <w:vAlign w:val="center"/>
          </w:tcPr>
          <w:p w14:paraId="45129CCC" w14:textId="77777777" w:rsidR="00E31F86" w:rsidRDefault="002A21E9">
            <w:pPr>
              <w:spacing w:after="0" w:line="252" w:lineRule="auto"/>
            </w:pPr>
            <w:r>
              <w:rPr>
                <w:b/>
                <w:color w:val="1F2937"/>
              </w:rPr>
              <w:t>[Phase / release]</w:t>
            </w:r>
          </w:p>
        </w:tc>
        <w:tc>
          <w:tcPr>
            <w:tcW w:w="4574" w:type="dxa"/>
            <w:gridSpan w:val="2"/>
            <w:shd w:val="clear" w:color="auto" w:fill="F3F6FA"/>
            <w:tcMar>
              <w:top w:w="70" w:type="dxa"/>
              <w:left w:w="90" w:type="dxa"/>
              <w:bottom w:w="70" w:type="dxa"/>
              <w:right w:w="90" w:type="dxa"/>
            </w:tcMar>
            <w:vAlign w:val="center"/>
          </w:tcPr>
          <w:p w14:paraId="76162715" w14:textId="77777777" w:rsidR="00E31F86" w:rsidRDefault="002A21E9">
            <w:pPr>
              <w:spacing w:after="0" w:line="252" w:lineRule="auto"/>
            </w:pPr>
            <w:r>
              <w:rPr>
                <w:color w:val="1F2937"/>
              </w:rPr>
              <w:t>[Purpose / activities]</w:t>
            </w:r>
          </w:p>
        </w:tc>
        <w:tc>
          <w:tcPr>
            <w:tcW w:w="3050" w:type="dxa"/>
            <w:shd w:val="clear" w:color="auto" w:fill="F3F6FA"/>
            <w:tcMar>
              <w:top w:w="70" w:type="dxa"/>
              <w:left w:w="90" w:type="dxa"/>
              <w:bottom w:w="70" w:type="dxa"/>
              <w:right w:w="90" w:type="dxa"/>
            </w:tcMar>
            <w:vAlign w:val="center"/>
          </w:tcPr>
          <w:p w14:paraId="4AE63CD3" w14:textId="77777777" w:rsidR="00E31F86" w:rsidRDefault="002A21E9">
            <w:pPr>
              <w:spacing w:after="0" w:line="252" w:lineRule="auto"/>
            </w:pPr>
            <w:r>
              <w:rPr>
                <w:color w:val="1F2937"/>
              </w:rPr>
              <w:t>[Exit criteria]</w:t>
            </w:r>
          </w:p>
        </w:tc>
      </w:tr>
      <w:tr w:rsidR="00AD192A" w14:paraId="379C41F5" w14:textId="77777777">
        <w:trPr>
          <w:jc w:val="center"/>
        </w:trPr>
        <w:tc>
          <w:tcPr>
            <w:tcW w:w="2744" w:type="dxa"/>
            <w:shd w:val="clear" w:color="auto" w:fill="FFFFFF"/>
            <w:tcMar>
              <w:top w:w="70" w:type="dxa"/>
              <w:left w:w="90" w:type="dxa"/>
              <w:bottom w:w="70" w:type="dxa"/>
              <w:right w:w="90" w:type="dxa"/>
            </w:tcMar>
            <w:vAlign w:val="center"/>
          </w:tcPr>
          <w:p w14:paraId="22D1D44F" w14:textId="77777777" w:rsidR="00E31F86" w:rsidRDefault="002A21E9">
            <w:pPr>
              <w:spacing w:after="0" w:line="252" w:lineRule="auto"/>
            </w:pPr>
            <w:r>
              <w:rPr>
                <w:b/>
                <w:color w:val="1F2937"/>
              </w:rPr>
              <w:t>[Phase / release]</w:t>
            </w:r>
          </w:p>
        </w:tc>
        <w:tc>
          <w:tcPr>
            <w:tcW w:w="4574" w:type="dxa"/>
            <w:gridSpan w:val="2"/>
            <w:shd w:val="clear" w:color="auto" w:fill="FFFFFF"/>
            <w:tcMar>
              <w:top w:w="70" w:type="dxa"/>
              <w:left w:w="90" w:type="dxa"/>
              <w:bottom w:w="70" w:type="dxa"/>
              <w:right w:w="90" w:type="dxa"/>
            </w:tcMar>
            <w:vAlign w:val="center"/>
          </w:tcPr>
          <w:p w14:paraId="66CA91C5" w14:textId="77777777" w:rsidR="00E31F86" w:rsidRDefault="002A21E9">
            <w:pPr>
              <w:spacing w:after="0" w:line="252" w:lineRule="auto"/>
            </w:pPr>
            <w:r>
              <w:rPr>
                <w:color w:val="1F2937"/>
              </w:rPr>
              <w:t>[Purpose / activities]</w:t>
            </w:r>
          </w:p>
        </w:tc>
        <w:tc>
          <w:tcPr>
            <w:tcW w:w="3050" w:type="dxa"/>
            <w:shd w:val="clear" w:color="auto" w:fill="FFFFFF"/>
            <w:tcMar>
              <w:top w:w="70" w:type="dxa"/>
              <w:left w:w="90" w:type="dxa"/>
              <w:bottom w:w="70" w:type="dxa"/>
              <w:right w:w="90" w:type="dxa"/>
            </w:tcMar>
            <w:vAlign w:val="center"/>
          </w:tcPr>
          <w:p w14:paraId="04471FD1" w14:textId="77777777" w:rsidR="00E31F86" w:rsidRDefault="002A21E9">
            <w:pPr>
              <w:spacing w:after="0" w:line="252" w:lineRule="auto"/>
            </w:pPr>
            <w:r>
              <w:rPr>
                <w:color w:val="1F2937"/>
              </w:rPr>
              <w:t>[Exit criteria]</w:t>
            </w:r>
          </w:p>
        </w:tc>
      </w:tr>
      <w:tr w:rsidR="00AD192A" w14:paraId="16648D85" w14:textId="77777777">
        <w:trPr>
          <w:jc w:val="center"/>
        </w:trPr>
        <w:tc>
          <w:tcPr>
            <w:tcW w:w="2744" w:type="dxa"/>
            <w:shd w:val="clear" w:color="auto" w:fill="F3F6FA"/>
            <w:tcMar>
              <w:top w:w="70" w:type="dxa"/>
              <w:left w:w="90" w:type="dxa"/>
              <w:bottom w:w="70" w:type="dxa"/>
              <w:right w:w="90" w:type="dxa"/>
            </w:tcMar>
            <w:vAlign w:val="center"/>
          </w:tcPr>
          <w:p w14:paraId="009B3437" w14:textId="77777777" w:rsidR="00E31F86" w:rsidRDefault="002A21E9">
            <w:pPr>
              <w:spacing w:after="0" w:line="252" w:lineRule="auto"/>
            </w:pPr>
            <w:r>
              <w:rPr>
                <w:b/>
                <w:color w:val="1F2937"/>
              </w:rPr>
              <w:t>[Phase / release]</w:t>
            </w:r>
          </w:p>
        </w:tc>
        <w:tc>
          <w:tcPr>
            <w:tcW w:w="4574" w:type="dxa"/>
            <w:gridSpan w:val="2"/>
            <w:shd w:val="clear" w:color="auto" w:fill="F3F6FA"/>
            <w:tcMar>
              <w:top w:w="70" w:type="dxa"/>
              <w:left w:w="90" w:type="dxa"/>
              <w:bottom w:w="70" w:type="dxa"/>
              <w:right w:w="90" w:type="dxa"/>
            </w:tcMar>
            <w:vAlign w:val="center"/>
          </w:tcPr>
          <w:p w14:paraId="5D2EDE25" w14:textId="77777777" w:rsidR="00E31F86" w:rsidRDefault="002A21E9">
            <w:pPr>
              <w:spacing w:after="0" w:line="252" w:lineRule="auto"/>
            </w:pPr>
            <w:r>
              <w:rPr>
                <w:color w:val="1F2937"/>
              </w:rPr>
              <w:t>[Purpose / activities]</w:t>
            </w:r>
          </w:p>
        </w:tc>
        <w:tc>
          <w:tcPr>
            <w:tcW w:w="3050" w:type="dxa"/>
            <w:shd w:val="clear" w:color="auto" w:fill="F3F6FA"/>
            <w:tcMar>
              <w:top w:w="70" w:type="dxa"/>
              <w:left w:w="90" w:type="dxa"/>
              <w:bottom w:w="70" w:type="dxa"/>
              <w:right w:w="90" w:type="dxa"/>
            </w:tcMar>
            <w:vAlign w:val="center"/>
          </w:tcPr>
          <w:p w14:paraId="6A0D2C2C" w14:textId="77777777" w:rsidR="00E31F86" w:rsidRDefault="002A21E9">
            <w:pPr>
              <w:spacing w:after="0" w:line="252" w:lineRule="auto"/>
            </w:pPr>
            <w:r>
              <w:rPr>
                <w:color w:val="1F2937"/>
              </w:rPr>
              <w:t>[Exit criteria]</w:t>
            </w:r>
          </w:p>
        </w:tc>
      </w:tr>
      <w:tr w:rsidR="00AD192A" w14:paraId="17F1BE7F" w14:textId="77777777">
        <w:trPr>
          <w:tblHeader/>
          <w:jc w:val="center"/>
        </w:trPr>
        <w:tc>
          <w:tcPr>
            <w:tcW w:w="3213" w:type="dxa"/>
            <w:gridSpan w:val="2"/>
            <w:shd w:val="clear" w:color="auto" w:fill="13294B"/>
            <w:tcMar>
              <w:top w:w="70" w:type="dxa"/>
              <w:left w:w="90" w:type="dxa"/>
              <w:bottom w:w="70" w:type="dxa"/>
              <w:right w:w="90" w:type="dxa"/>
            </w:tcMar>
            <w:vAlign w:val="center"/>
          </w:tcPr>
          <w:p w14:paraId="2A95F29F" w14:textId="77777777" w:rsidR="00AD192A" w:rsidRDefault="000D41E6">
            <w:pPr>
              <w:spacing w:after="0" w:line="252" w:lineRule="auto"/>
              <w:jc w:val="center"/>
            </w:pPr>
            <w:r>
              <w:rPr>
                <w:b/>
                <w:color w:val="FFFFFF"/>
                <w:sz w:val="17"/>
              </w:rPr>
              <w:t>Planning Consideration</w:t>
            </w:r>
          </w:p>
        </w:tc>
        <w:tc>
          <w:tcPr>
            <w:tcW w:w="7155" w:type="dxa"/>
            <w:gridSpan w:val="2"/>
            <w:shd w:val="clear" w:color="auto" w:fill="13294B"/>
            <w:tcMar>
              <w:top w:w="70" w:type="dxa"/>
              <w:left w:w="90" w:type="dxa"/>
              <w:bottom w:w="70" w:type="dxa"/>
              <w:right w:w="90" w:type="dxa"/>
            </w:tcMar>
            <w:vAlign w:val="center"/>
          </w:tcPr>
          <w:p w14:paraId="5589864B" w14:textId="77777777" w:rsidR="00AD192A" w:rsidRDefault="000D41E6">
            <w:pPr>
              <w:spacing w:after="0" w:line="252" w:lineRule="auto"/>
              <w:jc w:val="center"/>
            </w:pPr>
            <w:r>
              <w:rPr>
                <w:b/>
                <w:color w:val="FFFFFF"/>
                <w:sz w:val="17"/>
              </w:rPr>
              <w:t>Detail</w:t>
            </w:r>
          </w:p>
        </w:tc>
      </w:tr>
      <w:tr w:rsidR="00AD192A" w14:paraId="06C5B331" w14:textId="77777777">
        <w:trPr>
          <w:jc w:val="center"/>
        </w:trPr>
        <w:tc>
          <w:tcPr>
            <w:tcW w:w="3213" w:type="dxa"/>
            <w:gridSpan w:val="2"/>
            <w:shd w:val="clear" w:color="auto" w:fill="FFFFFF"/>
            <w:tcMar>
              <w:top w:w="70" w:type="dxa"/>
              <w:left w:w="90" w:type="dxa"/>
              <w:bottom w:w="70" w:type="dxa"/>
              <w:right w:w="90" w:type="dxa"/>
            </w:tcMar>
            <w:vAlign w:val="center"/>
          </w:tcPr>
          <w:p w14:paraId="3025BA0C" w14:textId="77777777" w:rsidR="00AD192A" w:rsidRDefault="000D41E6">
            <w:pPr>
              <w:spacing w:after="0" w:line="252" w:lineRule="auto"/>
            </w:pPr>
            <w:r>
              <w:rPr>
                <w:color w:val="1F2937"/>
                <w:sz w:val="17"/>
              </w:rPr>
              <w:t>Key Planning Assumptions</w:t>
            </w:r>
          </w:p>
        </w:tc>
        <w:tc>
          <w:tcPr>
            <w:tcW w:w="7155" w:type="dxa"/>
            <w:gridSpan w:val="2"/>
            <w:shd w:val="clear" w:color="auto" w:fill="FFFFFF"/>
            <w:tcMar>
              <w:top w:w="70" w:type="dxa"/>
              <w:left w:w="90" w:type="dxa"/>
              <w:bottom w:w="70" w:type="dxa"/>
              <w:right w:w="90" w:type="dxa"/>
            </w:tcMar>
            <w:vAlign w:val="center"/>
          </w:tcPr>
          <w:p w14:paraId="325F22C5" w14:textId="77777777" w:rsidR="00AD192A" w:rsidRDefault="002A21E9">
            <w:pPr>
              <w:spacing w:after="0" w:line="252" w:lineRule="auto"/>
            </w:pPr>
            <w:sdt>
              <w:sdtPr>
                <w:alias w:val="Key Planning Assumptions Purpose / Major Activities"/>
                <w:tag w:val="key_planning_assumptions_purpose_major_activities"/>
                <w:id w:val="71079"/>
                <w:text/>
              </w:sdtPr>
              <w:sdtEndPr/>
              <w:sdtContent>
                <w:r w:rsidR="000D41E6">
                  <w:rPr>
                    <w:color w:val="111827"/>
                    <w:sz w:val="17"/>
                  </w:rPr>
                  <w:t>[List only assumptions that materially affect the delivery plan.]</w:t>
                </w:r>
              </w:sdtContent>
            </w:sdt>
          </w:p>
        </w:tc>
      </w:tr>
      <w:tr w:rsidR="00AD192A" w14:paraId="0FDD19CE" w14:textId="77777777">
        <w:trPr>
          <w:jc w:val="center"/>
        </w:trPr>
        <w:tc>
          <w:tcPr>
            <w:tcW w:w="3213" w:type="dxa"/>
            <w:gridSpan w:val="2"/>
            <w:shd w:val="clear" w:color="auto" w:fill="F3F6FA"/>
            <w:tcMar>
              <w:top w:w="70" w:type="dxa"/>
              <w:left w:w="90" w:type="dxa"/>
              <w:bottom w:w="70" w:type="dxa"/>
              <w:right w:w="90" w:type="dxa"/>
            </w:tcMar>
            <w:vAlign w:val="center"/>
          </w:tcPr>
          <w:p w14:paraId="6978072F" w14:textId="77777777" w:rsidR="00AD192A" w:rsidRDefault="000D41E6">
            <w:pPr>
              <w:spacing w:after="0" w:line="252" w:lineRule="auto"/>
            </w:pPr>
            <w:r>
              <w:rPr>
                <w:color w:val="1F2937"/>
                <w:sz w:val="17"/>
              </w:rPr>
              <w:t>Key Constraints</w:t>
            </w:r>
          </w:p>
        </w:tc>
        <w:tc>
          <w:tcPr>
            <w:tcW w:w="7155" w:type="dxa"/>
            <w:gridSpan w:val="2"/>
            <w:shd w:val="clear" w:color="auto" w:fill="F3F6FA"/>
            <w:tcMar>
              <w:top w:w="70" w:type="dxa"/>
              <w:left w:w="90" w:type="dxa"/>
              <w:bottom w:w="70" w:type="dxa"/>
              <w:right w:w="90" w:type="dxa"/>
            </w:tcMar>
            <w:vAlign w:val="center"/>
          </w:tcPr>
          <w:p w14:paraId="3CB8929B" w14:textId="77777777" w:rsidR="00AD192A" w:rsidRDefault="002A21E9">
            <w:pPr>
              <w:spacing w:after="0" w:line="252" w:lineRule="auto"/>
            </w:pPr>
            <w:sdt>
              <w:sdtPr>
                <w:alias w:val="Key Constraints Purpose / Major Activities"/>
                <w:tag w:val="key_constraints_purpose_major_activities"/>
                <w:id w:val="71080"/>
                <w:text/>
              </w:sdtPr>
              <w:sdtEndPr/>
              <w:sdtContent>
                <w:r w:rsidR="000D41E6">
                  <w:rPr>
                    <w:color w:val="111827"/>
                    <w:sz w:val="17"/>
                  </w:rPr>
                  <w:t>[Important deadlines, resource limitations, technical constraints, academic-calendar considerations, vendor limitations, or other constraints.]</w:t>
                </w:r>
              </w:sdtContent>
            </w:sdt>
          </w:p>
        </w:tc>
      </w:tr>
    </w:tbl>
    <w:p w14:paraId="3033B0FB" w14:textId="77777777" w:rsidR="00AD192A" w:rsidRDefault="000D41E6">
      <w:pPr>
        <w:pStyle w:val="Heading2"/>
      </w:pPr>
      <w:r>
        <w:rPr>
          <w:sz w:val="32"/>
        </w:rPr>
        <w:t>4. Deliverables &amp; Milestones</w:t>
      </w:r>
    </w:p>
    <w:tbl>
      <w:tblPr>
        <w:tblW w:w="10368"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Caption w:val="Major deliverables"/>
        <w:tblDescription w:val="Major deliverables, owners, acceptance criteria, and target dates."/>
      </w:tblPr>
      <w:tblGrid>
        <w:gridCol w:w="2922"/>
        <w:gridCol w:w="1727"/>
        <w:gridCol w:w="2922"/>
        <w:gridCol w:w="2797"/>
      </w:tblGrid>
      <w:tr w:rsidR="00AD192A" w14:paraId="6FF450FF" w14:textId="77777777">
        <w:trPr>
          <w:tblHeader/>
          <w:jc w:val="center"/>
        </w:trPr>
        <w:tc>
          <w:tcPr>
            <w:tcW w:w="3309" w:type="dxa"/>
            <w:shd w:val="clear" w:color="auto" w:fill="13294B"/>
            <w:tcMar>
              <w:top w:w="70" w:type="dxa"/>
              <w:left w:w="90" w:type="dxa"/>
              <w:bottom w:w="70" w:type="dxa"/>
              <w:right w:w="90" w:type="dxa"/>
            </w:tcMar>
            <w:vAlign w:val="center"/>
          </w:tcPr>
          <w:p w14:paraId="4A19490D" w14:textId="77777777" w:rsidR="00AD192A" w:rsidRDefault="000D41E6">
            <w:pPr>
              <w:spacing w:after="0" w:line="252" w:lineRule="auto"/>
              <w:jc w:val="center"/>
            </w:pPr>
            <w:r>
              <w:rPr>
                <w:b/>
                <w:color w:val="FFFFFF"/>
                <w:sz w:val="17"/>
              </w:rPr>
              <w:t>Major Deliverable</w:t>
            </w:r>
          </w:p>
        </w:tc>
        <w:tc>
          <w:tcPr>
            <w:tcW w:w="1985" w:type="dxa"/>
            <w:shd w:val="clear" w:color="auto" w:fill="13294B"/>
            <w:tcMar>
              <w:top w:w="70" w:type="dxa"/>
              <w:left w:w="90" w:type="dxa"/>
              <w:bottom w:w="70" w:type="dxa"/>
              <w:right w:w="90" w:type="dxa"/>
            </w:tcMar>
            <w:vAlign w:val="center"/>
          </w:tcPr>
          <w:p w14:paraId="47145695" w14:textId="77777777" w:rsidR="00AD192A" w:rsidRDefault="000D41E6">
            <w:pPr>
              <w:spacing w:after="0" w:line="252" w:lineRule="auto"/>
              <w:jc w:val="center"/>
            </w:pPr>
            <w:r>
              <w:rPr>
                <w:b/>
                <w:color w:val="FFFFFF"/>
                <w:sz w:val="17"/>
              </w:rPr>
              <w:t>Owner</w:t>
            </w:r>
          </w:p>
        </w:tc>
        <w:tc>
          <w:tcPr>
            <w:tcW w:w="3382" w:type="dxa"/>
            <w:shd w:val="clear" w:color="auto" w:fill="13294B"/>
            <w:tcMar>
              <w:top w:w="70" w:type="dxa"/>
              <w:left w:w="90" w:type="dxa"/>
              <w:bottom w:w="70" w:type="dxa"/>
              <w:right w:w="90" w:type="dxa"/>
            </w:tcMar>
            <w:vAlign w:val="center"/>
          </w:tcPr>
          <w:p w14:paraId="724A6A51" w14:textId="77777777" w:rsidR="00AD192A" w:rsidRDefault="000D41E6">
            <w:pPr>
              <w:spacing w:after="0" w:line="252" w:lineRule="auto"/>
              <w:jc w:val="center"/>
            </w:pPr>
            <w:r>
              <w:rPr>
                <w:b/>
                <w:color w:val="FFFFFF"/>
                <w:sz w:val="17"/>
              </w:rPr>
              <w:t>Acceptance Criteria</w:t>
            </w:r>
          </w:p>
        </w:tc>
        <w:tc>
          <w:tcPr>
            <w:tcW w:w="1692" w:type="dxa"/>
            <w:shd w:val="clear" w:color="auto" w:fill="13294B"/>
            <w:tcMar>
              <w:top w:w="70" w:type="dxa"/>
              <w:left w:w="90" w:type="dxa"/>
              <w:bottom w:w="70" w:type="dxa"/>
              <w:right w:w="90" w:type="dxa"/>
            </w:tcMar>
            <w:vAlign w:val="center"/>
          </w:tcPr>
          <w:p w14:paraId="2BDD9D9D" w14:textId="77777777" w:rsidR="00AD192A" w:rsidRDefault="000D41E6">
            <w:pPr>
              <w:spacing w:after="0" w:line="252" w:lineRule="auto"/>
              <w:jc w:val="center"/>
            </w:pPr>
            <w:r>
              <w:rPr>
                <w:b/>
                <w:color w:val="FFFFFF"/>
                <w:sz w:val="17"/>
              </w:rPr>
              <w:t>Target Date</w:t>
            </w:r>
          </w:p>
        </w:tc>
      </w:tr>
      <w:tr w:rsidR="00AD192A" w14:paraId="789C54EB" w14:textId="77777777">
        <w:trPr>
          <w:jc w:val="center"/>
        </w:trPr>
        <w:tc>
          <w:tcPr>
            <w:tcW w:w="3309" w:type="dxa"/>
            <w:shd w:val="clear" w:color="auto" w:fill="FFFFFF"/>
            <w:tcMar>
              <w:top w:w="70" w:type="dxa"/>
              <w:left w:w="90" w:type="dxa"/>
              <w:bottom w:w="70" w:type="dxa"/>
              <w:right w:w="90" w:type="dxa"/>
            </w:tcMar>
            <w:vAlign w:val="center"/>
          </w:tcPr>
          <w:p w14:paraId="0AD432FD" w14:textId="77777777" w:rsidR="00E31F86" w:rsidRDefault="002A21E9">
            <w:pPr>
              <w:spacing w:after="0" w:line="252" w:lineRule="auto"/>
            </w:pPr>
            <w:r>
              <w:rPr>
                <w:b/>
                <w:color w:val="1F2937"/>
              </w:rPr>
              <w:t>[Deliverable]</w:t>
            </w:r>
          </w:p>
        </w:tc>
        <w:tc>
          <w:tcPr>
            <w:tcW w:w="1985" w:type="dxa"/>
            <w:shd w:val="clear" w:color="auto" w:fill="FFFFFF"/>
            <w:tcMar>
              <w:top w:w="70" w:type="dxa"/>
              <w:left w:w="90" w:type="dxa"/>
              <w:bottom w:w="70" w:type="dxa"/>
              <w:right w:w="90" w:type="dxa"/>
            </w:tcMar>
            <w:vAlign w:val="center"/>
          </w:tcPr>
          <w:p w14:paraId="09B4BA34" w14:textId="77777777" w:rsidR="00E31F86" w:rsidRDefault="002A21E9">
            <w:pPr>
              <w:spacing w:after="0" w:line="252" w:lineRule="auto"/>
            </w:pPr>
            <w:r>
              <w:rPr>
                <w:color w:val="1F2937"/>
              </w:rPr>
              <w:t>[Owner]</w:t>
            </w:r>
          </w:p>
        </w:tc>
        <w:tc>
          <w:tcPr>
            <w:tcW w:w="3382" w:type="dxa"/>
            <w:shd w:val="clear" w:color="auto" w:fill="FFFFFF"/>
            <w:tcMar>
              <w:top w:w="70" w:type="dxa"/>
              <w:left w:w="90" w:type="dxa"/>
              <w:bottom w:w="70" w:type="dxa"/>
              <w:right w:w="90" w:type="dxa"/>
            </w:tcMar>
            <w:vAlign w:val="center"/>
          </w:tcPr>
          <w:p w14:paraId="75580965" w14:textId="77777777" w:rsidR="00E31F86" w:rsidRDefault="002A21E9">
            <w:pPr>
              <w:spacing w:after="0" w:line="252" w:lineRule="auto"/>
            </w:pPr>
            <w:r>
              <w:rPr>
                <w:color w:val="1F2937"/>
              </w:rPr>
              <w:t>[Acceptance criteria]</w:t>
            </w:r>
          </w:p>
        </w:tc>
        <w:tc>
          <w:tcPr>
            <w:tcW w:w="1692" w:type="dxa"/>
            <w:shd w:val="clear" w:color="auto" w:fill="FFFFFF"/>
            <w:tcMar>
              <w:top w:w="70" w:type="dxa"/>
              <w:left w:w="90" w:type="dxa"/>
              <w:bottom w:w="70" w:type="dxa"/>
              <w:right w:w="90" w:type="dxa"/>
            </w:tcMar>
            <w:vAlign w:val="center"/>
          </w:tcPr>
          <w:p w14:paraId="4D6D63D9" w14:textId="77777777" w:rsidR="00E31F86" w:rsidRDefault="002A21E9">
            <w:pPr>
              <w:spacing w:after="0" w:line="252" w:lineRule="auto"/>
            </w:pPr>
            <w:r>
              <w:rPr>
                <w:color w:val="1F2937"/>
              </w:rPr>
              <w:t>[Date]</w:t>
            </w:r>
          </w:p>
        </w:tc>
      </w:tr>
      <w:tr w:rsidR="00AD192A" w14:paraId="67F0B7EA" w14:textId="77777777">
        <w:trPr>
          <w:jc w:val="center"/>
        </w:trPr>
        <w:tc>
          <w:tcPr>
            <w:tcW w:w="3309" w:type="dxa"/>
            <w:shd w:val="clear" w:color="auto" w:fill="F3F6FA"/>
            <w:tcMar>
              <w:top w:w="70" w:type="dxa"/>
              <w:left w:w="90" w:type="dxa"/>
              <w:bottom w:w="70" w:type="dxa"/>
              <w:right w:w="90" w:type="dxa"/>
            </w:tcMar>
            <w:vAlign w:val="center"/>
          </w:tcPr>
          <w:p w14:paraId="2072BA74" w14:textId="77777777" w:rsidR="00E31F86" w:rsidRDefault="002A21E9">
            <w:pPr>
              <w:spacing w:after="0" w:line="252" w:lineRule="auto"/>
            </w:pPr>
            <w:r>
              <w:rPr>
                <w:b/>
                <w:color w:val="1F2937"/>
              </w:rPr>
              <w:t>[Deliverable]</w:t>
            </w:r>
          </w:p>
        </w:tc>
        <w:tc>
          <w:tcPr>
            <w:tcW w:w="1985" w:type="dxa"/>
            <w:shd w:val="clear" w:color="auto" w:fill="F3F6FA"/>
            <w:tcMar>
              <w:top w:w="70" w:type="dxa"/>
              <w:left w:w="90" w:type="dxa"/>
              <w:bottom w:w="70" w:type="dxa"/>
              <w:right w:w="90" w:type="dxa"/>
            </w:tcMar>
            <w:vAlign w:val="center"/>
          </w:tcPr>
          <w:p w14:paraId="6C67AA03" w14:textId="77777777" w:rsidR="00E31F86" w:rsidRDefault="002A21E9">
            <w:pPr>
              <w:spacing w:after="0" w:line="252" w:lineRule="auto"/>
            </w:pPr>
            <w:r>
              <w:rPr>
                <w:color w:val="1F2937"/>
              </w:rPr>
              <w:t>[Owner]</w:t>
            </w:r>
          </w:p>
        </w:tc>
        <w:tc>
          <w:tcPr>
            <w:tcW w:w="3382" w:type="dxa"/>
            <w:shd w:val="clear" w:color="auto" w:fill="F3F6FA"/>
            <w:tcMar>
              <w:top w:w="70" w:type="dxa"/>
              <w:left w:w="90" w:type="dxa"/>
              <w:bottom w:w="70" w:type="dxa"/>
              <w:right w:w="90" w:type="dxa"/>
            </w:tcMar>
            <w:vAlign w:val="center"/>
          </w:tcPr>
          <w:p w14:paraId="5FF225EE" w14:textId="77777777" w:rsidR="00E31F86" w:rsidRDefault="002A21E9">
            <w:pPr>
              <w:spacing w:after="0" w:line="252" w:lineRule="auto"/>
            </w:pPr>
            <w:r>
              <w:rPr>
                <w:color w:val="1F2937"/>
              </w:rPr>
              <w:t>[Acceptance criteria]</w:t>
            </w:r>
          </w:p>
        </w:tc>
        <w:tc>
          <w:tcPr>
            <w:tcW w:w="1692" w:type="dxa"/>
            <w:shd w:val="clear" w:color="auto" w:fill="F3F6FA"/>
            <w:tcMar>
              <w:top w:w="70" w:type="dxa"/>
              <w:left w:w="90" w:type="dxa"/>
              <w:bottom w:w="70" w:type="dxa"/>
              <w:right w:w="90" w:type="dxa"/>
            </w:tcMar>
            <w:vAlign w:val="center"/>
          </w:tcPr>
          <w:p w14:paraId="67A60A94" w14:textId="77777777" w:rsidR="00E31F86" w:rsidRDefault="002A21E9">
            <w:pPr>
              <w:spacing w:after="0" w:line="252" w:lineRule="auto"/>
            </w:pPr>
            <w:r>
              <w:rPr>
                <w:color w:val="1F2937"/>
              </w:rPr>
              <w:t>[Date]</w:t>
            </w:r>
          </w:p>
        </w:tc>
      </w:tr>
      <w:tr w:rsidR="00AD192A" w14:paraId="7A5F9880" w14:textId="77777777">
        <w:trPr>
          <w:jc w:val="center"/>
        </w:trPr>
        <w:tc>
          <w:tcPr>
            <w:tcW w:w="3309" w:type="dxa"/>
            <w:shd w:val="clear" w:color="auto" w:fill="FFFFFF"/>
            <w:tcMar>
              <w:top w:w="70" w:type="dxa"/>
              <w:left w:w="90" w:type="dxa"/>
              <w:bottom w:w="70" w:type="dxa"/>
              <w:right w:w="90" w:type="dxa"/>
            </w:tcMar>
            <w:vAlign w:val="center"/>
          </w:tcPr>
          <w:p w14:paraId="18CC7848" w14:textId="77777777" w:rsidR="00E31F86" w:rsidRDefault="002A21E9">
            <w:pPr>
              <w:spacing w:after="0" w:line="252" w:lineRule="auto"/>
            </w:pPr>
            <w:r>
              <w:rPr>
                <w:b/>
                <w:color w:val="1F2937"/>
              </w:rPr>
              <w:t>[Deliverable]</w:t>
            </w:r>
          </w:p>
        </w:tc>
        <w:tc>
          <w:tcPr>
            <w:tcW w:w="1985" w:type="dxa"/>
            <w:shd w:val="clear" w:color="auto" w:fill="FFFFFF"/>
            <w:tcMar>
              <w:top w:w="70" w:type="dxa"/>
              <w:left w:w="90" w:type="dxa"/>
              <w:bottom w:w="70" w:type="dxa"/>
              <w:right w:w="90" w:type="dxa"/>
            </w:tcMar>
            <w:vAlign w:val="center"/>
          </w:tcPr>
          <w:p w14:paraId="772F27B0" w14:textId="77777777" w:rsidR="00E31F86" w:rsidRDefault="002A21E9">
            <w:pPr>
              <w:spacing w:after="0" w:line="252" w:lineRule="auto"/>
            </w:pPr>
            <w:r>
              <w:rPr>
                <w:color w:val="1F2937"/>
              </w:rPr>
              <w:t>[Owner]</w:t>
            </w:r>
          </w:p>
        </w:tc>
        <w:tc>
          <w:tcPr>
            <w:tcW w:w="3382" w:type="dxa"/>
            <w:shd w:val="clear" w:color="auto" w:fill="FFFFFF"/>
            <w:tcMar>
              <w:top w:w="70" w:type="dxa"/>
              <w:left w:w="90" w:type="dxa"/>
              <w:bottom w:w="70" w:type="dxa"/>
              <w:right w:w="90" w:type="dxa"/>
            </w:tcMar>
            <w:vAlign w:val="center"/>
          </w:tcPr>
          <w:p w14:paraId="67127A5B" w14:textId="77777777" w:rsidR="00E31F86" w:rsidRDefault="002A21E9">
            <w:pPr>
              <w:spacing w:after="0" w:line="252" w:lineRule="auto"/>
            </w:pPr>
            <w:r>
              <w:rPr>
                <w:color w:val="1F2937"/>
              </w:rPr>
              <w:t>[Acceptance criteria]</w:t>
            </w:r>
          </w:p>
        </w:tc>
        <w:tc>
          <w:tcPr>
            <w:tcW w:w="1692" w:type="dxa"/>
            <w:shd w:val="clear" w:color="auto" w:fill="FFFFFF"/>
            <w:tcMar>
              <w:top w:w="70" w:type="dxa"/>
              <w:left w:w="90" w:type="dxa"/>
              <w:bottom w:w="70" w:type="dxa"/>
              <w:right w:w="90" w:type="dxa"/>
            </w:tcMar>
            <w:vAlign w:val="center"/>
          </w:tcPr>
          <w:p w14:paraId="4AECD2CB" w14:textId="77777777" w:rsidR="00E31F86" w:rsidRDefault="002A21E9">
            <w:pPr>
              <w:spacing w:after="0" w:line="252" w:lineRule="auto"/>
            </w:pPr>
            <w:r>
              <w:rPr>
                <w:color w:val="1F2937"/>
              </w:rPr>
              <w:t>[Date]</w:t>
            </w:r>
          </w:p>
        </w:tc>
      </w:tr>
      <w:tr w:rsidR="00AD192A" w14:paraId="2E0F74F1" w14:textId="77777777">
        <w:trPr>
          <w:jc w:val="center"/>
        </w:trPr>
        <w:tc>
          <w:tcPr>
            <w:tcW w:w="3309" w:type="dxa"/>
            <w:shd w:val="clear" w:color="auto" w:fill="F3F6FA"/>
            <w:tcMar>
              <w:top w:w="70" w:type="dxa"/>
              <w:left w:w="90" w:type="dxa"/>
              <w:bottom w:w="70" w:type="dxa"/>
              <w:right w:w="90" w:type="dxa"/>
            </w:tcMar>
            <w:vAlign w:val="center"/>
          </w:tcPr>
          <w:p w14:paraId="406A4FC6" w14:textId="77777777" w:rsidR="00E31F86" w:rsidRDefault="002A21E9">
            <w:pPr>
              <w:spacing w:after="0" w:line="252" w:lineRule="auto"/>
            </w:pPr>
            <w:r>
              <w:rPr>
                <w:b/>
                <w:color w:val="1F2937"/>
              </w:rPr>
              <w:t>[Deliverable]</w:t>
            </w:r>
          </w:p>
        </w:tc>
        <w:tc>
          <w:tcPr>
            <w:tcW w:w="1985" w:type="dxa"/>
            <w:shd w:val="clear" w:color="auto" w:fill="F3F6FA"/>
            <w:tcMar>
              <w:top w:w="70" w:type="dxa"/>
              <w:left w:w="90" w:type="dxa"/>
              <w:bottom w:w="70" w:type="dxa"/>
              <w:right w:w="90" w:type="dxa"/>
            </w:tcMar>
            <w:vAlign w:val="center"/>
          </w:tcPr>
          <w:p w14:paraId="498340B6" w14:textId="77777777" w:rsidR="00E31F86" w:rsidRDefault="002A21E9">
            <w:pPr>
              <w:spacing w:after="0" w:line="252" w:lineRule="auto"/>
            </w:pPr>
            <w:r>
              <w:rPr>
                <w:color w:val="1F2937"/>
              </w:rPr>
              <w:t>[Owner]</w:t>
            </w:r>
          </w:p>
        </w:tc>
        <w:tc>
          <w:tcPr>
            <w:tcW w:w="3382" w:type="dxa"/>
            <w:shd w:val="clear" w:color="auto" w:fill="F3F6FA"/>
            <w:tcMar>
              <w:top w:w="70" w:type="dxa"/>
              <w:left w:w="90" w:type="dxa"/>
              <w:bottom w:w="70" w:type="dxa"/>
              <w:right w:w="90" w:type="dxa"/>
            </w:tcMar>
            <w:vAlign w:val="center"/>
          </w:tcPr>
          <w:p w14:paraId="4B566188" w14:textId="77777777" w:rsidR="00E31F86" w:rsidRDefault="002A21E9">
            <w:pPr>
              <w:spacing w:after="0" w:line="252" w:lineRule="auto"/>
            </w:pPr>
            <w:r>
              <w:rPr>
                <w:color w:val="1F2937"/>
              </w:rPr>
              <w:t>[Acceptance criteria]</w:t>
            </w:r>
          </w:p>
        </w:tc>
        <w:tc>
          <w:tcPr>
            <w:tcW w:w="1692" w:type="dxa"/>
            <w:shd w:val="clear" w:color="auto" w:fill="F3F6FA"/>
            <w:tcMar>
              <w:top w:w="70" w:type="dxa"/>
              <w:left w:w="90" w:type="dxa"/>
              <w:bottom w:w="70" w:type="dxa"/>
              <w:right w:w="90" w:type="dxa"/>
            </w:tcMar>
            <w:vAlign w:val="center"/>
          </w:tcPr>
          <w:p w14:paraId="4BE868F6" w14:textId="77777777" w:rsidR="00E31F86" w:rsidRDefault="002A21E9">
            <w:pPr>
              <w:spacing w:after="0" w:line="252" w:lineRule="auto"/>
            </w:pPr>
            <w:r>
              <w:rPr>
                <w:color w:val="1F2937"/>
              </w:rPr>
              <w:t>[Date]</w:t>
            </w:r>
          </w:p>
        </w:tc>
      </w:tr>
      <w:tr w:rsidR="00AD192A" w14:paraId="0F6BD6E4" w14:textId="77777777">
        <w:trPr>
          <w:tblHeader/>
          <w:jc w:val="center"/>
        </w:trPr>
        <w:tc>
          <w:tcPr>
            <w:tcW w:w="3382" w:type="dxa"/>
            <w:shd w:val="clear" w:color="auto" w:fill="13294B"/>
            <w:tcMar>
              <w:top w:w="70" w:type="dxa"/>
              <w:left w:w="90" w:type="dxa"/>
              <w:bottom w:w="70" w:type="dxa"/>
              <w:right w:w="90" w:type="dxa"/>
            </w:tcMar>
            <w:vAlign w:val="center"/>
          </w:tcPr>
          <w:p w14:paraId="220617A5" w14:textId="77777777" w:rsidR="00AD192A" w:rsidRDefault="000D41E6">
            <w:pPr>
              <w:spacing w:after="0" w:line="252" w:lineRule="auto"/>
              <w:jc w:val="center"/>
            </w:pPr>
            <w:r>
              <w:rPr>
                <w:b/>
                <w:color w:val="FFFFFF"/>
                <w:sz w:val="17"/>
              </w:rPr>
              <w:t>Key Milestone</w:t>
            </w:r>
          </w:p>
        </w:tc>
        <w:tc>
          <w:tcPr>
            <w:tcW w:w="1765" w:type="dxa"/>
            <w:shd w:val="clear" w:color="auto" w:fill="13294B"/>
            <w:tcMar>
              <w:top w:w="70" w:type="dxa"/>
              <w:left w:w="90" w:type="dxa"/>
              <w:bottom w:w="70" w:type="dxa"/>
              <w:right w:w="90" w:type="dxa"/>
            </w:tcMar>
            <w:vAlign w:val="center"/>
          </w:tcPr>
          <w:p w14:paraId="5EC5E377" w14:textId="77777777" w:rsidR="00AD192A" w:rsidRDefault="000D41E6">
            <w:pPr>
              <w:spacing w:after="0" w:line="252" w:lineRule="auto"/>
              <w:jc w:val="center"/>
            </w:pPr>
            <w:r>
              <w:rPr>
                <w:b/>
                <w:color w:val="FFFFFF"/>
                <w:sz w:val="17"/>
              </w:rPr>
              <w:t>Target Date</w:t>
            </w:r>
          </w:p>
        </w:tc>
        <w:tc>
          <w:tcPr>
            <w:tcW w:w="1985" w:type="dxa"/>
            <w:shd w:val="clear" w:color="auto" w:fill="13294B"/>
            <w:tcMar>
              <w:top w:w="70" w:type="dxa"/>
              <w:left w:w="90" w:type="dxa"/>
              <w:bottom w:w="70" w:type="dxa"/>
              <w:right w:w="90" w:type="dxa"/>
            </w:tcMar>
            <w:vAlign w:val="center"/>
          </w:tcPr>
          <w:p w14:paraId="68B433DB" w14:textId="77777777" w:rsidR="00AD192A" w:rsidRDefault="000D41E6">
            <w:pPr>
              <w:spacing w:after="0" w:line="252" w:lineRule="auto"/>
              <w:jc w:val="center"/>
            </w:pPr>
            <w:r>
              <w:rPr>
                <w:b/>
                <w:color w:val="FFFFFF"/>
                <w:sz w:val="17"/>
              </w:rPr>
              <w:t>Owner</w:t>
            </w:r>
          </w:p>
        </w:tc>
        <w:tc>
          <w:tcPr>
            <w:tcW w:w="3236" w:type="dxa"/>
            <w:shd w:val="clear" w:color="auto" w:fill="13294B"/>
            <w:tcMar>
              <w:top w:w="70" w:type="dxa"/>
              <w:left w:w="90" w:type="dxa"/>
              <w:bottom w:w="70" w:type="dxa"/>
              <w:right w:w="90" w:type="dxa"/>
            </w:tcMar>
            <w:vAlign w:val="center"/>
          </w:tcPr>
          <w:p w14:paraId="64363A6A" w14:textId="77777777" w:rsidR="00AD192A" w:rsidRDefault="000D41E6">
            <w:pPr>
              <w:spacing w:after="0" w:line="252" w:lineRule="auto"/>
              <w:jc w:val="center"/>
            </w:pPr>
            <w:r>
              <w:rPr>
                <w:b/>
                <w:color w:val="FFFFFF"/>
                <w:sz w:val="17"/>
              </w:rPr>
              <w:t>Dependency</w:t>
            </w:r>
          </w:p>
        </w:tc>
      </w:tr>
      <w:tr w:rsidR="00AD192A" w14:paraId="66BB24BB" w14:textId="77777777">
        <w:trPr>
          <w:jc w:val="center"/>
        </w:trPr>
        <w:tc>
          <w:tcPr>
            <w:tcW w:w="3382" w:type="dxa"/>
            <w:shd w:val="clear" w:color="auto" w:fill="FFFFFF"/>
            <w:tcMar>
              <w:top w:w="70" w:type="dxa"/>
              <w:left w:w="90" w:type="dxa"/>
              <w:bottom w:w="70" w:type="dxa"/>
              <w:right w:w="90" w:type="dxa"/>
            </w:tcMar>
            <w:vAlign w:val="center"/>
          </w:tcPr>
          <w:p w14:paraId="371FAF43" w14:textId="77777777" w:rsidR="00E31F86" w:rsidRDefault="002A21E9">
            <w:pPr>
              <w:spacing w:after="0" w:line="252" w:lineRule="auto"/>
            </w:pPr>
            <w:r>
              <w:rPr>
                <w:b/>
                <w:color w:val="1F2937"/>
              </w:rPr>
              <w:t>[Milestone]</w:t>
            </w:r>
          </w:p>
        </w:tc>
        <w:tc>
          <w:tcPr>
            <w:tcW w:w="1765" w:type="dxa"/>
            <w:shd w:val="clear" w:color="auto" w:fill="FFFFFF"/>
            <w:tcMar>
              <w:top w:w="70" w:type="dxa"/>
              <w:left w:w="90" w:type="dxa"/>
              <w:bottom w:w="70" w:type="dxa"/>
              <w:right w:w="90" w:type="dxa"/>
            </w:tcMar>
            <w:vAlign w:val="center"/>
          </w:tcPr>
          <w:p w14:paraId="55936D4A" w14:textId="77777777" w:rsidR="00E31F86" w:rsidRDefault="002A21E9">
            <w:pPr>
              <w:spacing w:after="0" w:line="252" w:lineRule="auto"/>
            </w:pPr>
            <w:r>
              <w:rPr>
                <w:color w:val="1F2937"/>
              </w:rPr>
              <w:t>[Date]</w:t>
            </w:r>
          </w:p>
        </w:tc>
        <w:tc>
          <w:tcPr>
            <w:tcW w:w="1985" w:type="dxa"/>
            <w:shd w:val="clear" w:color="auto" w:fill="FFFFFF"/>
            <w:tcMar>
              <w:top w:w="70" w:type="dxa"/>
              <w:left w:w="90" w:type="dxa"/>
              <w:bottom w:w="70" w:type="dxa"/>
              <w:right w:w="90" w:type="dxa"/>
            </w:tcMar>
            <w:vAlign w:val="center"/>
          </w:tcPr>
          <w:p w14:paraId="13D48275" w14:textId="77777777" w:rsidR="00E31F86" w:rsidRDefault="002A21E9">
            <w:pPr>
              <w:spacing w:after="0" w:line="252" w:lineRule="auto"/>
            </w:pPr>
            <w:r>
              <w:rPr>
                <w:color w:val="1F2937"/>
              </w:rPr>
              <w:t>[Owner]</w:t>
            </w:r>
          </w:p>
        </w:tc>
        <w:tc>
          <w:tcPr>
            <w:tcW w:w="3236" w:type="dxa"/>
            <w:shd w:val="clear" w:color="auto" w:fill="FFFFFF"/>
            <w:tcMar>
              <w:top w:w="70" w:type="dxa"/>
              <w:left w:w="90" w:type="dxa"/>
              <w:bottom w:w="70" w:type="dxa"/>
              <w:right w:w="90" w:type="dxa"/>
            </w:tcMar>
            <w:vAlign w:val="center"/>
          </w:tcPr>
          <w:p w14:paraId="5A9D7C6C" w14:textId="77777777" w:rsidR="00E31F86" w:rsidRDefault="002A21E9">
            <w:pPr>
              <w:spacing w:after="0" w:line="252" w:lineRule="auto"/>
            </w:pPr>
            <w:r>
              <w:rPr>
                <w:color w:val="1F2937"/>
              </w:rPr>
              <w:t>[Dependency]</w:t>
            </w:r>
          </w:p>
        </w:tc>
      </w:tr>
      <w:tr w:rsidR="00AD192A" w14:paraId="1D6F0B0B" w14:textId="77777777">
        <w:trPr>
          <w:jc w:val="center"/>
        </w:trPr>
        <w:tc>
          <w:tcPr>
            <w:tcW w:w="3382" w:type="dxa"/>
            <w:shd w:val="clear" w:color="auto" w:fill="F3F6FA"/>
            <w:tcMar>
              <w:top w:w="70" w:type="dxa"/>
              <w:left w:w="90" w:type="dxa"/>
              <w:bottom w:w="70" w:type="dxa"/>
              <w:right w:w="90" w:type="dxa"/>
            </w:tcMar>
            <w:vAlign w:val="center"/>
          </w:tcPr>
          <w:p w14:paraId="347D108C" w14:textId="77777777" w:rsidR="00E31F86" w:rsidRDefault="002A21E9">
            <w:pPr>
              <w:spacing w:after="0" w:line="252" w:lineRule="auto"/>
            </w:pPr>
            <w:r>
              <w:rPr>
                <w:b/>
                <w:color w:val="1F2937"/>
              </w:rPr>
              <w:t>[Milestone]</w:t>
            </w:r>
          </w:p>
        </w:tc>
        <w:tc>
          <w:tcPr>
            <w:tcW w:w="1765" w:type="dxa"/>
            <w:shd w:val="clear" w:color="auto" w:fill="F3F6FA"/>
            <w:tcMar>
              <w:top w:w="70" w:type="dxa"/>
              <w:left w:w="90" w:type="dxa"/>
              <w:bottom w:w="70" w:type="dxa"/>
              <w:right w:w="90" w:type="dxa"/>
            </w:tcMar>
            <w:vAlign w:val="center"/>
          </w:tcPr>
          <w:p w14:paraId="3CF092F1" w14:textId="77777777" w:rsidR="00E31F86" w:rsidRDefault="002A21E9">
            <w:pPr>
              <w:spacing w:after="0" w:line="252" w:lineRule="auto"/>
            </w:pPr>
            <w:r>
              <w:rPr>
                <w:color w:val="1F2937"/>
              </w:rPr>
              <w:t>[Date]</w:t>
            </w:r>
          </w:p>
        </w:tc>
        <w:tc>
          <w:tcPr>
            <w:tcW w:w="1985" w:type="dxa"/>
            <w:shd w:val="clear" w:color="auto" w:fill="F3F6FA"/>
            <w:tcMar>
              <w:top w:w="70" w:type="dxa"/>
              <w:left w:w="90" w:type="dxa"/>
              <w:bottom w:w="70" w:type="dxa"/>
              <w:right w:w="90" w:type="dxa"/>
            </w:tcMar>
            <w:vAlign w:val="center"/>
          </w:tcPr>
          <w:p w14:paraId="7441F759" w14:textId="77777777" w:rsidR="00E31F86" w:rsidRDefault="002A21E9">
            <w:pPr>
              <w:spacing w:after="0" w:line="252" w:lineRule="auto"/>
            </w:pPr>
            <w:r>
              <w:rPr>
                <w:color w:val="1F2937"/>
              </w:rPr>
              <w:t>[Owner]</w:t>
            </w:r>
          </w:p>
        </w:tc>
        <w:tc>
          <w:tcPr>
            <w:tcW w:w="3236" w:type="dxa"/>
            <w:shd w:val="clear" w:color="auto" w:fill="F3F6FA"/>
            <w:tcMar>
              <w:top w:w="70" w:type="dxa"/>
              <w:left w:w="90" w:type="dxa"/>
              <w:bottom w:w="70" w:type="dxa"/>
              <w:right w:w="90" w:type="dxa"/>
            </w:tcMar>
            <w:vAlign w:val="center"/>
          </w:tcPr>
          <w:p w14:paraId="21BAFC55" w14:textId="77777777" w:rsidR="00E31F86" w:rsidRDefault="002A21E9">
            <w:pPr>
              <w:spacing w:after="0" w:line="252" w:lineRule="auto"/>
            </w:pPr>
            <w:r>
              <w:rPr>
                <w:color w:val="1F2937"/>
              </w:rPr>
              <w:t>[Dependency]</w:t>
            </w:r>
          </w:p>
        </w:tc>
      </w:tr>
      <w:tr w:rsidR="00AD192A" w14:paraId="2D93A2EA" w14:textId="77777777">
        <w:trPr>
          <w:jc w:val="center"/>
        </w:trPr>
        <w:tc>
          <w:tcPr>
            <w:tcW w:w="3382" w:type="dxa"/>
            <w:shd w:val="clear" w:color="auto" w:fill="FFFFFF"/>
            <w:tcMar>
              <w:top w:w="70" w:type="dxa"/>
              <w:left w:w="90" w:type="dxa"/>
              <w:bottom w:w="70" w:type="dxa"/>
              <w:right w:w="90" w:type="dxa"/>
            </w:tcMar>
            <w:vAlign w:val="center"/>
          </w:tcPr>
          <w:p w14:paraId="48076762" w14:textId="77777777" w:rsidR="00E31F86" w:rsidRDefault="002A21E9">
            <w:pPr>
              <w:spacing w:after="0" w:line="252" w:lineRule="auto"/>
            </w:pPr>
            <w:r>
              <w:rPr>
                <w:b/>
                <w:color w:val="1F2937"/>
              </w:rPr>
              <w:t>[Milestone]</w:t>
            </w:r>
          </w:p>
        </w:tc>
        <w:tc>
          <w:tcPr>
            <w:tcW w:w="1765" w:type="dxa"/>
            <w:shd w:val="clear" w:color="auto" w:fill="FFFFFF"/>
            <w:tcMar>
              <w:top w:w="70" w:type="dxa"/>
              <w:left w:w="90" w:type="dxa"/>
              <w:bottom w:w="70" w:type="dxa"/>
              <w:right w:w="90" w:type="dxa"/>
            </w:tcMar>
            <w:vAlign w:val="center"/>
          </w:tcPr>
          <w:p w14:paraId="5F15F1E4" w14:textId="77777777" w:rsidR="00E31F86" w:rsidRDefault="002A21E9">
            <w:pPr>
              <w:spacing w:after="0" w:line="252" w:lineRule="auto"/>
            </w:pPr>
            <w:r>
              <w:rPr>
                <w:color w:val="1F2937"/>
              </w:rPr>
              <w:t>[Date]</w:t>
            </w:r>
          </w:p>
        </w:tc>
        <w:tc>
          <w:tcPr>
            <w:tcW w:w="1985" w:type="dxa"/>
            <w:shd w:val="clear" w:color="auto" w:fill="FFFFFF"/>
            <w:tcMar>
              <w:top w:w="70" w:type="dxa"/>
              <w:left w:w="90" w:type="dxa"/>
              <w:bottom w:w="70" w:type="dxa"/>
              <w:right w:w="90" w:type="dxa"/>
            </w:tcMar>
            <w:vAlign w:val="center"/>
          </w:tcPr>
          <w:p w14:paraId="67EDA91E" w14:textId="77777777" w:rsidR="00E31F86" w:rsidRDefault="002A21E9">
            <w:pPr>
              <w:spacing w:after="0" w:line="252" w:lineRule="auto"/>
            </w:pPr>
            <w:r>
              <w:rPr>
                <w:color w:val="1F2937"/>
              </w:rPr>
              <w:t>[Owner]</w:t>
            </w:r>
          </w:p>
        </w:tc>
        <w:tc>
          <w:tcPr>
            <w:tcW w:w="3236" w:type="dxa"/>
            <w:shd w:val="clear" w:color="auto" w:fill="FFFFFF"/>
            <w:tcMar>
              <w:top w:w="70" w:type="dxa"/>
              <w:left w:w="90" w:type="dxa"/>
              <w:bottom w:w="70" w:type="dxa"/>
              <w:right w:w="90" w:type="dxa"/>
            </w:tcMar>
            <w:vAlign w:val="center"/>
          </w:tcPr>
          <w:p w14:paraId="237DD651" w14:textId="77777777" w:rsidR="00E31F86" w:rsidRDefault="002A21E9">
            <w:pPr>
              <w:spacing w:after="0" w:line="252" w:lineRule="auto"/>
            </w:pPr>
            <w:r>
              <w:rPr>
                <w:color w:val="1F2937"/>
              </w:rPr>
              <w:t>[Dependency]</w:t>
            </w:r>
          </w:p>
        </w:tc>
      </w:tr>
      <w:tr w:rsidR="00AD192A" w14:paraId="2F0B5284" w14:textId="77777777">
        <w:trPr>
          <w:jc w:val="center"/>
        </w:trPr>
        <w:tc>
          <w:tcPr>
            <w:tcW w:w="3382" w:type="dxa"/>
            <w:shd w:val="clear" w:color="auto" w:fill="F3F6FA"/>
            <w:tcMar>
              <w:top w:w="70" w:type="dxa"/>
              <w:left w:w="90" w:type="dxa"/>
              <w:bottom w:w="70" w:type="dxa"/>
              <w:right w:w="90" w:type="dxa"/>
            </w:tcMar>
            <w:vAlign w:val="center"/>
          </w:tcPr>
          <w:p w14:paraId="13DDBB69" w14:textId="77777777" w:rsidR="00E31F86" w:rsidRDefault="002A21E9">
            <w:pPr>
              <w:spacing w:after="0" w:line="252" w:lineRule="auto"/>
            </w:pPr>
            <w:r>
              <w:rPr>
                <w:b/>
                <w:color w:val="1F2937"/>
              </w:rPr>
              <w:t>[Milestone]</w:t>
            </w:r>
          </w:p>
        </w:tc>
        <w:tc>
          <w:tcPr>
            <w:tcW w:w="1765" w:type="dxa"/>
            <w:shd w:val="clear" w:color="auto" w:fill="F3F6FA"/>
            <w:tcMar>
              <w:top w:w="70" w:type="dxa"/>
              <w:left w:w="90" w:type="dxa"/>
              <w:bottom w:w="70" w:type="dxa"/>
              <w:right w:w="90" w:type="dxa"/>
            </w:tcMar>
            <w:vAlign w:val="center"/>
          </w:tcPr>
          <w:p w14:paraId="3C6B5ACD" w14:textId="77777777" w:rsidR="00E31F86" w:rsidRDefault="002A21E9">
            <w:pPr>
              <w:spacing w:after="0" w:line="252" w:lineRule="auto"/>
            </w:pPr>
            <w:r>
              <w:rPr>
                <w:color w:val="1F2937"/>
              </w:rPr>
              <w:t>[Date]</w:t>
            </w:r>
          </w:p>
        </w:tc>
        <w:tc>
          <w:tcPr>
            <w:tcW w:w="1985" w:type="dxa"/>
            <w:shd w:val="clear" w:color="auto" w:fill="F3F6FA"/>
            <w:tcMar>
              <w:top w:w="70" w:type="dxa"/>
              <w:left w:w="90" w:type="dxa"/>
              <w:bottom w:w="70" w:type="dxa"/>
              <w:right w:w="90" w:type="dxa"/>
            </w:tcMar>
            <w:vAlign w:val="center"/>
          </w:tcPr>
          <w:p w14:paraId="7D873207" w14:textId="77777777" w:rsidR="00E31F86" w:rsidRDefault="002A21E9">
            <w:pPr>
              <w:spacing w:after="0" w:line="252" w:lineRule="auto"/>
            </w:pPr>
            <w:r>
              <w:rPr>
                <w:color w:val="1F2937"/>
              </w:rPr>
              <w:t>[Owner]</w:t>
            </w:r>
          </w:p>
        </w:tc>
        <w:tc>
          <w:tcPr>
            <w:tcW w:w="3236" w:type="dxa"/>
            <w:shd w:val="clear" w:color="auto" w:fill="F3F6FA"/>
            <w:tcMar>
              <w:top w:w="70" w:type="dxa"/>
              <w:left w:w="90" w:type="dxa"/>
              <w:bottom w:w="70" w:type="dxa"/>
              <w:right w:w="90" w:type="dxa"/>
            </w:tcMar>
            <w:vAlign w:val="center"/>
          </w:tcPr>
          <w:p w14:paraId="4697224A" w14:textId="77777777" w:rsidR="00E31F86" w:rsidRDefault="002A21E9">
            <w:pPr>
              <w:spacing w:after="0" w:line="252" w:lineRule="auto"/>
            </w:pPr>
            <w:r>
              <w:rPr>
                <w:color w:val="1F2937"/>
              </w:rPr>
              <w:t>[Dependency]</w:t>
            </w:r>
          </w:p>
        </w:tc>
      </w:tr>
      <w:tr w:rsidR="00AD192A" w14:paraId="2D41CE4D" w14:textId="77777777">
        <w:trPr>
          <w:tblHeader/>
          <w:jc w:val="center"/>
        </w:trPr>
        <w:tc>
          <w:tcPr>
            <w:tcW w:w="4381" w:type="dxa"/>
            <w:gridSpan w:val="2"/>
            <w:shd w:val="clear" w:color="auto" w:fill="13294B"/>
            <w:tcMar>
              <w:top w:w="70" w:type="dxa"/>
              <w:left w:w="90" w:type="dxa"/>
              <w:bottom w:w="70" w:type="dxa"/>
              <w:right w:w="90" w:type="dxa"/>
            </w:tcMar>
            <w:vAlign w:val="center"/>
          </w:tcPr>
          <w:p w14:paraId="60695F6D" w14:textId="77777777" w:rsidR="00AD192A" w:rsidRDefault="000D41E6">
            <w:pPr>
              <w:spacing w:after="0" w:line="252" w:lineRule="auto"/>
              <w:jc w:val="center"/>
            </w:pPr>
            <w:r>
              <w:rPr>
                <w:b/>
                <w:color w:val="FFFFFF"/>
                <w:sz w:val="17"/>
              </w:rPr>
              <w:t>Detailed Schedule / Milestone Plan</w:t>
            </w:r>
          </w:p>
        </w:tc>
        <w:tc>
          <w:tcPr>
            <w:tcW w:w="5987" w:type="dxa"/>
            <w:gridSpan w:val="2"/>
            <w:shd w:val="clear" w:color="auto" w:fill="13294B"/>
            <w:tcMar>
              <w:top w:w="70" w:type="dxa"/>
              <w:left w:w="90" w:type="dxa"/>
              <w:bottom w:w="70" w:type="dxa"/>
              <w:right w:w="90" w:type="dxa"/>
            </w:tcMar>
            <w:vAlign w:val="center"/>
          </w:tcPr>
          <w:p w14:paraId="457ED1C2" w14:textId="77777777" w:rsidR="00AD192A" w:rsidRDefault="000D41E6">
            <w:pPr>
              <w:spacing w:after="0" w:line="252" w:lineRule="auto"/>
              <w:jc w:val="center"/>
            </w:pPr>
            <w:r>
              <w:rPr>
                <w:b/>
                <w:color w:val="FFFFFF"/>
                <w:sz w:val="17"/>
              </w:rPr>
              <w:t>Location / Link</w:t>
            </w:r>
          </w:p>
        </w:tc>
      </w:tr>
      <w:tr w:rsidR="00AD192A" w14:paraId="2F2EB460" w14:textId="77777777">
        <w:trPr>
          <w:jc w:val="center"/>
        </w:trPr>
        <w:tc>
          <w:tcPr>
            <w:tcW w:w="4381" w:type="dxa"/>
            <w:gridSpan w:val="2"/>
            <w:shd w:val="clear" w:color="auto" w:fill="FFFFFF"/>
            <w:tcMar>
              <w:top w:w="70" w:type="dxa"/>
              <w:left w:w="90" w:type="dxa"/>
              <w:bottom w:w="70" w:type="dxa"/>
              <w:right w:w="90" w:type="dxa"/>
            </w:tcMar>
            <w:vAlign w:val="center"/>
          </w:tcPr>
          <w:p w14:paraId="50943D1C" w14:textId="77777777" w:rsidR="00AD192A" w:rsidRDefault="000D41E6">
            <w:pPr>
              <w:spacing w:after="0" w:line="252" w:lineRule="auto"/>
            </w:pPr>
            <w:r>
              <w:rPr>
                <w:color w:val="1F2937"/>
                <w:sz w:val="17"/>
              </w:rPr>
              <w:t>Project schedule or Milestone Plan</w:t>
            </w:r>
          </w:p>
        </w:tc>
        <w:tc>
          <w:tcPr>
            <w:tcW w:w="5987" w:type="dxa"/>
            <w:gridSpan w:val="2"/>
            <w:shd w:val="clear" w:color="auto" w:fill="FFFFFF"/>
            <w:tcMar>
              <w:top w:w="70" w:type="dxa"/>
              <w:left w:w="90" w:type="dxa"/>
              <w:bottom w:w="70" w:type="dxa"/>
              <w:right w:w="90" w:type="dxa"/>
            </w:tcMar>
            <w:vAlign w:val="center"/>
          </w:tcPr>
          <w:p w14:paraId="61F92C8B" w14:textId="77777777" w:rsidR="00AD192A" w:rsidRDefault="002A21E9">
            <w:pPr>
              <w:spacing w:after="0" w:line="252" w:lineRule="auto"/>
            </w:pPr>
            <w:sdt>
              <w:sdtPr>
                <w:alias w:val="Project schedule or Milestone Plan Owner"/>
                <w:tag w:val="project_schedule_or_milestone_plan_owner"/>
                <w:id w:val="71113"/>
                <w:text/>
              </w:sdtPr>
              <w:sdtEndPr/>
              <w:sdtContent>
                <w:r w:rsidR="000D41E6">
                  <w:rPr>
                    <w:color w:val="111827"/>
                    <w:sz w:val="17"/>
                  </w:rPr>
                  <w:t>[Insert location or hyperlink]</w:t>
                </w:r>
              </w:sdtContent>
            </w:sdt>
          </w:p>
        </w:tc>
      </w:tr>
    </w:tbl>
    <w:p w14:paraId="2DCAA596" w14:textId="77777777" w:rsidR="00AD192A" w:rsidRDefault="000D41E6">
      <w:pPr>
        <w:pStyle w:val="Heading2"/>
      </w:pPr>
      <w:r>
        <w:rPr>
          <w:sz w:val="32"/>
        </w:rPr>
        <w:lastRenderedPageBreak/>
        <w:t>5. Team, Roles &amp; Governance</w:t>
      </w:r>
    </w:p>
    <w:tbl>
      <w:tblPr>
        <w:tblW w:w="10368"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Caption w:val="Team roles"/>
        <w:tblDescription w:val="Project roles, names or teams, and primary responsibilities."/>
      </w:tblPr>
      <w:tblGrid>
        <w:gridCol w:w="2482"/>
        <w:gridCol w:w="2921"/>
        <w:gridCol w:w="4965"/>
      </w:tblGrid>
      <w:tr w:rsidR="00AD192A" w14:paraId="52A1D416" w14:textId="77777777">
        <w:trPr>
          <w:tblHeader/>
          <w:jc w:val="center"/>
        </w:trPr>
        <w:tc>
          <w:tcPr>
            <w:tcW w:w="2482" w:type="dxa"/>
            <w:shd w:val="clear" w:color="auto" w:fill="13294B"/>
            <w:tcMar>
              <w:top w:w="70" w:type="dxa"/>
              <w:left w:w="90" w:type="dxa"/>
              <w:bottom w:w="70" w:type="dxa"/>
              <w:right w:w="90" w:type="dxa"/>
            </w:tcMar>
            <w:vAlign w:val="center"/>
          </w:tcPr>
          <w:p w14:paraId="523F35BF" w14:textId="77777777" w:rsidR="00AD192A" w:rsidRDefault="000D41E6">
            <w:pPr>
              <w:spacing w:after="0" w:line="252" w:lineRule="auto"/>
              <w:jc w:val="center"/>
            </w:pPr>
            <w:r>
              <w:rPr>
                <w:b/>
                <w:color w:val="FFFFFF"/>
                <w:sz w:val="17"/>
              </w:rPr>
              <w:t>Role</w:t>
            </w:r>
          </w:p>
        </w:tc>
        <w:tc>
          <w:tcPr>
            <w:tcW w:w="2921" w:type="dxa"/>
            <w:shd w:val="clear" w:color="auto" w:fill="13294B"/>
            <w:tcMar>
              <w:top w:w="70" w:type="dxa"/>
              <w:left w:w="90" w:type="dxa"/>
              <w:bottom w:w="70" w:type="dxa"/>
              <w:right w:w="90" w:type="dxa"/>
            </w:tcMar>
            <w:vAlign w:val="center"/>
          </w:tcPr>
          <w:p w14:paraId="5DFDBA73" w14:textId="77777777" w:rsidR="00AD192A" w:rsidRDefault="000D41E6">
            <w:pPr>
              <w:spacing w:after="0" w:line="252" w:lineRule="auto"/>
              <w:jc w:val="center"/>
            </w:pPr>
            <w:r>
              <w:rPr>
                <w:b/>
                <w:color w:val="FFFFFF"/>
                <w:sz w:val="17"/>
              </w:rPr>
              <w:t>Name / Team</w:t>
            </w:r>
          </w:p>
        </w:tc>
        <w:tc>
          <w:tcPr>
            <w:tcW w:w="4965" w:type="dxa"/>
            <w:shd w:val="clear" w:color="auto" w:fill="13294B"/>
            <w:tcMar>
              <w:top w:w="70" w:type="dxa"/>
              <w:left w:w="90" w:type="dxa"/>
              <w:bottom w:w="70" w:type="dxa"/>
              <w:right w:w="90" w:type="dxa"/>
            </w:tcMar>
            <w:vAlign w:val="center"/>
          </w:tcPr>
          <w:p w14:paraId="69E6B45A" w14:textId="77777777" w:rsidR="00AD192A" w:rsidRDefault="000D41E6">
            <w:pPr>
              <w:spacing w:after="0" w:line="252" w:lineRule="auto"/>
              <w:jc w:val="center"/>
            </w:pPr>
            <w:r>
              <w:rPr>
                <w:b/>
                <w:color w:val="FFFFFF"/>
                <w:sz w:val="17"/>
              </w:rPr>
              <w:t>Primary Responsibility</w:t>
            </w:r>
          </w:p>
        </w:tc>
      </w:tr>
      <w:tr w:rsidR="00AD192A" w14:paraId="6A49985F" w14:textId="77777777">
        <w:trPr>
          <w:jc w:val="center"/>
        </w:trPr>
        <w:tc>
          <w:tcPr>
            <w:tcW w:w="2482" w:type="dxa"/>
            <w:shd w:val="clear" w:color="auto" w:fill="FFFFFF"/>
            <w:tcMar>
              <w:top w:w="70" w:type="dxa"/>
              <w:left w:w="90" w:type="dxa"/>
              <w:bottom w:w="70" w:type="dxa"/>
              <w:right w:w="90" w:type="dxa"/>
            </w:tcMar>
            <w:vAlign w:val="center"/>
          </w:tcPr>
          <w:p w14:paraId="25521F58" w14:textId="77777777" w:rsidR="00AD192A" w:rsidRDefault="000D41E6">
            <w:pPr>
              <w:spacing w:after="0" w:line="252" w:lineRule="auto"/>
            </w:pPr>
            <w:r>
              <w:rPr>
                <w:b/>
                <w:color w:val="1F2937"/>
                <w:sz w:val="17"/>
              </w:rPr>
              <w:t>Executive Sponsor, if applicable</w:t>
            </w:r>
          </w:p>
        </w:tc>
        <w:tc>
          <w:tcPr>
            <w:tcW w:w="2921" w:type="dxa"/>
            <w:shd w:val="clear" w:color="auto" w:fill="FFFFFF"/>
            <w:tcMar>
              <w:top w:w="70" w:type="dxa"/>
              <w:left w:w="90" w:type="dxa"/>
              <w:bottom w:w="70" w:type="dxa"/>
              <w:right w:w="90" w:type="dxa"/>
            </w:tcMar>
            <w:vAlign w:val="center"/>
          </w:tcPr>
          <w:p w14:paraId="5A893428" w14:textId="77777777" w:rsidR="00AD192A" w:rsidRDefault="002A21E9">
            <w:pPr>
              <w:spacing w:after="0" w:line="252" w:lineRule="auto"/>
            </w:pPr>
            <w:sdt>
              <w:sdtPr>
                <w:alias w:val="Executive Sponsor, if applicable Name / Team"/>
                <w:tag w:val="executive_sponsor_if_applicable_name_team"/>
                <w:id w:val="71114"/>
                <w:text/>
              </w:sdtPr>
              <w:sdtEndPr/>
              <w:sdtContent>
                <w:r w:rsidR="000D41E6">
                  <w:rPr>
                    <w:color w:val="111827"/>
                    <w:sz w:val="17"/>
                  </w:rPr>
                  <w:t>[Name]</w:t>
                </w:r>
              </w:sdtContent>
            </w:sdt>
          </w:p>
        </w:tc>
        <w:tc>
          <w:tcPr>
            <w:tcW w:w="4965" w:type="dxa"/>
            <w:shd w:val="clear" w:color="auto" w:fill="FFFFFF"/>
            <w:tcMar>
              <w:top w:w="70" w:type="dxa"/>
              <w:left w:w="90" w:type="dxa"/>
              <w:bottom w:w="70" w:type="dxa"/>
              <w:right w:w="90" w:type="dxa"/>
            </w:tcMar>
            <w:vAlign w:val="center"/>
          </w:tcPr>
          <w:p w14:paraId="5CA2BD6B" w14:textId="77777777" w:rsidR="00AD192A" w:rsidRDefault="002A21E9">
            <w:pPr>
              <w:spacing w:after="0" w:line="252" w:lineRule="auto"/>
            </w:pPr>
            <w:sdt>
              <w:sdtPr>
                <w:alias w:val="Executive Sponsor, if applicable Primary Responsibility"/>
                <w:tag w:val="executive_sponsor_if_applicable_primary_responsibility"/>
                <w:id w:val="71115"/>
                <w:text/>
              </w:sdtPr>
              <w:sdtEndPr/>
              <w:sdtContent>
                <w:r w:rsidR="000D41E6">
                  <w:rPr>
                    <w:color w:val="111827"/>
                    <w:sz w:val="17"/>
                  </w:rPr>
                  <w:t>[Responsibility]</w:t>
                </w:r>
              </w:sdtContent>
            </w:sdt>
          </w:p>
        </w:tc>
      </w:tr>
      <w:tr w:rsidR="00AD192A" w14:paraId="3F83C5A5" w14:textId="77777777">
        <w:trPr>
          <w:jc w:val="center"/>
        </w:trPr>
        <w:tc>
          <w:tcPr>
            <w:tcW w:w="2482" w:type="dxa"/>
            <w:shd w:val="clear" w:color="auto" w:fill="F3F6FA"/>
            <w:tcMar>
              <w:top w:w="70" w:type="dxa"/>
              <w:left w:w="90" w:type="dxa"/>
              <w:bottom w:w="70" w:type="dxa"/>
              <w:right w:w="90" w:type="dxa"/>
            </w:tcMar>
            <w:vAlign w:val="center"/>
          </w:tcPr>
          <w:p w14:paraId="246760EF" w14:textId="77777777" w:rsidR="00AD192A" w:rsidRDefault="000D41E6">
            <w:pPr>
              <w:spacing w:after="0" w:line="252" w:lineRule="auto"/>
            </w:pPr>
            <w:r>
              <w:rPr>
                <w:b/>
                <w:color w:val="1F2937"/>
                <w:sz w:val="17"/>
              </w:rPr>
              <w:t>Project Sponsor</w:t>
            </w:r>
          </w:p>
        </w:tc>
        <w:tc>
          <w:tcPr>
            <w:tcW w:w="2921" w:type="dxa"/>
            <w:shd w:val="clear" w:color="auto" w:fill="F3F6FA"/>
            <w:tcMar>
              <w:top w:w="70" w:type="dxa"/>
              <w:left w:w="90" w:type="dxa"/>
              <w:bottom w:w="70" w:type="dxa"/>
              <w:right w:w="90" w:type="dxa"/>
            </w:tcMar>
            <w:vAlign w:val="center"/>
          </w:tcPr>
          <w:p w14:paraId="2CFE844C" w14:textId="77777777" w:rsidR="00AD192A" w:rsidRDefault="002A21E9">
            <w:pPr>
              <w:spacing w:after="0" w:line="252" w:lineRule="auto"/>
            </w:pPr>
            <w:sdt>
              <w:sdtPr>
                <w:alias w:val="Project Sponsor Name / Team"/>
                <w:tag w:val="project_sponsor_name_team"/>
                <w:id w:val="71116"/>
                <w:text/>
              </w:sdtPr>
              <w:sdtEndPr/>
              <w:sdtContent>
                <w:r w:rsidR="000D41E6">
                  <w:rPr>
                    <w:color w:val="111827"/>
                    <w:sz w:val="17"/>
                  </w:rPr>
                  <w:t>[Name]</w:t>
                </w:r>
              </w:sdtContent>
            </w:sdt>
          </w:p>
        </w:tc>
        <w:tc>
          <w:tcPr>
            <w:tcW w:w="4965" w:type="dxa"/>
            <w:shd w:val="clear" w:color="auto" w:fill="F3F6FA"/>
            <w:tcMar>
              <w:top w:w="70" w:type="dxa"/>
              <w:left w:w="90" w:type="dxa"/>
              <w:bottom w:w="70" w:type="dxa"/>
              <w:right w:w="90" w:type="dxa"/>
            </w:tcMar>
            <w:vAlign w:val="center"/>
          </w:tcPr>
          <w:p w14:paraId="3B26186C" w14:textId="77777777" w:rsidR="00AD192A" w:rsidRDefault="002A21E9">
            <w:pPr>
              <w:spacing w:after="0" w:line="252" w:lineRule="auto"/>
            </w:pPr>
            <w:sdt>
              <w:sdtPr>
                <w:alias w:val="Project Sponsor Primary Responsibility"/>
                <w:tag w:val="project_sponsor_primary_responsibility"/>
                <w:id w:val="71117"/>
                <w:text/>
              </w:sdtPr>
              <w:sdtEndPr/>
              <w:sdtContent>
                <w:r w:rsidR="000D41E6">
                  <w:rPr>
                    <w:color w:val="111827"/>
                    <w:sz w:val="17"/>
                  </w:rPr>
                  <w:t>[Responsibility]</w:t>
                </w:r>
              </w:sdtContent>
            </w:sdt>
          </w:p>
        </w:tc>
      </w:tr>
      <w:tr w:rsidR="00AD192A" w14:paraId="05C6E5B9" w14:textId="77777777">
        <w:trPr>
          <w:jc w:val="center"/>
        </w:trPr>
        <w:tc>
          <w:tcPr>
            <w:tcW w:w="2482" w:type="dxa"/>
            <w:shd w:val="clear" w:color="auto" w:fill="FFFFFF"/>
            <w:tcMar>
              <w:top w:w="70" w:type="dxa"/>
              <w:left w:w="90" w:type="dxa"/>
              <w:bottom w:w="70" w:type="dxa"/>
              <w:right w:w="90" w:type="dxa"/>
            </w:tcMar>
            <w:vAlign w:val="center"/>
          </w:tcPr>
          <w:p w14:paraId="3D421FB0" w14:textId="77777777" w:rsidR="00AD192A" w:rsidRDefault="000D41E6">
            <w:pPr>
              <w:spacing w:after="0" w:line="252" w:lineRule="auto"/>
            </w:pPr>
            <w:r>
              <w:rPr>
                <w:b/>
                <w:color w:val="1F2937"/>
                <w:sz w:val="17"/>
              </w:rPr>
              <w:t>Project Manager</w:t>
            </w:r>
          </w:p>
        </w:tc>
        <w:tc>
          <w:tcPr>
            <w:tcW w:w="2921" w:type="dxa"/>
            <w:shd w:val="clear" w:color="auto" w:fill="FFFFFF"/>
            <w:tcMar>
              <w:top w:w="70" w:type="dxa"/>
              <w:left w:w="90" w:type="dxa"/>
              <w:bottom w:w="70" w:type="dxa"/>
              <w:right w:w="90" w:type="dxa"/>
            </w:tcMar>
            <w:vAlign w:val="center"/>
          </w:tcPr>
          <w:p w14:paraId="2CC66720" w14:textId="77777777" w:rsidR="00AD192A" w:rsidRDefault="002A21E9">
            <w:pPr>
              <w:spacing w:after="0" w:line="252" w:lineRule="auto"/>
            </w:pPr>
            <w:sdt>
              <w:sdtPr>
                <w:alias w:val="Project Manager Name / Team"/>
                <w:tag w:val="project_manager_name_team"/>
                <w:id w:val="71118"/>
                <w:text/>
              </w:sdtPr>
              <w:sdtEndPr/>
              <w:sdtContent>
                <w:r w:rsidR="000D41E6">
                  <w:rPr>
                    <w:color w:val="111827"/>
                    <w:sz w:val="17"/>
                  </w:rPr>
                  <w:t>[Name]</w:t>
                </w:r>
              </w:sdtContent>
            </w:sdt>
          </w:p>
        </w:tc>
        <w:tc>
          <w:tcPr>
            <w:tcW w:w="4965" w:type="dxa"/>
            <w:shd w:val="clear" w:color="auto" w:fill="FFFFFF"/>
            <w:tcMar>
              <w:top w:w="70" w:type="dxa"/>
              <w:left w:w="90" w:type="dxa"/>
              <w:bottom w:w="70" w:type="dxa"/>
              <w:right w:w="90" w:type="dxa"/>
            </w:tcMar>
            <w:vAlign w:val="center"/>
          </w:tcPr>
          <w:p w14:paraId="526EF557" w14:textId="77777777" w:rsidR="00AD192A" w:rsidRDefault="002A21E9">
            <w:pPr>
              <w:spacing w:after="0" w:line="252" w:lineRule="auto"/>
            </w:pPr>
            <w:sdt>
              <w:sdtPr>
                <w:alias w:val="Project Manager Primary Responsibility"/>
                <w:tag w:val="project_manager_primary_responsibility"/>
                <w:id w:val="71119"/>
                <w:text/>
              </w:sdtPr>
              <w:sdtEndPr/>
              <w:sdtContent>
                <w:r w:rsidR="000D41E6">
                  <w:rPr>
                    <w:color w:val="111827"/>
                    <w:sz w:val="17"/>
                  </w:rPr>
                  <w:t>[Responsibility]</w:t>
                </w:r>
              </w:sdtContent>
            </w:sdt>
          </w:p>
        </w:tc>
      </w:tr>
      <w:tr w:rsidR="00AD192A" w14:paraId="458CFB0B" w14:textId="77777777">
        <w:trPr>
          <w:jc w:val="center"/>
        </w:trPr>
        <w:tc>
          <w:tcPr>
            <w:tcW w:w="2482" w:type="dxa"/>
            <w:shd w:val="clear" w:color="auto" w:fill="F3F6FA"/>
            <w:tcMar>
              <w:top w:w="70" w:type="dxa"/>
              <w:left w:w="90" w:type="dxa"/>
              <w:bottom w:w="70" w:type="dxa"/>
              <w:right w:w="90" w:type="dxa"/>
            </w:tcMar>
            <w:vAlign w:val="center"/>
          </w:tcPr>
          <w:p w14:paraId="3A6798E3" w14:textId="77777777" w:rsidR="00AD192A" w:rsidRDefault="000D41E6">
            <w:pPr>
              <w:spacing w:after="0" w:line="252" w:lineRule="auto"/>
            </w:pPr>
            <w:r>
              <w:rPr>
                <w:b/>
                <w:color w:val="1F2937"/>
                <w:sz w:val="17"/>
              </w:rPr>
              <w:t>Business Lead / Product Owner</w:t>
            </w:r>
          </w:p>
        </w:tc>
        <w:tc>
          <w:tcPr>
            <w:tcW w:w="2921" w:type="dxa"/>
            <w:shd w:val="clear" w:color="auto" w:fill="F3F6FA"/>
            <w:tcMar>
              <w:top w:w="70" w:type="dxa"/>
              <w:left w:w="90" w:type="dxa"/>
              <w:bottom w:w="70" w:type="dxa"/>
              <w:right w:w="90" w:type="dxa"/>
            </w:tcMar>
            <w:vAlign w:val="center"/>
          </w:tcPr>
          <w:p w14:paraId="33611C86" w14:textId="77777777" w:rsidR="00AD192A" w:rsidRDefault="002A21E9">
            <w:pPr>
              <w:spacing w:after="0" w:line="252" w:lineRule="auto"/>
            </w:pPr>
            <w:sdt>
              <w:sdtPr>
                <w:alias w:val="Business Lead / Product Owner Name / Team"/>
                <w:tag w:val="business_lead_product_owner_name_team"/>
                <w:id w:val="71120"/>
                <w:text/>
              </w:sdtPr>
              <w:sdtEndPr/>
              <w:sdtContent>
                <w:r w:rsidR="000D41E6">
                  <w:rPr>
                    <w:color w:val="111827"/>
                    <w:sz w:val="17"/>
                  </w:rPr>
                  <w:t>[Name]</w:t>
                </w:r>
              </w:sdtContent>
            </w:sdt>
          </w:p>
        </w:tc>
        <w:tc>
          <w:tcPr>
            <w:tcW w:w="4965" w:type="dxa"/>
            <w:shd w:val="clear" w:color="auto" w:fill="F3F6FA"/>
            <w:tcMar>
              <w:top w:w="70" w:type="dxa"/>
              <w:left w:w="90" w:type="dxa"/>
              <w:bottom w:w="70" w:type="dxa"/>
              <w:right w:w="90" w:type="dxa"/>
            </w:tcMar>
            <w:vAlign w:val="center"/>
          </w:tcPr>
          <w:p w14:paraId="2F901546" w14:textId="77777777" w:rsidR="00AD192A" w:rsidRDefault="002A21E9">
            <w:pPr>
              <w:spacing w:after="0" w:line="252" w:lineRule="auto"/>
            </w:pPr>
            <w:sdt>
              <w:sdtPr>
                <w:alias w:val="Business Lead / Product Owner Primary Responsibility"/>
                <w:tag w:val="business_lead_product_owner_primary_responsibility"/>
                <w:id w:val="71121"/>
                <w:text/>
              </w:sdtPr>
              <w:sdtEndPr/>
              <w:sdtContent>
                <w:r w:rsidR="000D41E6">
                  <w:rPr>
                    <w:color w:val="111827"/>
                    <w:sz w:val="17"/>
                  </w:rPr>
                  <w:t>[Responsibility]</w:t>
                </w:r>
              </w:sdtContent>
            </w:sdt>
          </w:p>
        </w:tc>
      </w:tr>
      <w:tr w:rsidR="00AD192A" w14:paraId="38ADE2AF" w14:textId="77777777">
        <w:trPr>
          <w:jc w:val="center"/>
        </w:trPr>
        <w:tc>
          <w:tcPr>
            <w:tcW w:w="2482" w:type="dxa"/>
            <w:shd w:val="clear" w:color="auto" w:fill="FFFFFF"/>
            <w:tcMar>
              <w:top w:w="70" w:type="dxa"/>
              <w:left w:w="90" w:type="dxa"/>
              <w:bottom w:w="70" w:type="dxa"/>
              <w:right w:w="90" w:type="dxa"/>
            </w:tcMar>
            <w:vAlign w:val="center"/>
          </w:tcPr>
          <w:p w14:paraId="4C879BF4" w14:textId="77777777" w:rsidR="00AD192A" w:rsidRDefault="000D41E6">
            <w:pPr>
              <w:spacing w:after="0" w:line="252" w:lineRule="auto"/>
            </w:pPr>
            <w:r>
              <w:rPr>
                <w:b/>
                <w:color w:val="1F2937"/>
                <w:sz w:val="17"/>
              </w:rPr>
              <w:t>Technical Lead</w:t>
            </w:r>
          </w:p>
        </w:tc>
        <w:tc>
          <w:tcPr>
            <w:tcW w:w="2921" w:type="dxa"/>
            <w:shd w:val="clear" w:color="auto" w:fill="FFFFFF"/>
            <w:tcMar>
              <w:top w:w="70" w:type="dxa"/>
              <w:left w:w="90" w:type="dxa"/>
              <w:bottom w:w="70" w:type="dxa"/>
              <w:right w:w="90" w:type="dxa"/>
            </w:tcMar>
            <w:vAlign w:val="center"/>
          </w:tcPr>
          <w:p w14:paraId="0976BA02" w14:textId="77777777" w:rsidR="00AD192A" w:rsidRDefault="002A21E9">
            <w:pPr>
              <w:spacing w:after="0" w:line="252" w:lineRule="auto"/>
            </w:pPr>
            <w:sdt>
              <w:sdtPr>
                <w:alias w:val="Technical Lead Name / Team"/>
                <w:tag w:val="technical_lead_name_team"/>
                <w:id w:val="71122"/>
                <w:text/>
              </w:sdtPr>
              <w:sdtEndPr/>
              <w:sdtContent>
                <w:r w:rsidR="000D41E6">
                  <w:rPr>
                    <w:color w:val="111827"/>
                    <w:sz w:val="17"/>
                  </w:rPr>
                  <w:t>[Name]</w:t>
                </w:r>
              </w:sdtContent>
            </w:sdt>
          </w:p>
        </w:tc>
        <w:tc>
          <w:tcPr>
            <w:tcW w:w="4965" w:type="dxa"/>
            <w:shd w:val="clear" w:color="auto" w:fill="FFFFFF"/>
            <w:tcMar>
              <w:top w:w="70" w:type="dxa"/>
              <w:left w:w="90" w:type="dxa"/>
              <w:bottom w:w="70" w:type="dxa"/>
              <w:right w:w="90" w:type="dxa"/>
            </w:tcMar>
            <w:vAlign w:val="center"/>
          </w:tcPr>
          <w:p w14:paraId="2ACA9474" w14:textId="77777777" w:rsidR="00AD192A" w:rsidRDefault="002A21E9">
            <w:pPr>
              <w:spacing w:after="0" w:line="252" w:lineRule="auto"/>
            </w:pPr>
            <w:sdt>
              <w:sdtPr>
                <w:alias w:val="Technical Lead Primary Responsibility"/>
                <w:tag w:val="technical_lead_primary_responsibility"/>
                <w:id w:val="71123"/>
                <w:text/>
              </w:sdtPr>
              <w:sdtEndPr/>
              <w:sdtContent>
                <w:r w:rsidR="000D41E6">
                  <w:rPr>
                    <w:color w:val="111827"/>
                    <w:sz w:val="17"/>
                  </w:rPr>
                  <w:t>[Responsibility]</w:t>
                </w:r>
              </w:sdtContent>
            </w:sdt>
          </w:p>
        </w:tc>
      </w:tr>
      <w:tr w:rsidR="00AD192A" w14:paraId="4D976D57" w14:textId="77777777">
        <w:trPr>
          <w:jc w:val="center"/>
        </w:trPr>
        <w:tc>
          <w:tcPr>
            <w:tcW w:w="2482" w:type="dxa"/>
            <w:shd w:val="clear" w:color="auto" w:fill="F3F6FA"/>
            <w:tcMar>
              <w:top w:w="70" w:type="dxa"/>
              <w:left w:w="90" w:type="dxa"/>
              <w:bottom w:w="70" w:type="dxa"/>
              <w:right w:w="90" w:type="dxa"/>
            </w:tcMar>
            <w:vAlign w:val="center"/>
          </w:tcPr>
          <w:p w14:paraId="01DE246D" w14:textId="77777777" w:rsidR="00AD192A" w:rsidRDefault="000D41E6">
            <w:pPr>
              <w:spacing w:after="0" w:line="252" w:lineRule="auto"/>
            </w:pPr>
            <w:r>
              <w:rPr>
                <w:b/>
                <w:color w:val="1F2937"/>
                <w:sz w:val="17"/>
              </w:rPr>
              <w:t>Other Key Role</w:t>
            </w:r>
          </w:p>
        </w:tc>
        <w:tc>
          <w:tcPr>
            <w:tcW w:w="2921" w:type="dxa"/>
            <w:shd w:val="clear" w:color="auto" w:fill="F3F6FA"/>
            <w:tcMar>
              <w:top w:w="70" w:type="dxa"/>
              <w:left w:w="90" w:type="dxa"/>
              <w:bottom w:w="70" w:type="dxa"/>
              <w:right w:w="90" w:type="dxa"/>
            </w:tcMar>
            <w:vAlign w:val="center"/>
          </w:tcPr>
          <w:p w14:paraId="42281CB3" w14:textId="77777777" w:rsidR="00AD192A" w:rsidRDefault="002A21E9">
            <w:pPr>
              <w:spacing w:after="0" w:line="252" w:lineRule="auto"/>
            </w:pPr>
            <w:sdt>
              <w:sdtPr>
                <w:alias w:val="Other Key Role Name / Team"/>
                <w:tag w:val="other_key_role_name_team"/>
                <w:id w:val="71124"/>
                <w:text/>
              </w:sdtPr>
              <w:sdtEndPr/>
              <w:sdtContent>
                <w:r w:rsidR="000D41E6">
                  <w:rPr>
                    <w:color w:val="111827"/>
                    <w:sz w:val="17"/>
                  </w:rPr>
                  <w:t>[Name]</w:t>
                </w:r>
              </w:sdtContent>
            </w:sdt>
          </w:p>
        </w:tc>
        <w:tc>
          <w:tcPr>
            <w:tcW w:w="4965" w:type="dxa"/>
            <w:shd w:val="clear" w:color="auto" w:fill="F3F6FA"/>
            <w:tcMar>
              <w:top w:w="70" w:type="dxa"/>
              <w:left w:w="90" w:type="dxa"/>
              <w:bottom w:w="70" w:type="dxa"/>
              <w:right w:w="90" w:type="dxa"/>
            </w:tcMar>
            <w:vAlign w:val="center"/>
          </w:tcPr>
          <w:p w14:paraId="17E1D43A" w14:textId="77777777" w:rsidR="00AD192A" w:rsidRDefault="002A21E9">
            <w:pPr>
              <w:spacing w:after="0" w:line="252" w:lineRule="auto"/>
            </w:pPr>
            <w:sdt>
              <w:sdtPr>
                <w:alias w:val="Other Key Role Primary Responsibility"/>
                <w:tag w:val="other_key_role_primary_responsibility"/>
                <w:id w:val="71125"/>
                <w:text/>
              </w:sdtPr>
              <w:sdtEndPr/>
              <w:sdtContent>
                <w:r w:rsidR="000D41E6">
                  <w:rPr>
                    <w:color w:val="111827"/>
                    <w:sz w:val="17"/>
                  </w:rPr>
                  <w:t>[Responsibility]</w:t>
                </w:r>
              </w:sdtContent>
            </w:sdt>
          </w:p>
        </w:tc>
      </w:tr>
    </w:tbl>
    <w:p w14:paraId="454A8C41" w14:textId="77777777" w:rsidR="00AD192A" w:rsidRDefault="000D41E6">
      <w:pPr>
        <w:pStyle w:val="Heading3"/>
      </w:pPr>
      <w:r>
        <w:rPr>
          <w:color w:val="13294B"/>
          <w:sz w:val="24"/>
        </w:rPr>
        <w:t>Governance Structure</w:t>
      </w:r>
    </w:p>
    <w:tbl>
      <w:tblPr>
        <w:tblW w:w="10368"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Caption w:val="Governance structure"/>
        <w:tblDescription w:val="Governance levels, responsibilities, participants, and cadence."/>
      </w:tblPr>
      <w:tblGrid>
        <w:gridCol w:w="2263"/>
        <w:gridCol w:w="3286"/>
        <w:gridCol w:w="3140"/>
        <w:gridCol w:w="1679"/>
      </w:tblGrid>
      <w:tr w:rsidR="00AD192A" w14:paraId="6A7A07CD" w14:textId="77777777">
        <w:trPr>
          <w:tblHeader/>
          <w:jc w:val="center"/>
        </w:trPr>
        <w:tc>
          <w:tcPr>
            <w:tcW w:w="2263" w:type="dxa"/>
            <w:shd w:val="clear" w:color="auto" w:fill="13294B"/>
            <w:tcMar>
              <w:top w:w="70" w:type="dxa"/>
              <w:left w:w="90" w:type="dxa"/>
              <w:bottom w:w="70" w:type="dxa"/>
              <w:right w:w="90" w:type="dxa"/>
            </w:tcMar>
            <w:vAlign w:val="center"/>
          </w:tcPr>
          <w:p w14:paraId="57F377CC" w14:textId="77777777" w:rsidR="00AD192A" w:rsidRDefault="000D41E6">
            <w:pPr>
              <w:spacing w:after="0" w:line="252" w:lineRule="auto"/>
              <w:jc w:val="center"/>
            </w:pPr>
            <w:r>
              <w:rPr>
                <w:b/>
                <w:color w:val="FFFFFF"/>
                <w:sz w:val="17"/>
              </w:rPr>
              <w:t>Governance Level</w:t>
            </w:r>
          </w:p>
        </w:tc>
        <w:tc>
          <w:tcPr>
            <w:tcW w:w="3286" w:type="dxa"/>
            <w:shd w:val="clear" w:color="auto" w:fill="13294B"/>
            <w:tcMar>
              <w:top w:w="70" w:type="dxa"/>
              <w:left w:w="90" w:type="dxa"/>
              <w:bottom w:w="70" w:type="dxa"/>
              <w:right w:w="90" w:type="dxa"/>
            </w:tcMar>
            <w:vAlign w:val="center"/>
          </w:tcPr>
          <w:p w14:paraId="3247B350" w14:textId="77777777" w:rsidR="00AD192A" w:rsidRDefault="000D41E6">
            <w:pPr>
              <w:spacing w:after="0" w:line="252" w:lineRule="auto"/>
              <w:jc w:val="center"/>
            </w:pPr>
            <w:r>
              <w:rPr>
                <w:b/>
                <w:color w:val="FFFFFF"/>
                <w:sz w:val="17"/>
              </w:rPr>
              <w:t>Responsibility</w:t>
            </w:r>
          </w:p>
        </w:tc>
        <w:tc>
          <w:tcPr>
            <w:tcW w:w="3140" w:type="dxa"/>
            <w:shd w:val="clear" w:color="auto" w:fill="13294B"/>
            <w:tcMar>
              <w:top w:w="70" w:type="dxa"/>
              <w:left w:w="90" w:type="dxa"/>
              <w:bottom w:w="70" w:type="dxa"/>
              <w:right w:w="90" w:type="dxa"/>
            </w:tcMar>
            <w:vAlign w:val="center"/>
          </w:tcPr>
          <w:p w14:paraId="03B6D49D" w14:textId="77777777" w:rsidR="00AD192A" w:rsidRDefault="000D41E6">
            <w:pPr>
              <w:spacing w:after="0" w:line="252" w:lineRule="auto"/>
              <w:jc w:val="center"/>
            </w:pPr>
            <w:r>
              <w:rPr>
                <w:b/>
                <w:color w:val="FFFFFF"/>
                <w:sz w:val="17"/>
              </w:rPr>
              <w:t>Participants</w:t>
            </w:r>
          </w:p>
        </w:tc>
        <w:tc>
          <w:tcPr>
            <w:tcW w:w="1679" w:type="dxa"/>
            <w:shd w:val="clear" w:color="auto" w:fill="13294B"/>
            <w:tcMar>
              <w:top w:w="70" w:type="dxa"/>
              <w:left w:w="90" w:type="dxa"/>
              <w:bottom w:w="70" w:type="dxa"/>
              <w:right w:w="90" w:type="dxa"/>
            </w:tcMar>
            <w:vAlign w:val="center"/>
          </w:tcPr>
          <w:p w14:paraId="180748A1" w14:textId="77777777" w:rsidR="00AD192A" w:rsidRDefault="000D41E6">
            <w:pPr>
              <w:spacing w:after="0" w:line="252" w:lineRule="auto"/>
              <w:jc w:val="center"/>
            </w:pPr>
            <w:r>
              <w:rPr>
                <w:b/>
                <w:color w:val="FFFFFF"/>
                <w:sz w:val="17"/>
              </w:rPr>
              <w:t>Cadence</w:t>
            </w:r>
          </w:p>
        </w:tc>
      </w:tr>
      <w:tr w:rsidR="00AD192A" w14:paraId="2D52E7E5" w14:textId="77777777">
        <w:trPr>
          <w:jc w:val="center"/>
        </w:trPr>
        <w:tc>
          <w:tcPr>
            <w:tcW w:w="2263" w:type="dxa"/>
            <w:shd w:val="clear" w:color="auto" w:fill="FFFFFF"/>
            <w:tcMar>
              <w:top w:w="70" w:type="dxa"/>
              <w:left w:w="90" w:type="dxa"/>
              <w:bottom w:w="70" w:type="dxa"/>
              <w:right w:w="90" w:type="dxa"/>
            </w:tcMar>
            <w:vAlign w:val="center"/>
          </w:tcPr>
          <w:p w14:paraId="668A2FF7" w14:textId="77777777" w:rsidR="00AD192A" w:rsidRDefault="000D41E6">
            <w:pPr>
              <w:spacing w:after="0" w:line="252" w:lineRule="auto"/>
            </w:pPr>
            <w:r>
              <w:rPr>
                <w:b/>
                <w:color w:val="1F2937"/>
                <w:sz w:val="17"/>
              </w:rPr>
              <w:t>Executive / Steering</w:t>
            </w:r>
          </w:p>
        </w:tc>
        <w:tc>
          <w:tcPr>
            <w:tcW w:w="3286" w:type="dxa"/>
            <w:shd w:val="clear" w:color="auto" w:fill="FFFFFF"/>
            <w:tcMar>
              <w:top w:w="70" w:type="dxa"/>
              <w:left w:w="90" w:type="dxa"/>
              <w:bottom w:w="70" w:type="dxa"/>
              <w:right w:w="90" w:type="dxa"/>
            </w:tcMar>
            <w:vAlign w:val="center"/>
          </w:tcPr>
          <w:p w14:paraId="5E5F1788" w14:textId="77777777" w:rsidR="00AD192A" w:rsidRDefault="002A21E9">
            <w:pPr>
              <w:spacing w:after="0" w:line="252" w:lineRule="auto"/>
            </w:pPr>
            <w:sdt>
              <w:sdtPr>
                <w:alias w:val="Executive / Steering Responsibility"/>
                <w:tag w:val="executive_steering_responsibility"/>
                <w:id w:val="71126"/>
                <w:text/>
              </w:sdtPr>
              <w:sdtEndPr/>
              <w:sdtContent>
                <w:r w:rsidR="000D41E6">
                  <w:rPr>
                    <w:color w:val="111827"/>
                    <w:sz w:val="17"/>
                  </w:rPr>
                  <w:t>[Strategic direction / escalations]</w:t>
                </w:r>
              </w:sdtContent>
            </w:sdt>
          </w:p>
        </w:tc>
        <w:tc>
          <w:tcPr>
            <w:tcW w:w="3140" w:type="dxa"/>
            <w:shd w:val="clear" w:color="auto" w:fill="FFFFFF"/>
            <w:tcMar>
              <w:top w:w="70" w:type="dxa"/>
              <w:left w:w="90" w:type="dxa"/>
              <w:bottom w:w="70" w:type="dxa"/>
              <w:right w:w="90" w:type="dxa"/>
            </w:tcMar>
            <w:vAlign w:val="center"/>
          </w:tcPr>
          <w:p w14:paraId="01169F77" w14:textId="77777777" w:rsidR="00AD192A" w:rsidRDefault="002A21E9">
            <w:pPr>
              <w:spacing w:after="0" w:line="252" w:lineRule="auto"/>
            </w:pPr>
            <w:sdt>
              <w:sdtPr>
                <w:alias w:val="Executive / Steering Participants"/>
                <w:tag w:val="executive_steering_participants"/>
                <w:id w:val="71127"/>
                <w:text/>
              </w:sdtPr>
              <w:sdtEndPr/>
              <w:sdtContent>
                <w:r w:rsidR="000D41E6">
                  <w:rPr>
                    <w:color w:val="111827"/>
                    <w:sz w:val="17"/>
                  </w:rPr>
                  <w:t>[Participants]</w:t>
                </w:r>
              </w:sdtContent>
            </w:sdt>
          </w:p>
        </w:tc>
        <w:tc>
          <w:tcPr>
            <w:tcW w:w="1679" w:type="dxa"/>
            <w:shd w:val="clear" w:color="auto" w:fill="FFFFFF"/>
            <w:tcMar>
              <w:top w:w="70" w:type="dxa"/>
              <w:left w:w="90" w:type="dxa"/>
              <w:bottom w:w="70" w:type="dxa"/>
              <w:right w:w="90" w:type="dxa"/>
            </w:tcMar>
            <w:vAlign w:val="center"/>
          </w:tcPr>
          <w:p w14:paraId="5BF050A6" w14:textId="77777777" w:rsidR="00AD192A" w:rsidRDefault="002A21E9">
            <w:pPr>
              <w:spacing w:after="0" w:line="252" w:lineRule="auto"/>
            </w:pPr>
            <w:sdt>
              <w:sdtPr>
                <w:alias w:val="Executive / Steering Cadence"/>
                <w:tag w:val="executive_steering_cadence"/>
                <w:id w:val="71128"/>
                <w:text/>
              </w:sdtPr>
              <w:sdtEndPr/>
              <w:sdtContent>
                <w:r w:rsidR="000D41E6">
                  <w:rPr>
                    <w:color w:val="111827"/>
                    <w:sz w:val="17"/>
                  </w:rPr>
                  <w:t>[Cadence]</w:t>
                </w:r>
              </w:sdtContent>
            </w:sdt>
          </w:p>
        </w:tc>
      </w:tr>
      <w:tr w:rsidR="00AD192A" w14:paraId="2650BE93" w14:textId="77777777">
        <w:trPr>
          <w:jc w:val="center"/>
        </w:trPr>
        <w:tc>
          <w:tcPr>
            <w:tcW w:w="2263" w:type="dxa"/>
            <w:shd w:val="clear" w:color="auto" w:fill="F3F6FA"/>
            <w:tcMar>
              <w:top w:w="70" w:type="dxa"/>
              <w:left w:w="90" w:type="dxa"/>
              <w:bottom w:w="70" w:type="dxa"/>
              <w:right w:w="90" w:type="dxa"/>
            </w:tcMar>
            <w:vAlign w:val="center"/>
          </w:tcPr>
          <w:p w14:paraId="6096F73C" w14:textId="77777777" w:rsidR="00AD192A" w:rsidRDefault="000D41E6">
            <w:pPr>
              <w:spacing w:after="0" w:line="252" w:lineRule="auto"/>
            </w:pPr>
            <w:r>
              <w:rPr>
                <w:b/>
                <w:color w:val="1F2937"/>
                <w:sz w:val="17"/>
              </w:rPr>
              <w:t>Project Leadership</w:t>
            </w:r>
          </w:p>
        </w:tc>
        <w:tc>
          <w:tcPr>
            <w:tcW w:w="3286" w:type="dxa"/>
            <w:shd w:val="clear" w:color="auto" w:fill="F3F6FA"/>
            <w:tcMar>
              <w:top w:w="70" w:type="dxa"/>
              <w:left w:w="90" w:type="dxa"/>
              <w:bottom w:w="70" w:type="dxa"/>
              <w:right w:w="90" w:type="dxa"/>
            </w:tcMar>
            <w:vAlign w:val="center"/>
          </w:tcPr>
          <w:p w14:paraId="1A9797BC" w14:textId="77777777" w:rsidR="00AD192A" w:rsidRDefault="002A21E9">
            <w:pPr>
              <w:spacing w:after="0" w:line="252" w:lineRule="auto"/>
            </w:pPr>
            <w:sdt>
              <w:sdtPr>
                <w:alias w:val="Project Leadership Responsibility"/>
                <w:tag w:val="project_leadership_responsibility"/>
                <w:id w:val="71129"/>
                <w:text/>
              </w:sdtPr>
              <w:sdtEndPr/>
              <w:sdtContent>
                <w:r w:rsidR="000D41E6">
                  <w:rPr>
                    <w:color w:val="111827"/>
                    <w:sz w:val="17"/>
                  </w:rPr>
                  <w:t>[Scope / schedule / resource decisions]</w:t>
                </w:r>
              </w:sdtContent>
            </w:sdt>
          </w:p>
        </w:tc>
        <w:tc>
          <w:tcPr>
            <w:tcW w:w="3140" w:type="dxa"/>
            <w:shd w:val="clear" w:color="auto" w:fill="F3F6FA"/>
            <w:tcMar>
              <w:top w:w="70" w:type="dxa"/>
              <w:left w:w="90" w:type="dxa"/>
              <w:bottom w:w="70" w:type="dxa"/>
              <w:right w:w="90" w:type="dxa"/>
            </w:tcMar>
            <w:vAlign w:val="center"/>
          </w:tcPr>
          <w:p w14:paraId="44A4C018" w14:textId="77777777" w:rsidR="00AD192A" w:rsidRDefault="002A21E9">
            <w:pPr>
              <w:spacing w:after="0" w:line="252" w:lineRule="auto"/>
            </w:pPr>
            <w:sdt>
              <w:sdtPr>
                <w:alias w:val="Project Leadership Participants"/>
                <w:tag w:val="project_leadership_participants"/>
                <w:id w:val="71130"/>
                <w:text/>
              </w:sdtPr>
              <w:sdtEndPr/>
              <w:sdtContent>
                <w:r w:rsidR="000D41E6">
                  <w:rPr>
                    <w:color w:val="111827"/>
                    <w:sz w:val="17"/>
                  </w:rPr>
                  <w:t>[Participants]</w:t>
                </w:r>
              </w:sdtContent>
            </w:sdt>
          </w:p>
        </w:tc>
        <w:tc>
          <w:tcPr>
            <w:tcW w:w="1679" w:type="dxa"/>
            <w:shd w:val="clear" w:color="auto" w:fill="F3F6FA"/>
            <w:tcMar>
              <w:top w:w="70" w:type="dxa"/>
              <w:left w:w="90" w:type="dxa"/>
              <w:bottom w:w="70" w:type="dxa"/>
              <w:right w:w="90" w:type="dxa"/>
            </w:tcMar>
            <w:vAlign w:val="center"/>
          </w:tcPr>
          <w:p w14:paraId="7F6A266A" w14:textId="77777777" w:rsidR="00AD192A" w:rsidRDefault="002A21E9">
            <w:pPr>
              <w:spacing w:after="0" w:line="252" w:lineRule="auto"/>
            </w:pPr>
            <w:sdt>
              <w:sdtPr>
                <w:alias w:val="Project Leadership Cadence"/>
                <w:tag w:val="project_leadership_cadence"/>
                <w:id w:val="71131"/>
                <w:text/>
              </w:sdtPr>
              <w:sdtEndPr/>
              <w:sdtContent>
                <w:r w:rsidR="000D41E6">
                  <w:rPr>
                    <w:color w:val="111827"/>
                    <w:sz w:val="17"/>
                  </w:rPr>
                  <w:t>[Cadence]</w:t>
                </w:r>
              </w:sdtContent>
            </w:sdt>
          </w:p>
        </w:tc>
      </w:tr>
      <w:tr w:rsidR="00AD192A" w14:paraId="3EE2077C" w14:textId="77777777">
        <w:trPr>
          <w:jc w:val="center"/>
        </w:trPr>
        <w:tc>
          <w:tcPr>
            <w:tcW w:w="2263" w:type="dxa"/>
            <w:shd w:val="clear" w:color="auto" w:fill="FFFFFF"/>
            <w:tcMar>
              <w:top w:w="70" w:type="dxa"/>
              <w:left w:w="90" w:type="dxa"/>
              <w:bottom w:w="70" w:type="dxa"/>
              <w:right w:w="90" w:type="dxa"/>
            </w:tcMar>
            <w:vAlign w:val="center"/>
          </w:tcPr>
          <w:p w14:paraId="02ABCFDE" w14:textId="77777777" w:rsidR="00AD192A" w:rsidRDefault="000D41E6">
            <w:pPr>
              <w:spacing w:after="0" w:line="252" w:lineRule="auto"/>
            </w:pPr>
            <w:r>
              <w:rPr>
                <w:b/>
                <w:color w:val="1F2937"/>
                <w:sz w:val="17"/>
              </w:rPr>
              <w:t>Project Team</w:t>
            </w:r>
          </w:p>
        </w:tc>
        <w:tc>
          <w:tcPr>
            <w:tcW w:w="3286" w:type="dxa"/>
            <w:shd w:val="clear" w:color="auto" w:fill="FFFFFF"/>
            <w:tcMar>
              <w:top w:w="70" w:type="dxa"/>
              <w:left w:w="90" w:type="dxa"/>
              <w:bottom w:w="70" w:type="dxa"/>
              <w:right w:w="90" w:type="dxa"/>
            </w:tcMar>
            <w:vAlign w:val="center"/>
          </w:tcPr>
          <w:p w14:paraId="14522F8C" w14:textId="77777777" w:rsidR="00AD192A" w:rsidRDefault="002A21E9">
            <w:pPr>
              <w:spacing w:after="0" w:line="252" w:lineRule="auto"/>
            </w:pPr>
            <w:sdt>
              <w:sdtPr>
                <w:alias w:val="Project Team Responsibility"/>
                <w:tag w:val="project_team_responsibility"/>
                <w:id w:val="71132"/>
                <w:text/>
              </w:sdtPr>
              <w:sdtEndPr/>
              <w:sdtContent>
                <w:r w:rsidR="000D41E6">
                  <w:rPr>
                    <w:color w:val="111827"/>
                    <w:sz w:val="17"/>
                  </w:rPr>
                  <w:t>[Day-to-day delivery]</w:t>
                </w:r>
              </w:sdtContent>
            </w:sdt>
          </w:p>
        </w:tc>
        <w:tc>
          <w:tcPr>
            <w:tcW w:w="3140" w:type="dxa"/>
            <w:shd w:val="clear" w:color="auto" w:fill="FFFFFF"/>
            <w:tcMar>
              <w:top w:w="70" w:type="dxa"/>
              <w:left w:w="90" w:type="dxa"/>
              <w:bottom w:w="70" w:type="dxa"/>
              <w:right w:w="90" w:type="dxa"/>
            </w:tcMar>
            <w:vAlign w:val="center"/>
          </w:tcPr>
          <w:p w14:paraId="2FF6D4AC" w14:textId="77777777" w:rsidR="00AD192A" w:rsidRDefault="002A21E9">
            <w:pPr>
              <w:spacing w:after="0" w:line="252" w:lineRule="auto"/>
            </w:pPr>
            <w:sdt>
              <w:sdtPr>
                <w:alias w:val="Project Team Participants"/>
                <w:tag w:val="project_team_participants"/>
                <w:id w:val="71133"/>
                <w:text/>
              </w:sdtPr>
              <w:sdtEndPr/>
              <w:sdtContent>
                <w:r w:rsidR="000D41E6">
                  <w:rPr>
                    <w:color w:val="111827"/>
                    <w:sz w:val="17"/>
                  </w:rPr>
                  <w:t>[Participants]</w:t>
                </w:r>
              </w:sdtContent>
            </w:sdt>
          </w:p>
        </w:tc>
        <w:tc>
          <w:tcPr>
            <w:tcW w:w="1679" w:type="dxa"/>
            <w:shd w:val="clear" w:color="auto" w:fill="FFFFFF"/>
            <w:tcMar>
              <w:top w:w="70" w:type="dxa"/>
              <w:left w:w="90" w:type="dxa"/>
              <w:bottom w:w="70" w:type="dxa"/>
              <w:right w:w="90" w:type="dxa"/>
            </w:tcMar>
            <w:vAlign w:val="center"/>
          </w:tcPr>
          <w:p w14:paraId="2B49878D" w14:textId="77777777" w:rsidR="00AD192A" w:rsidRDefault="002A21E9">
            <w:pPr>
              <w:spacing w:after="0" w:line="252" w:lineRule="auto"/>
            </w:pPr>
            <w:sdt>
              <w:sdtPr>
                <w:alias w:val="Project Team Cadence"/>
                <w:tag w:val="project_team_cadence"/>
                <w:id w:val="71134"/>
                <w:text/>
              </w:sdtPr>
              <w:sdtEndPr/>
              <w:sdtContent>
                <w:r w:rsidR="000D41E6">
                  <w:rPr>
                    <w:color w:val="111827"/>
                    <w:sz w:val="17"/>
                  </w:rPr>
                  <w:t>[Cadence]</w:t>
                </w:r>
              </w:sdtContent>
            </w:sdt>
          </w:p>
        </w:tc>
      </w:tr>
    </w:tbl>
    <w:p w14:paraId="00460308" w14:textId="77777777" w:rsidR="00AD192A" w:rsidRDefault="000D41E6">
      <w:pPr>
        <w:pStyle w:val="Heading3"/>
      </w:pPr>
      <w:r>
        <w:rPr>
          <w:color w:val="13294B"/>
          <w:sz w:val="24"/>
        </w:rPr>
        <w:t>Decision Authority</w:t>
      </w:r>
    </w:p>
    <w:tbl>
      <w:tblPr>
        <w:tblW w:w="10368"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Caption w:val="Decision authority"/>
        <w:tblDescription w:val="Authority levels and corresponding decision boundaries."/>
      </w:tblPr>
      <w:tblGrid>
        <w:gridCol w:w="3797"/>
        <w:gridCol w:w="6571"/>
      </w:tblGrid>
      <w:tr w:rsidR="00AD192A" w14:paraId="2F3BBC24" w14:textId="77777777">
        <w:trPr>
          <w:tblHeader/>
          <w:jc w:val="center"/>
        </w:trPr>
        <w:tc>
          <w:tcPr>
            <w:tcW w:w="3797" w:type="dxa"/>
            <w:shd w:val="clear" w:color="auto" w:fill="13294B"/>
            <w:tcMar>
              <w:top w:w="70" w:type="dxa"/>
              <w:left w:w="90" w:type="dxa"/>
              <w:bottom w:w="70" w:type="dxa"/>
              <w:right w:w="90" w:type="dxa"/>
            </w:tcMar>
            <w:vAlign w:val="center"/>
          </w:tcPr>
          <w:p w14:paraId="18EEFB5D" w14:textId="77777777" w:rsidR="00AD192A" w:rsidRDefault="000D41E6">
            <w:pPr>
              <w:spacing w:after="0" w:line="252" w:lineRule="auto"/>
              <w:jc w:val="center"/>
            </w:pPr>
            <w:r>
              <w:rPr>
                <w:b/>
                <w:color w:val="FFFFFF"/>
                <w:sz w:val="17"/>
              </w:rPr>
              <w:t>Authority Level</w:t>
            </w:r>
          </w:p>
        </w:tc>
        <w:tc>
          <w:tcPr>
            <w:tcW w:w="6571" w:type="dxa"/>
            <w:shd w:val="clear" w:color="auto" w:fill="13294B"/>
            <w:tcMar>
              <w:top w:w="70" w:type="dxa"/>
              <w:left w:w="90" w:type="dxa"/>
              <w:bottom w:w="70" w:type="dxa"/>
              <w:right w:w="90" w:type="dxa"/>
            </w:tcMar>
            <w:vAlign w:val="center"/>
          </w:tcPr>
          <w:p w14:paraId="232DCDC5" w14:textId="77777777" w:rsidR="00AD192A" w:rsidRDefault="000D41E6">
            <w:pPr>
              <w:spacing w:after="0" w:line="252" w:lineRule="auto"/>
              <w:jc w:val="center"/>
            </w:pPr>
            <w:r>
              <w:rPr>
                <w:b/>
                <w:color w:val="FFFFFF"/>
                <w:sz w:val="17"/>
              </w:rPr>
              <w:t>Decision Boundary</w:t>
            </w:r>
          </w:p>
        </w:tc>
      </w:tr>
      <w:tr w:rsidR="00AD192A" w14:paraId="607E1F9C" w14:textId="77777777">
        <w:trPr>
          <w:jc w:val="center"/>
        </w:trPr>
        <w:tc>
          <w:tcPr>
            <w:tcW w:w="3797" w:type="dxa"/>
            <w:shd w:val="clear" w:color="auto" w:fill="FFFFFF"/>
            <w:tcMar>
              <w:top w:w="70" w:type="dxa"/>
              <w:left w:w="90" w:type="dxa"/>
              <w:bottom w:w="70" w:type="dxa"/>
              <w:right w:w="90" w:type="dxa"/>
            </w:tcMar>
            <w:vAlign w:val="center"/>
          </w:tcPr>
          <w:p w14:paraId="21AD7843" w14:textId="77777777" w:rsidR="00AD192A" w:rsidRDefault="000D41E6">
            <w:pPr>
              <w:spacing w:after="0" w:line="252" w:lineRule="auto"/>
            </w:pPr>
            <w:r>
              <w:rPr>
                <w:b/>
                <w:color w:val="1F2937"/>
                <w:sz w:val="17"/>
              </w:rPr>
              <w:t>Project Manager may decide</w:t>
            </w:r>
          </w:p>
        </w:tc>
        <w:tc>
          <w:tcPr>
            <w:tcW w:w="6571" w:type="dxa"/>
            <w:shd w:val="clear" w:color="auto" w:fill="FFFFFF"/>
            <w:tcMar>
              <w:top w:w="70" w:type="dxa"/>
              <w:left w:w="90" w:type="dxa"/>
              <w:bottom w:w="70" w:type="dxa"/>
              <w:right w:w="90" w:type="dxa"/>
            </w:tcMar>
            <w:vAlign w:val="center"/>
          </w:tcPr>
          <w:p w14:paraId="16EB6B3F" w14:textId="77777777" w:rsidR="00AD192A" w:rsidRDefault="002A21E9">
            <w:pPr>
              <w:spacing w:after="0" w:line="252" w:lineRule="auto"/>
            </w:pPr>
            <w:sdt>
              <w:sdtPr>
                <w:alias w:val="Project Manager may decide Decision Boundary"/>
                <w:tag w:val="project_manager_may_decide_decision_boundary"/>
                <w:id w:val="71135"/>
                <w:text/>
              </w:sdtPr>
              <w:sdtEndPr/>
              <w:sdtContent>
                <w:r w:rsidR="000D41E6">
                  <w:rPr>
                    <w:color w:val="111827"/>
                    <w:sz w:val="17"/>
                  </w:rPr>
                  <w:t>[Define]</w:t>
                </w:r>
              </w:sdtContent>
            </w:sdt>
          </w:p>
        </w:tc>
      </w:tr>
      <w:tr w:rsidR="00AD192A" w14:paraId="284D10DC" w14:textId="77777777">
        <w:trPr>
          <w:jc w:val="center"/>
        </w:trPr>
        <w:tc>
          <w:tcPr>
            <w:tcW w:w="3797" w:type="dxa"/>
            <w:shd w:val="clear" w:color="auto" w:fill="F3F6FA"/>
            <w:tcMar>
              <w:top w:w="70" w:type="dxa"/>
              <w:left w:w="90" w:type="dxa"/>
              <w:bottom w:w="70" w:type="dxa"/>
              <w:right w:w="90" w:type="dxa"/>
            </w:tcMar>
            <w:vAlign w:val="center"/>
          </w:tcPr>
          <w:p w14:paraId="618F87B3" w14:textId="77777777" w:rsidR="00AD192A" w:rsidRDefault="000D41E6">
            <w:pPr>
              <w:spacing w:after="0" w:line="252" w:lineRule="auto"/>
            </w:pPr>
            <w:r>
              <w:rPr>
                <w:b/>
                <w:color w:val="1F2937"/>
                <w:sz w:val="17"/>
              </w:rPr>
              <w:t>Sponsor approval required for</w:t>
            </w:r>
          </w:p>
        </w:tc>
        <w:tc>
          <w:tcPr>
            <w:tcW w:w="6571" w:type="dxa"/>
            <w:shd w:val="clear" w:color="auto" w:fill="F3F6FA"/>
            <w:tcMar>
              <w:top w:w="70" w:type="dxa"/>
              <w:left w:w="90" w:type="dxa"/>
              <w:bottom w:w="70" w:type="dxa"/>
              <w:right w:w="90" w:type="dxa"/>
            </w:tcMar>
            <w:vAlign w:val="center"/>
          </w:tcPr>
          <w:p w14:paraId="5A55CAAC" w14:textId="77777777" w:rsidR="00AD192A" w:rsidRDefault="002A21E9">
            <w:pPr>
              <w:spacing w:after="0" w:line="252" w:lineRule="auto"/>
            </w:pPr>
            <w:sdt>
              <w:sdtPr>
                <w:alias w:val="Sponsor approval required for Decision Boundary"/>
                <w:tag w:val="sponsor_approval_required_for_decision_boundary"/>
                <w:id w:val="71136"/>
                <w:text/>
              </w:sdtPr>
              <w:sdtEndPr/>
              <w:sdtContent>
                <w:r w:rsidR="000D41E6">
                  <w:rPr>
                    <w:color w:val="111827"/>
                    <w:sz w:val="17"/>
                  </w:rPr>
                  <w:t>[Define]</w:t>
                </w:r>
              </w:sdtContent>
            </w:sdt>
          </w:p>
        </w:tc>
      </w:tr>
      <w:tr w:rsidR="00AD192A" w14:paraId="17BCE690" w14:textId="77777777">
        <w:trPr>
          <w:jc w:val="center"/>
        </w:trPr>
        <w:tc>
          <w:tcPr>
            <w:tcW w:w="3797" w:type="dxa"/>
            <w:shd w:val="clear" w:color="auto" w:fill="FFFFFF"/>
            <w:tcMar>
              <w:top w:w="70" w:type="dxa"/>
              <w:left w:w="90" w:type="dxa"/>
              <w:bottom w:w="70" w:type="dxa"/>
              <w:right w:w="90" w:type="dxa"/>
            </w:tcMar>
            <w:vAlign w:val="center"/>
          </w:tcPr>
          <w:p w14:paraId="2F8CA2BC" w14:textId="77777777" w:rsidR="00AD192A" w:rsidRDefault="000D41E6">
            <w:pPr>
              <w:spacing w:after="0" w:line="252" w:lineRule="auto"/>
            </w:pPr>
            <w:r>
              <w:rPr>
                <w:b/>
                <w:color w:val="1F2937"/>
                <w:sz w:val="17"/>
              </w:rPr>
              <w:t>Executive / Steering approval required for</w:t>
            </w:r>
          </w:p>
        </w:tc>
        <w:tc>
          <w:tcPr>
            <w:tcW w:w="6571" w:type="dxa"/>
            <w:shd w:val="clear" w:color="auto" w:fill="FFFFFF"/>
            <w:tcMar>
              <w:top w:w="70" w:type="dxa"/>
              <w:left w:w="90" w:type="dxa"/>
              <w:bottom w:w="70" w:type="dxa"/>
              <w:right w:w="90" w:type="dxa"/>
            </w:tcMar>
            <w:vAlign w:val="center"/>
          </w:tcPr>
          <w:p w14:paraId="414BE5D5" w14:textId="77777777" w:rsidR="00AD192A" w:rsidRDefault="002A21E9">
            <w:pPr>
              <w:spacing w:after="0" w:line="252" w:lineRule="auto"/>
            </w:pPr>
            <w:sdt>
              <w:sdtPr>
                <w:alias w:val="Executive / Steering approval required for Decision Boundary"/>
                <w:tag w:val="executive_steering_approval_required_for_decision_boundary"/>
                <w:id w:val="71137"/>
                <w:text/>
              </w:sdtPr>
              <w:sdtEndPr/>
              <w:sdtContent>
                <w:r w:rsidR="000D41E6">
                  <w:rPr>
                    <w:color w:val="111827"/>
                    <w:sz w:val="17"/>
                  </w:rPr>
                  <w:t>[Define]</w:t>
                </w:r>
              </w:sdtContent>
            </w:sdt>
          </w:p>
        </w:tc>
      </w:tr>
    </w:tbl>
    <w:p w14:paraId="44E5CF0B" w14:textId="77777777" w:rsidR="00AD192A" w:rsidRDefault="000D41E6">
      <w:pPr>
        <w:pStyle w:val="Heading3"/>
      </w:pPr>
      <w:r>
        <w:rPr>
          <w:color w:val="13294B"/>
          <w:sz w:val="24"/>
        </w:rPr>
        <w:t>Escalation Path</w:t>
      </w:r>
    </w:p>
    <w:p w14:paraId="3F44C3B2" w14:textId="77777777" w:rsidR="00AD192A" w:rsidRDefault="000D41E6">
      <w:pPr>
        <w:spacing w:after="80"/>
      </w:pPr>
      <w:r>
        <w:rPr>
          <w:i/>
          <w:color w:val="6B7280"/>
          <w:sz w:val="17"/>
        </w:rPr>
        <w:t>Describe the escalation path and any expected response time for urgent decisions.</w:t>
      </w:r>
    </w:p>
    <w:p w14:paraId="4C145051" w14:textId="77777777" w:rsidR="00AD192A" w:rsidRDefault="002A21E9">
      <w:sdt>
        <w:sdtPr>
          <w:alias w:val="Describe the escalation path and any expected response time for urgent decisions."/>
          <w:tag w:val="describe_the_escalation_path_and_any_expected_response_time_for_urgent_decisions"/>
          <w:id w:val="71138"/>
          <w:text/>
        </w:sdtPr>
        <w:sdtEndPr/>
        <w:sdtContent>
          <w:r w:rsidR="000D41E6">
            <w:t>[Enter response]</w:t>
          </w:r>
        </w:sdtContent>
      </w:sdt>
    </w:p>
    <w:p w14:paraId="425A064C" w14:textId="77777777" w:rsidR="00AD192A" w:rsidRDefault="000D41E6">
      <w:pPr>
        <w:pStyle w:val="Heading2"/>
      </w:pPr>
      <w:r>
        <w:rPr>
          <w:sz w:val="32"/>
        </w:rPr>
        <w:t>6. Stakeholder &amp; Communication Approach</w:t>
      </w:r>
    </w:p>
    <w:p w14:paraId="12B06768" w14:textId="77777777" w:rsidR="00AD192A" w:rsidRDefault="000D41E6">
      <w:pPr>
        <w:spacing w:after="80"/>
      </w:pPr>
      <w:r>
        <w:rPr>
          <w:i/>
          <w:color w:val="6B7280"/>
          <w:sz w:val="17"/>
        </w:rPr>
        <w:t xml:space="preserve">Use the detailed Stakeholder Analysis and Communication Plan when needed. This section records only the project-level engagement approach and the most important </w:t>
      </w:r>
      <w:r w:rsidRPr="00474E53">
        <w:rPr>
          <w:i/>
          <w:color w:val="6B7280"/>
          <w:sz w:val="17"/>
        </w:rPr>
        <w:t>communication expectations</w:t>
      </w:r>
      <w:r>
        <w:rPr>
          <w:i/>
          <w:color w:val="6B7280"/>
          <w:sz w:val="17"/>
        </w:rPr>
        <w:t>.</w:t>
      </w:r>
    </w:p>
    <w:tbl>
      <w:tblPr>
        <w:tblW w:w="10368"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Caption w:val="Stakeholder engagement approach"/>
        <w:tblDescription w:val="Key engagement considerations and approaches."/>
      </w:tblPr>
      <w:tblGrid>
        <w:gridCol w:w="2527"/>
        <w:gridCol w:w="2394"/>
        <w:gridCol w:w="1866"/>
        <w:gridCol w:w="3581"/>
      </w:tblGrid>
      <w:tr w:rsidR="00AD192A" w14:paraId="494141E6" w14:textId="77777777">
        <w:trPr>
          <w:tblHeader/>
          <w:jc w:val="center"/>
        </w:trPr>
        <w:tc>
          <w:tcPr>
            <w:tcW w:w="4381" w:type="dxa"/>
            <w:gridSpan w:val="2"/>
            <w:shd w:val="clear" w:color="auto" w:fill="13294B"/>
            <w:tcMar>
              <w:top w:w="70" w:type="dxa"/>
              <w:left w:w="90" w:type="dxa"/>
              <w:bottom w:w="70" w:type="dxa"/>
              <w:right w:w="90" w:type="dxa"/>
            </w:tcMar>
            <w:vAlign w:val="center"/>
          </w:tcPr>
          <w:p w14:paraId="147BB370" w14:textId="77777777" w:rsidR="00AD192A" w:rsidRDefault="000D41E6">
            <w:pPr>
              <w:spacing w:after="0" w:line="252" w:lineRule="auto"/>
              <w:jc w:val="center"/>
            </w:pPr>
            <w:r>
              <w:rPr>
                <w:b/>
                <w:color w:val="FFFFFF"/>
                <w:sz w:val="17"/>
              </w:rPr>
              <w:t>Key Engagement Consideration</w:t>
            </w:r>
          </w:p>
        </w:tc>
        <w:tc>
          <w:tcPr>
            <w:tcW w:w="5987" w:type="dxa"/>
            <w:gridSpan w:val="2"/>
            <w:shd w:val="clear" w:color="auto" w:fill="13294B"/>
            <w:tcMar>
              <w:top w:w="70" w:type="dxa"/>
              <w:left w:w="90" w:type="dxa"/>
              <w:bottom w:w="70" w:type="dxa"/>
              <w:right w:w="90" w:type="dxa"/>
            </w:tcMar>
            <w:vAlign w:val="center"/>
          </w:tcPr>
          <w:p w14:paraId="689F7B12" w14:textId="77777777" w:rsidR="00AD192A" w:rsidRDefault="000D41E6">
            <w:pPr>
              <w:spacing w:after="0" w:line="252" w:lineRule="auto"/>
              <w:jc w:val="center"/>
            </w:pPr>
            <w:r>
              <w:rPr>
                <w:b/>
                <w:color w:val="FFFFFF"/>
                <w:sz w:val="17"/>
              </w:rPr>
              <w:t>Approach</w:t>
            </w:r>
          </w:p>
        </w:tc>
      </w:tr>
      <w:tr w:rsidR="00AD192A" w14:paraId="56B96E22" w14:textId="77777777">
        <w:trPr>
          <w:jc w:val="center"/>
        </w:trPr>
        <w:tc>
          <w:tcPr>
            <w:tcW w:w="4381" w:type="dxa"/>
            <w:gridSpan w:val="2"/>
            <w:shd w:val="clear" w:color="auto" w:fill="FFFFFF"/>
            <w:tcMar>
              <w:top w:w="70" w:type="dxa"/>
              <w:left w:w="90" w:type="dxa"/>
              <w:bottom w:w="70" w:type="dxa"/>
              <w:right w:w="90" w:type="dxa"/>
            </w:tcMar>
            <w:vAlign w:val="center"/>
          </w:tcPr>
          <w:p w14:paraId="6789DEA8" w14:textId="77777777" w:rsidR="00E31F86" w:rsidRDefault="002A21E9">
            <w:pPr>
              <w:spacing w:after="0" w:line="252" w:lineRule="auto"/>
            </w:pPr>
            <w:r>
              <w:rPr>
                <w:color w:val="1F2937"/>
              </w:rPr>
              <w:t>[Stakeholder / group or engagement need]</w:t>
            </w:r>
          </w:p>
        </w:tc>
        <w:tc>
          <w:tcPr>
            <w:tcW w:w="5987" w:type="dxa"/>
            <w:gridSpan w:val="2"/>
            <w:shd w:val="clear" w:color="auto" w:fill="FFFFFF"/>
            <w:tcMar>
              <w:top w:w="70" w:type="dxa"/>
              <w:left w:w="90" w:type="dxa"/>
              <w:bottom w:w="70" w:type="dxa"/>
              <w:right w:w="90" w:type="dxa"/>
            </w:tcMar>
            <w:vAlign w:val="center"/>
          </w:tcPr>
          <w:p w14:paraId="2F2FC586" w14:textId="77777777" w:rsidR="00E31F86" w:rsidRDefault="002A21E9">
            <w:pPr>
              <w:spacing w:after="0" w:line="252" w:lineRule="auto"/>
            </w:pPr>
            <w:r>
              <w:rPr>
                <w:color w:val="1F2937"/>
              </w:rPr>
              <w:t>[How the project will engage or manage it]</w:t>
            </w:r>
          </w:p>
        </w:tc>
      </w:tr>
      <w:tr w:rsidR="00AD192A" w14:paraId="4CE2F228" w14:textId="77777777">
        <w:trPr>
          <w:jc w:val="center"/>
        </w:trPr>
        <w:tc>
          <w:tcPr>
            <w:tcW w:w="4381" w:type="dxa"/>
            <w:gridSpan w:val="2"/>
            <w:shd w:val="clear" w:color="auto" w:fill="F3F6FA"/>
            <w:tcMar>
              <w:top w:w="70" w:type="dxa"/>
              <w:left w:w="90" w:type="dxa"/>
              <w:bottom w:w="70" w:type="dxa"/>
              <w:right w:w="90" w:type="dxa"/>
            </w:tcMar>
            <w:vAlign w:val="center"/>
          </w:tcPr>
          <w:p w14:paraId="22C300FE" w14:textId="77777777" w:rsidR="00E31F86" w:rsidRDefault="002A21E9">
            <w:pPr>
              <w:spacing w:after="0" w:line="252" w:lineRule="auto"/>
            </w:pPr>
            <w:r>
              <w:rPr>
                <w:color w:val="1F2937"/>
              </w:rPr>
              <w:t>[Stakeholder / group or engagement need]</w:t>
            </w:r>
          </w:p>
        </w:tc>
        <w:tc>
          <w:tcPr>
            <w:tcW w:w="5987" w:type="dxa"/>
            <w:gridSpan w:val="2"/>
            <w:shd w:val="clear" w:color="auto" w:fill="F3F6FA"/>
            <w:tcMar>
              <w:top w:w="70" w:type="dxa"/>
              <w:left w:w="90" w:type="dxa"/>
              <w:bottom w:w="70" w:type="dxa"/>
              <w:right w:w="90" w:type="dxa"/>
            </w:tcMar>
            <w:vAlign w:val="center"/>
          </w:tcPr>
          <w:p w14:paraId="2E09E6AB" w14:textId="77777777" w:rsidR="00E31F86" w:rsidRDefault="002A21E9">
            <w:pPr>
              <w:spacing w:after="0" w:line="252" w:lineRule="auto"/>
            </w:pPr>
            <w:r>
              <w:rPr>
                <w:color w:val="1F2937"/>
              </w:rPr>
              <w:t>[How the project will engage or manage it]</w:t>
            </w:r>
          </w:p>
        </w:tc>
      </w:tr>
      <w:tr w:rsidR="00AD192A" w14:paraId="0CD76867" w14:textId="77777777">
        <w:trPr>
          <w:jc w:val="center"/>
        </w:trPr>
        <w:tc>
          <w:tcPr>
            <w:tcW w:w="4381" w:type="dxa"/>
            <w:gridSpan w:val="2"/>
            <w:shd w:val="clear" w:color="auto" w:fill="FFFFFF"/>
            <w:tcMar>
              <w:top w:w="70" w:type="dxa"/>
              <w:left w:w="90" w:type="dxa"/>
              <w:bottom w:w="70" w:type="dxa"/>
              <w:right w:w="90" w:type="dxa"/>
            </w:tcMar>
            <w:vAlign w:val="center"/>
          </w:tcPr>
          <w:p w14:paraId="3970BFAC" w14:textId="77777777" w:rsidR="00E31F86" w:rsidRDefault="002A21E9">
            <w:pPr>
              <w:spacing w:after="0" w:line="252" w:lineRule="auto"/>
            </w:pPr>
            <w:r>
              <w:rPr>
                <w:color w:val="1F2937"/>
              </w:rPr>
              <w:t>[Stakeholder / group or engagement need]</w:t>
            </w:r>
          </w:p>
        </w:tc>
        <w:tc>
          <w:tcPr>
            <w:tcW w:w="5987" w:type="dxa"/>
            <w:gridSpan w:val="2"/>
            <w:shd w:val="clear" w:color="auto" w:fill="FFFFFF"/>
            <w:tcMar>
              <w:top w:w="70" w:type="dxa"/>
              <w:left w:w="90" w:type="dxa"/>
              <w:bottom w:w="70" w:type="dxa"/>
              <w:right w:w="90" w:type="dxa"/>
            </w:tcMar>
            <w:vAlign w:val="center"/>
          </w:tcPr>
          <w:p w14:paraId="35760CD7" w14:textId="77777777" w:rsidR="00E31F86" w:rsidRDefault="002A21E9">
            <w:pPr>
              <w:spacing w:after="0" w:line="252" w:lineRule="auto"/>
            </w:pPr>
            <w:r>
              <w:rPr>
                <w:color w:val="1F2937"/>
              </w:rPr>
              <w:t>[How the project will engage or manage it]</w:t>
            </w:r>
          </w:p>
        </w:tc>
      </w:tr>
      <w:tr w:rsidR="00AD192A" w14:paraId="34771EF8" w14:textId="77777777">
        <w:trPr>
          <w:tblHeader/>
          <w:jc w:val="center"/>
        </w:trPr>
        <w:tc>
          <w:tcPr>
            <w:tcW w:w="2775" w:type="dxa"/>
            <w:shd w:val="clear" w:color="auto" w:fill="13294B"/>
            <w:tcMar>
              <w:top w:w="70" w:type="dxa"/>
              <w:left w:w="90" w:type="dxa"/>
              <w:bottom w:w="70" w:type="dxa"/>
              <w:right w:w="90" w:type="dxa"/>
            </w:tcMar>
            <w:vAlign w:val="center"/>
          </w:tcPr>
          <w:p w14:paraId="3ECCF828" w14:textId="77777777" w:rsidR="00AD192A" w:rsidRDefault="000D41E6">
            <w:pPr>
              <w:spacing w:after="0" w:line="252" w:lineRule="auto"/>
              <w:jc w:val="center"/>
            </w:pPr>
            <w:r>
              <w:rPr>
                <w:b/>
                <w:color w:val="FFFFFF"/>
                <w:sz w:val="17"/>
              </w:rPr>
              <w:t>Communication</w:t>
            </w:r>
          </w:p>
        </w:tc>
        <w:tc>
          <w:tcPr>
            <w:tcW w:w="2629" w:type="dxa"/>
            <w:shd w:val="clear" w:color="auto" w:fill="13294B"/>
            <w:tcMar>
              <w:top w:w="70" w:type="dxa"/>
              <w:left w:w="90" w:type="dxa"/>
              <w:bottom w:w="70" w:type="dxa"/>
              <w:right w:w="90" w:type="dxa"/>
            </w:tcMar>
            <w:vAlign w:val="center"/>
          </w:tcPr>
          <w:p w14:paraId="5858EDF9" w14:textId="77777777" w:rsidR="00AD192A" w:rsidRDefault="000D41E6">
            <w:pPr>
              <w:spacing w:after="0" w:line="252" w:lineRule="auto"/>
              <w:jc w:val="center"/>
            </w:pPr>
            <w:r>
              <w:rPr>
                <w:b/>
                <w:color w:val="FFFFFF"/>
                <w:sz w:val="17"/>
              </w:rPr>
              <w:t>Audience</w:t>
            </w:r>
          </w:p>
        </w:tc>
        <w:tc>
          <w:tcPr>
            <w:tcW w:w="2044" w:type="dxa"/>
            <w:shd w:val="clear" w:color="auto" w:fill="13294B"/>
            <w:tcMar>
              <w:top w:w="70" w:type="dxa"/>
              <w:left w:w="90" w:type="dxa"/>
              <w:bottom w:w="70" w:type="dxa"/>
              <w:right w:w="90" w:type="dxa"/>
            </w:tcMar>
            <w:vAlign w:val="center"/>
          </w:tcPr>
          <w:p w14:paraId="66AE4252" w14:textId="77777777" w:rsidR="00AD192A" w:rsidRDefault="000D41E6">
            <w:pPr>
              <w:spacing w:after="0" w:line="252" w:lineRule="auto"/>
              <w:jc w:val="center"/>
            </w:pPr>
            <w:r>
              <w:rPr>
                <w:b/>
                <w:color w:val="FFFFFF"/>
                <w:sz w:val="17"/>
              </w:rPr>
              <w:t>Cadence</w:t>
            </w:r>
          </w:p>
        </w:tc>
        <w:tc>
          <w:tcPr>
            <w:tcW w:w="2920" w:type="dxa"/>
            <w:shd w:val="clear" w:color="auto" w:fill="13294B"/>
            <w:tcMar>
              <w:top w:w="70" w:type="dxa"/>
              <w:left w:w="90" w:type="dxa"/>
              <w:bottom w:w="70" w:type="dxa"/>
              <w:right w:w="90" w:type="dxa"/>
            </w:tcMar>
            <w:vAlign w:val="center"/>
          </w:tcPr>
          <w:p w14:paraId="46332DF6" w14:textId="77777777" w:rsidR="00AD192A" w:rsidRDefault="000D41E6">
            <w:pPr>
              <w:spacing w:after="0" w:line="252" w:lineRule="auto"/>
              <w:jc w:val="center"/>
            </w:pPr>
            <w:r>
              <w:rPr>
                <w:b/>
                <w:color w:val="FFFFFF"/>
                <w:sz w:val="17"/>
              </w:rPr>
              <w:t>Owner</w:t>
            </w:r>
          </w:p>
        </w:tc>
      </w:tr>
      <w:tr w:rsidR="00AD192A" w14:paraId="0F373E84" w14:textId="77777777">
        <w:trPr>
          <w:jc w:val="center"/>
        </w:trPr>
        <w:tc>
          <w:tcPr>
            <w:tcW w:w="2775" w:type="dxa"/>
            <w:shd w:val="clear" w:color="auto" w:fill="FFFFFF"/>
            <w:tcMar>
              <w:top w:w="70" w:type="dxa"/>
              <w:left w:w="90" w:type="dxa"/>
              <w:bottom w:w="70" w:type="dxa"/>
              <w:right w:w="90" w:type="dxa"/>
            </w:tcMar>
            <w:vAlign w:val="center"/>
          </w:tcPr>
          <w:p w14:paraId="58EBD973" w14:textId="77777777" w:rsidR="00AD192A" w:rsidRDefault="000D41E6">
            <w:pPr>
              <w:spacing w:after="0" w:line="252" w:lineRule="auto"/>
            </w:pPr>
            <w:r>
              <w:rPr>
                <w:b/>
                <w:color w:val="1F2937"/>
                <w:sz w:val="17"/>
              </w:rPr>
              <w:t>Project Team</w:t>
            </w:r>
          </w:p>
        </w:tc>
        <w:tc>
          <w:tcPr>
            <w:tcW w:w="2629" w:type="dxa"/>
            <w:shd w:val="clear" w:color="auto" w:fill="FFFFFF"/>
            <w:tcMar>
              <w:top w:w="70" w:type="dxa"/>
              <w:left w:w="90" w:type="dxa"/>
              <w:bottom w:w="70" w:type="dxa"/>
              <w:right w:w="90" w:type="dxa"/>
            </w:tcMar>
            <w:vAlign w:val="center"/>
          </w:tcPr>
          <w:p w14:paraId="6B01E3F2" w14:textId="77777777" w:rsidR="00AD192A" w:rsidRDefault="002A21E9">
            <w:pPr>
              <w:spacing w:after="0" w:line="252" w:lineRule="auto"/>
            </w:pPr>
            <w:sdt>
              <w:sdtPr>
                <w:alias w:val="Project Team Approach"/>
                <w:tag w:val="project_team_approach"/>
                <w:id w:val="71145"/>
                <w:text/>
              </w:sdtPr>
              <w:sdtEndPr/>
              <w:sdtContent>
                <w:r w:rsidR="000D41E6">
                  <w:rPr>
                    <w:color w:val="111827"/>
                    <w:sz w:val="17"/>
                  </w:rPr>
                  <w:t>[Audience]</w:t>
                </w:r>
              </w:sdtContent>
            </w:sdt>
          </w:p>
        </w:tc>
        <w:tc>
          <w:tcPr>
            <w:tcW w:w="2044" w:type="dxa"/>
            <w:shd w:val="clear" w:color="auto" w:fill="FFFFFF"/>
            <w:tcMar>
              <w:top w:w="70" w:type="dxa"/>
              <w:left w:w="90" w:type="dxa"/>
              <w:bottom w:w="70" w:type="dxa"/>
              <w:right w:w="90" w:type="dxa"/>
            </w:tcMar>
            <w:vAlign w:val="center"/>
          </w:tcPr>
          <w:p w14:paraId="4292AC95" w14:textId="77777777" w:rsidR="00AD192A" w:rsidRDefault="002A21E9">
            <w:pPr>
              <w:spacing w:after="0" w:line="252" w:lineRule="auto"/>
            </w:pPr>
            <w:sdt>
              <w:sdtPr>
                <w:alias w:val="Project Team"/>
                <w:tag w:val="project_team"/>
                <w:id w:val="71146"/>
                <w:text/>
              </w:sdtPr>
              <w:sdtEndPr/>
              <w:sdtContent>
                <w:r w:rsidR="000D41E6">
                  <w:rPr>
                    <w:color w:val="111827"/>
                    <w:sz w:val="17"/>
                  </w:rPr>
                  <w:t>[Cadence]</w:t>
                </w:r>
              </w:sdtContent>
            </w:sdt>
          </w:p>
        </w:tc>
        <w:tc>
          <w:tcPr>
            <w:tcW w:w="2920" w:type="dxa"/>
            <w:shd w:val="clear" w:color="auto" w:fill="FFFFFF"/>
            <w:tcMar>
              <w:top w:w="70" w:type="dxa"/>
              <w:left w:w="90" w:type="dxa"/>
              <w:bottom w:w="70" w:type="dxa"/>
              <w:right w:w="90" w:type="dxa"/>
            </w:tcMar>
            <w:vAlign w:val="center"/>
          </w:tcPr>
          <w:p w14:paraId="0FF398BD" w14:textId="77777777" w:rsidR="00AD192A" w:rsidRDefault="002A21E9">
            <w:pPr>
              <w:spacing w:after="0" w:line="252" w:lineRule="auto"/>
            </w:pPr>
            <w:sdt>
              <w:sdtPr>
                <w:alias w:val="Project Team"/>
                <w:tag w:val="project_team_2"/>
                <w:id w:val="71147"/>
                <w:text/>
              </w:sdtPr>
              <w:sdtEndPr/>
              <w:sdtContent>
                <w:r w:rsidR="000D41E6">
                  <w:rPr>
                    <w:color w:val="111827"/>
                    <w:sz w:val="17"/>
                  </w:rPr>
                  <w:t>[Owner]</w:t>
                </w:r>
              </w:sdtContent>
            </w:sdt>
          </w:p>
        </w:tc>
      </w:tr>
      <w:tr w:rsidR="00AD192A" w14:paraId="0DEB7DF1" w14:textId="77777777">
        <w:trPr>
          <w:jc w:val="center"/>
        </w:trPr>
        <w:tc>
          <w:tcPr>
            <w:tcW w:w="2775" w:type="dxa"/>
            <w:shd w:val="clear" w:color="auto" w:fill="F3F6FA"/>
            <w:tcMar>
              <w:top w:w="70" w:type="dxa"/>
              <w:left w:w="90" w:type="dxa"/>
              <w:bottom w:w="70" w:type="dxa"/>
              <w:right w:w="90" w:type="dxa"/>
            </w:tcMar>
            <w:vAlign w:val="center"/>
          </w:tcPr>
          <w:p w14:paraId="5565F5BD" w14:textId="77777777" w:rsidR="00AD192A" w:rsidRDefault="000D41E6">
            <w:pPr>
              <w:spacing w:after="0" w:line="252" w:lineRule="auto"/>
            </w:pPr>
            <w:r>
              <w:rPr>
                <w:b/>
                <w:color w:val="1F2937"/>
                <w:sz w:val="17"/>
              </w:rPr>
              <w:t>Sponsor / Leadership</w:t>
            </w:r>
          </w:p>
        </w:tc>
        <w:tc>
          <w:tcPr>
            <w:tcW w:w="2629" w:type="dxa"/>
            <w:shd w:val="clear" w:color="auto" w:fill="F3F6FA"/>
            <w:tcMar>
              <w:top w:w="70" w:type="dxa"/>
              <w:left w:w="90" w:type="dxa"/>
              <w:bottom w:w="70" w:type="dxa"/>
              <w:right w:w="90" w:type="dxa"/>
            </w:tcMar>
            <w:vAlign w:val="center"/>
          </w:tcPr>
          <w:p w14:paraId="43913ECF" w14:textId="77777777" w:rsidR="00AD192A" w:rsidRDefault="002A21E9">
            <w:pPr>
              <w:spacing w:after="0" w:line="252" w:lineRule="auto"/>
            </w:pPr>
            <w:sdt>
              <w:sdtPr>
                <w:alias w:val="Sponsor / Leadership Approach"/>
                <w:tag w:val="sponsor_leadership_approach"/>
                <w:id w:val="71148"/>
                <w:text/>
              </w:sdtPr>
              <w:sdtEndPr/>
              <w:sdtContent>
                <w:r w:rsidR="000D41E6">
                  <w:rPr>
                    <w:color w:val="111827"/>
                    <w:sz w:val="17"/>
                  </w:rPr>
                  <w:t>[Audience]</w:t>
                </w:r>
              </w:sdtContent>
            </w:sdt>
          </w:p>
        </w:tc>
        <w:tc>
          <w:tcPr>
            <w:tcW w:w="2044" w:type="dxa"/>
            <w:shd w:val="clear" w:color="auto" w:fill="F3F6FA"/>
            <w:tcMar>
              <w:top w:w="70" w:type="dxa"/>
              <w:left w:w="90" w:type="dxa"/>
              <w:bottom w:w="70" w:type="dxa"/>
              <w:right w:w="90" w:type="dxa"/>
            </w:tcMar>
            <w:vAlign w:val="center"/>
          </w:tcPr>
          <w:p w14:paraId="36235B4C" w14:textId="77777777" w:rsidR="00AD192A" w:rsidRDefault="002A21E9">
            <w:pPr>
              <w:spacing w:after="0" w:line="252" w:lineRule="auto"/>
            </w:pPr>
            <w:sdt>
              <w:sdtPr>
                <w:alias w:val="Sponsor / Leadership"/>
                <w:tag w:val="sponsor_leadership"/>
                <w:id w:val="71149"/>
                <w:text/>
              </w:sdtPr>
              <w:sdtEndPr/>
              <w:sdtContent>
                <w:r w:rsidR="000D41E6">
                  <w:rPr>
                    <w:color w:val="111827"/>
                    <w:sz w:val="17"/>
                  </w:rPr>
                  <w:t>[Cadence]</w:t>
                </w:r>
              </w:sdtContent>
            </w:sdt>
          </w:p>
        </w:tc>
        <w:tc>
          <w:tcPr>
            <w:tcW w:w="2920" w:type="dxa"/>
            <w:shd w:val="clear" w:color="auto" w:fill="F3F6FA"/>
            <w:tcMar>
              <w:top w:w="70" w:type="dxa"/>
              <w:left w:w="90" w:type="dxa"/>
              <w:bottom w:w="70" w:type="dxa"/>
              <w:right w:w="90" w:type="dxa"/>
            </w:tcMar>
            <w:vAlign w:val="center"/>
          </w:tcPr>
          <w:p w14:paraId="0572531F" w14:textId="77777777" w:rsidR="00AD192A" w:rsidRDefault="002A21E9">
            <w:pPr>
              <w:spacing w:after="0" w:line="252" w:lineRule="auto"/>
            </w:pPr>
            <w:sdt>
              <w:sdtPr>
                <w:alias w:val="Sponsor / Leadership"/>
                <w:tag w:val="sponsor_leadership_2"/>
                <w:id w:val="71150"/>
                <w:text/>
              </w:sdtPr>
              <w:sdtEndPr/>
              <w:sdtContent>
                <w:r w:rsidR="000D41E6">
                  <w:rPr>
                    <w:color w:val="111827"/>
                    <w:sz w:val="17"/>
                  </w:rPr>
                  <w:t>[Owner]</w:t>
                </w:r>
              </w:sdtContent>
            </w:sdt>
          </w:p>
        </w:tc>
      </w:tr>
      <w:tr w:rsidR="00AD192A" w14:paraId="380FBD4C" w14:textId="77777777">
        <w:trPr>
          <w:jc w:val="center"/>
        </w:trPr>
        <w:tc>
          <w:tcPr>
            <w:tcW w:w="2775" w:type="dxa"/>
            <w:shd w:val="clear" w:color="auto" w:fill="FFFFFF"/>
            <w:tcMar>
              <w:top w:w="70" w:type="dxa"/>
              <w:left w:w="90" w:type="dxa"/>
              <w:bottom w:w="70" w:type="dxa"/>
              <w:right w:w="90" w:type="dxa"/>
            </w:tcMar>
            <w:vAlign w:val="center"/>
          </w:tcPr>
          <w:p w14:paraId="1E4B4A70" w14:textId="77777777" w:rsidR="00AD192A" w:rsidRDefault="000D41E6">
            <w:pPr>
              <w:spacing w:after="0" w:line="252" w:lineRule="auto"/>
            </w:pPr>
            <w:r>
              <w:rPr>
                <w:b/>
                <w:color w:val="1F2937"/>
                <w:sz w:val="17"/>
              </w:rPr>
              <w:t>Other Significant Communication</w:t>
            </w:r>
          </w:p>
        </w:tc>
        <w:tc>
          <w:tcPr>
            <w:tcW w:w="2629" w:type="dxa"/>
            <w:shd w:val="clear" w:color="auto" w:fill="FFFFFF"/>
            <w:tcMar>
              <w:top w:w="70" w:type="dxa"/>
              <w:left w:w="90" w:type="dxa"/>
              <w:bottom w:w="70" w:type="dxa"/>
              <w:right w:w="90" w:type="dxa"/>
            </w:tcMar>
            <w:vAlign w:val="center"/>
          </w:tcPr>
          <w:p w14:paraId="497373E4" w14:textId="77777777" w:rsidR="00AD192A" w:rsidRDefault="002A21E9">
            <w:pPr>
              <w:spacing w:after="0" w:line="252" w:lineRule="auto"/>
            </w:pPr>
            <w:sdt>
              <w:sdtPr>
                <w:alias w:val="Other Significant Communication Approach"/>
                <w:tag w:val="other_significant_communication_approach"/>
                <w:id w:val="71151"/>
                <w:text/>
              </w:sdtPr>
              <w:sdtEndPr/>
              <w:sdtContent>
                <w:r w:rsidR="000D41E6">
                  <w:rPr>
                    <w:color w:val="111827"/>
                    <w:sz w:val="17"/>
                  </w:rPr>
                  <w:t>[Audience]</w:t>
                </w:r>
              </w:sdtContent>
            </w:sdt>
          </w:p>
        </w:tc>
        <w:tc>
          <w:tcPr>
            <w:tcW w:w="2044" w:type="dxa"/>
            <w:shd w:val="clear" w:color="auto" w:fill="FFFFFF"/>
            <w:tcMar>
              <w:top w:w="70" w:type="dxa"/>
              <w:left w:w="90" w:type="dxa"/>
              <w:bottom w:w="70" w:type="dxa"/>
              <w:right w:w="90" w:type="dxa"/>
            </w:tcMar>
            <w:vAlign w:val="center"/>
          </w:tcPr>
          <w:p w14:paraId="6D31DD6C" w14:textId="77777777" w:rsidR="00AD192A" w:rsidRDefault="002A21E9">
            <w:pPr>
              <w:spacing w:after="0" w:line="252" w:lineRule="auto"/>
            </w:pPr>
            <w:sdt>
              <w:sdtPr>
                <w:alias w:val="Other Significant Communication"/>
                <w:tag w:val="other_significant_communication"/>
                <w:id w:val="71152"/>
                <w:text/>
              </w:sdtPr>
              <w:sdtEndPr/>
              <w:sdtContent>
                <w:r w:rsidR="000D41E6">
                  <w:rPr>
                    <w:color w:val="111827"/>
                    <w:sz w:val="17"/>
                  </w:rPr>
                  <w:t>[Cadence]</w:t>
                </w:r>
              </w:sdtContent>
            </w:sdt>
          </w:p>
        </w:tc>
        <w:tc>
          <w:tcPr>
            <w:tcW w:w="2920" w:type="dxa"/>
            <w:shd w:val="clear" w:color="auto" w:fill="FFFFFF"/>
            <w:tcMar>
              <w:top w:w="70" w:type="dxa"/>
              <w:left w:w="90" w:type="dxa"/>
              <w:bottom w:w="70" w:type="dxa"/>
              <w:right w:w="90" w:type="dxa"/>
            </w:tcMar>
            <w:vAlign w:val="center"/>
          </w:tcPr>
          <w:p w14:paraId="2D087225" w14:textId="77777777" w:rsidR="00AD192A" w:rsidRDefault="002A21E9">
            <w:pPr>
              <w:spacing w:after="0" w:line="252" w:lineRule="auto"/>
            </w:pPr>
            <w:sdt>
              <w:sdtPr>
                <w:alias w:val="Other Significant Communication"/>
                <w:tag w:val="other_significant_communication_2"/>
                <w:id w:val="71153"/>
                <w:text/>
              </w:sdtPr>
              <w:sdtEndPr/>
              <w:sdtContent>
                <w:r w:rsidR="000D41E6">
                  <w:rPr>
                    <w:color w:val="111827"/>
                    <w:sz w:val="17"/>
                  </w:rPr>
                  <w:t>[Owner]</w:t>
                </w:r>
              </w:sdtContent>
            </w:sdt>
          </w:p>
        </w:tc>
      </w:tr>
      <w:tr w:rsidR="00AD192A" w14:paraId="69395757" w14:textId="77777777">
        <w:trPr>
          <w:tblHeader/>
          <w:jc w:val="center"/>
        </w:trPr>
        <w:tc>
          <w:tcPr>
            <w:tcW w:w="4381" w:type="dxa"/>
            <w:gridSpan w:val="2"/>
            <w:shd w:val="clear" w:color="auto" w:fill="13294B"/>
            <w:tcMar>
              <w:top w:w="70" w:type="dxa"/>
              <w:left w:w="90" w:type="dxa"/>
              <w:bottom w:w="70" w:type="dxa"/>
              <w:right w:w="90" w:type="dxa"/>
            </w:tcMar>
            <w:vAlign w:val="center"/>
          </w:tcPr>
          <w:p w14:paraId="4EDDEDDE" w14:textId="77777777" w:rsidR="00AD192A" w:rsidRDefault="000D41E6">
            <w:pPr>
              <w:spacing w:after="0" w:line="252" w:lineRule="auto"/>
              <w:jc w:val="center"/>
            </w:pPr>
            <w:r>
              <w:rPr>
                <w:b/>
                <w:color w:val="FFFFFF"/>
                <w:sz w:val="17"/>
              </w:rPr>
              <w:t>Related Artifact</w:t>
            </w:r>
          </w:p>
        </w:tc>
        <w:tc>
          <w:tcPr>
            <w:tcW w:w="5987" w:type="dxa"/>
            <w:gridSpan w:val="2"/>
            <w:shd w:val="clear" w:color="auto" w:fill="13294B"/>
            <w:tcMar>
              <w:top w:w="70" w:type="dxa"/>
              <w:left w:w="90" w:type="dxa"/>
              <w:bottom w:w="70" w:type="dxa"/>
              <w:right w:w="90" w:type="dxa"/>
            </w:tcMar>
            <w:vAlign w:val="center"/>
          </w:tcPr>
          <w:p w14:paraId="32FB2EA6" w14:textId="77777777" w:rsidR="00AD192A" w:rsidRDefault="000D41E6">
            <w:pPr>
              <w:spacing w:after="0" w:line="252" w:lineRule="auto"/>
              <w:jc w:val="center"/>
            </w:pPr>
            <w:r>
              <w:rPr>
                <w:b/>
                <w:color w:val="FFFFFF"/>
                <w:sz w:val="17"/>
              </w:rPr>
              <w:t>Location / Link</w:t>
            </w:r>
          </w:p>
        </w:tc>
      </w:tr>
      <w:tr w:rsidR="00AD192A" w14:paraId="2ABCA135" w14:textId="77777777">
        <w:trPr>
          <w:jc w:val="center"/>
        </w:trPr>
        <w:tc>
          <w:tcPr>
            <w:tcW w:w="4381" w:type="dxa"/>
            <w:gridSpan w:val="2"/>
            <w:shd w:val="clear" w:color="auto" w:fill="FFFFFF"/>
            <w:tcMar>
              <w:top w:w="70" w:type="dxa"/>
              <w:left w:w="90" w:type="dxa"/>
              <w:bottom w:w="70" w:type="dxa"/>
              <w:right w:w="90" w:type="dxa"/>
            </w:tcMar>
            <w:vAlign w:val="center"/>
          </w:tcPr>
          <w:p w14:paraId="57D897EB" w14:textId="77777777" w:rsidR="00AD192A" w:rsidRDefault="000D41E6">
            <w:pPr>
              <w:spacing w:after="0" w:line="252" w:lineRule="auto"/>
            </w:pPr>
            <w:r>
              <w:rPr>
                <w:color w:val="1F2937"/>
                <w:sz w:val="17"/>
              </w:rPr>
              <w:t>Stakeholder Analysis</w:t>
            </w:r>
          </w:p>
        </w:tc>
        <w:tc>
          <w:tcPr>
            <w:tcW w:w="5987" w:type="dxa"/>
            <w:gridSpan w:val="2"/>
            <w:shd w:val="clear" w:color="auto" w:fill="FFFFFF"/>
            <w:tcMar>
              <w:top w:w="70" w:type="dxa"/>
              <w:left w:w="90" w:type="dxa"/>
              <w:bottom w:w="70" w:type="dxa"/>
              <w:right w:w="90" w:type="dxa"/>
            </w:tcMar>
            <w:vAlign w:val="center"/>
          </w:tcPr>
          <w:p w14:paraId="2B49011E" w14:textId="77777777" w:rsidR="00AD192A" w:rsidRDefault="002A21E9">
            <w:pPr>
              <w:spacing w:after="0" w:line="252" w:lineRule="auto"/>
            </w:pPr>
            <w:sdt>
              <w:sdtPr>
                <w:alias w:val="Stakeholder Analysis Approach"/>
                <w:tag w:val="stakeholder_analysis_approach"/>
                <w:id w:val="71154"/>
                <w:text/>
              </w:sdtPr>
              <w:sdtEndPr/>
              <w:sdtContent>
                <w:r w:rsidR="000D41E6">
                  <w:rPr>
                    <w:color w:val="111827"/>
                    <w:sz w:val="17"/>
                  </w:rPr>
                  <w:t>[Insert location]</w:t>
                </w:r>
              </w:sdtContent>
            </w:sdt>
          </w:p>
        </w:tc>
      </w:tr>
      <w:tr w:rsidR="00AD192A" w14:paraId="38F198BC" w14:textId="77777777">
        <w:trPr>
          <w:jc w:val="center"/>
        </w:trPr>
        <w:tc>
          <w:tcPr>
            <w:tcW w:w="4381" w:type="dxa"/>
            <w:gridSpan w:val="2"/>
            <w:shd w:val="clear" w:color="auto" w:fill="F3F6FA"/>
            <w:tcMar>
              <w:top w:w="70" w:type="dxa"/>
              <w:left w:w="90" w:type="dxa"/>
              <w:bottom w:w="70" w:type="dxa"/>
              <w:right w:w="90" w:type="dxa"/>
            </w:tcMar>
            <w:vAlign w:val="center"/>
          </w:tcPr>
          <w:p w14:paraId="218148C5" w14:textId="77777777" w:rsidR="00AD192A" w:rsidRDefault="000D41E6">
            <w:pPr>
              <w:spacing w:after="0" w:line="252" w:lineRule="auto"/>
            </w:pPr>
            <w:r>
              <w:rPr>
                <w:color w:val="1F2937"/>
                <w:sz w:val="17"/>
              </w:rPr>
              <w:lastRenderedPageBreak/>
              <w:t>Communication Plan</w:t>
            </w:r>
          </w:p>
        </w:tc>
        <w:tc>
          <w:tcPr>
            <w:tcW w:w="5987" w:type="dxa"/>
            <w:gridSpan w:val="2"/>
            <w:shd w:val="clear" w:color="auto" w:fill="F3F6FA"/>
            <w:tcMar>
              <w:top w:w="70" w:type="dxa"/>
              <w:left w:w="90" w:type="dxa"/>
              <w:bottom w:w="70" w:type="dxa"/>
              <w:right w:w="90" w:type="dxa"/>
            </w:tcMar>
            <w:vAlign w:val="center"/>
          </w:tcPr>
          <w:p w14:paraId="77D17139" w14:textId="77777777" w:rsidR="00AD192A" w:rsidRDefault="002A21E9">
            <w:pPr>
              <w:spacing w:after="0" w:line="252" w:lineRule="auto"/>
            </w:pPr>
            <w:sdt>
              <w:sdtPr>
                <w:alias w:val="Communication Plan Approach"/>
                <w:tag w:val="communication_plan_approach"/>
                <w:id w:val="71155"/>
                <w:text/>
              </w:sdtPr>
              <w:sdtEndPr/>
              <w:sdtContent>
                <w:r w:rsidR="000D41E6">
                  <w:rPr>
                    <w:color w:val="111827"/>
                    <w:sz w:val="17"/>
                  </w:rPr>
                  <w:t>[Insert location]</w:t>
                </w:r>
              </w:sdtContent>
            </w:sdt>
          </w:p>
        </w:tc>
      </w:tr>
    </w:tbl>
    <w:p w14:paraId="277D360C" w14:textId="77777777" w:rsidR="00AD192A" w:rsidRDefault="000D41E6">
      <w:pPr>
        <w:pStyle w:val="Heading2"/>
      </w:pPr>
      <w:r>
        <w:rPr>
          <w:sz w:val="32"/>
        </w:rPr>
        <w:t>7. Project Controls</w:t>
      </w:r>
    </w:p>
    <w:p w14:paraId="098F245C" w14:textId="77777777" w:rsidR="00B0583C" w:rsidRPr="00B0583C" w:rsidRDefault="00B0583C" w:rsidP="00B0583C"/>
    <w:p w14:paraId="53728129" w14:textId="77777777" w:rsidR="00B0583C" w:rsidRPr="00474E53" w:rsidRDefault="00B0583C" w:rsidP="00B0583C">
      <w:pPr>
        <w:rPr>
          <w:i/>
          <w:iCs/>
          <w:color w:val="6B7280"/>
          <w:sz w:val="17"/>
          <w:szCs w:val="17"/>
        </w:rPr>
      </w:pPr>
      <w:r w:rsidRPr="00474E53">
        <w:rPr>
          <w:b/>
          <w:bCs/>
          <w:i/>
          <w:iCs/>
          <w:color w:val="6B7280"/>
          <w:sz w:val="17"/>
          <w:szCs w:val="17"/>
        </w:rPr>
        <w:t>For Agile projects:</w:t>
      </w:r>
      <w:r w:rsidRPr="00474E53">
        <w:rPr>
          <w:i/>
          <w:iCs/>
          <w:color w:val="6B7280"/>
          <w:sz w:val="17"/>
          <w:szCs w:val="17"/>
        </w:rPr>
        <w:t xml:space="preserve"> Routine backlog refinement and reprioritization within the project's authorized scope do not require a formal Change Request. Use formal change control when a proposed change materially affects approved scope boundaries, major commitments, funding, target outcomes, or other authorized constraints.</w:t>
      </w:r>
    </w:p>
    <w:p w14:paraId="6AD1F462" w14:textId="77777777" w:rsidR="00B0583C" w:rsidRPr="00B0583C" w:rsidRDefault="00B0583C" w:rsidP="00B0583C"/>
    <w:p w14:paraId="1399426C" w14:textId="77777777" w:rsidR="00AD192A" w:rsidRDefault="000D41E6">
      <w:pPr>
        <w:pStyle w:val="Heading3"/>
      </w:pPr>
      <w:r>
        <w:rPr>
          <w:color w:val="13294B"/>
          <w:sz w:val="24"/>
        </w:rPr>
        <w:t>Status Management</w:t>
      </w:r>
    </w:p>
    <w:p w14:paraId="7995F595" w14:textId="77777777" w:rsidR="00AD192A" w:rsidRDefault="000D41E6">
      <w:pPr>
        <w:spacing w:after="80"/>
      </w:pPr>
      <w:r>
        <w:rPr>
          <w:i/>
          <w:color w:val="6B7280"/>
          <w:sz w:val="17"/>
        </w:rPr>
        <w:t>Official project status will be updated in TDX twice monthly in accordance with IT EPMO project reporting expectations.</w:t>
      </w:r>
    </w:p>
    <w:p w14:paraId="08FB58DB" w14:textId="77777777" w:rsidR="00AD192A" w:rsidRDefault="000D41E6">
      <w:r>
        <w:rPr>
          <w:b/>
        </w:rPr>
        <w:t xml:space="preserve">Additional reporting, if needed: </w:t>
      </w:r>
      <w:sdt>
        <w:sdtPr>
          <w:alias w:val="Additional project reporting: Sponsor update"/>
          <w:tag w:val="selection_15_sponsor_update"/>
          <w:id w:val="71014"/>
          <w14:checkbox>
            <w14:checked w14:val="0"/>
            <w14:checkedState w14:val="2612" w14:font="MS Gothic"/>
            <w14:uncheckedState w14:val="2610" w14:font="MS Gothic"/>
          </w14:checkbox>
        </w:sdtPr>
        <w:sdtEndPr/>
        <w:sdtContent>
          <w:r>
            <w:t>☐</w:t>
          </w:r>
        </w:sdtContent>
      </w:sdt>
      <w:r>
        <w:t xml:space="preserve"> Sponsor update   </w:t>
      </w:r>
      <w:sdt>
        <w:sdtPr>
          <w:alias w:val="Additional project reporting: Steering Committee update"/>
          <w:tag w:val="selection_16_steering_committee_update"/>
          <w:id w:val="71015"/>
          <w14:checkbox>
            <w14:checked w14:val="0"/>
            <w14:checkedState w14:val="2612" w14:font="MS Gothic"/>
            <w14:uncheckedState w14:val="2610" w14:font="MS Gothic"/>
          </w14:checkbox>
        </w:sdtPr>
        <w:sdtEndPr/>
        <w:sdtContent>
          <w:r>
            <w:t>☐</w:t>
          </w:r>
        </w:sdtContent>
      </w:sdt>
      <w:r>
        <w:t xml:space="preserve"> Steering Committee update   </w:t>
      </w:r>
      <w:sdt>
        <w:sdtPr>
          <w:alias w:val="Additional project reporting: Project Status Brief outside TDX"/>
          <w:tag w:val="selection_17_project_status_brief_outside_tdx"/>
          <w:id w:val="71016"/>
          <w14:checkbox>
            <w14:checked w14:val="0"/>
            <w14:checkedState w14:val="2612" w14:font="MS Gothic"/>
            <w14:uncheckedState w14:val="2610" w14:font="MS Gothic"/>
          </w14:checkbox>
        </w:sdtPr>
        <w:sdtEndPr/>
        <w:sdtContent>
          <w:r>
            <w:t>☐</w:t>
          </w:r>
        </w:sdtContent>
      </w:sdt>
      <w:r>
        <w:t xml:space="preserve"> Project Status Brief outside TDX   </w:t>
      </w:r>
      <w:sdt>
        <w:sdtPr>
          <w:alias w:val="Additional project reporting: Other:"/>
          <w:tag w:val="selection_18_other"/>
          <w:id w:val="71017"/>
          <w14:checkbox>
            <w14:checked w14:val="0"/>
            <w14:checkedState w14:val="2612" w14:font="MS Gothic"/>
            <w14:uncheckedState w14:val="2610" w14:font="MS Gothic"/>
          </w14:checkbox>
        </w:sdtPr>
        <w:sdtEndPr/>
        <w:sdtContent>
          <w:r>
            <w:t>☐</w:t>
          </w:r>
        </w:sdtContent>
      </w:sdt>
      <w:r>
        <w:t xml:space="preserve"> Other: </w:t>
      </w:r>
      <w:sdt>
        <w:sdtPr>
          <w:alias w:val="Additional project reporting"/>
          <w:tag w:val="additional_project_reporting"/>
          <w:id w:val="71156"/>
          <w:text/>
        </w:sdtPr>
        <w:sdtEndPr/>
        <w:sdtContent>
          <w:r>
            <w:t>____________________</w:t>
          </w:r>
        </w:sdtContent>
      </w:sdt>
    </w:p>
    <w:p w14:paraId="2D8C89A0" w14:textId="77777777" w:rsidR="00AD192A" w:rsidRDefault="000D41E6">
      <w:pPr>
        <w:pStyle w:val="Heading3"/>
      </w:pPr>
      <w:r>
        <w:rPr>
          <w:color w:val="13294B"/>
          <w:sz w:val="24"/>
        </w:rPr>
        <w:t>Risk &amp; Issue Management</w:t>
      </w:r>
    </w:p>
    <w:p w14:paraId="03887E38" w14:textId="77777777" w:rsidR="00AD192A" w:rsidRDefault="000D41E6">
      <w:r>
        <w:t>Risks, assumptions, issues, and dependencies will be maintained in the project RAID Log and reviewed regularly by the project team.</w:t>
      </w:r>
    </w:p>
    <w:tbl>
      <w:tblPr>
        <w:tblW w:w="10368"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Caption w:val="Project controls"/>
        <w:tblDescription w:val="Project control thresholds, approaches, and authoritative artifacts."/>
      </w:tblPr>
      <w:tblGrid>
        <w:gridCol w:w="2263"/>
        <w:gridCol w:w="6133"/>
        <w:gridCol w:w="1972"/>
      </w:tblGrid>
      <w:tr w:rsidR="00AD192A" w14:paraId="7C783A9E" w14:textId="77777777">
        <w:trPr>
          <w:tblHeader/>
          <w:jc w:val="center"/>
        </w:trPr>
        <w:tc>
          <w:tcPr>
            <w:tcW w:w="2263" w:type="dxa"/>
            <w:shd w:val="clear" w:color="auto" w:fill="13294B"/>
            <w:tcMar>
              <w:top w:w="70" w:type="dxa"/>
              <w:left w:w="90" w:type="dxa"/>
              <w:bottom w:w="70" w:type="dxa"/>
              <w:right w:w="90" w:type="dxa"/>
            </w:tcMar>
            <w:vAlign w:val="center"/>
          </w:tcPr>
          <w:p w14:paraId="265EDB93" w14:textId="77777777" w:rsidR="00AD192A" w:rsidRDefault="000D41E6">
            <w:pPr>
              <w:spacing w:after="0" w:line="252" w:lineRule="auto"/>
              <w:jc w:val="center"/>
            </w:pPr>
            <w:r>
              <w:rPr>
                <w:b/>
                <w:color w:val="FFFFFF"/>
                <w:sz w:val="17"/>
              </w:rPr>
              <w:t>Control</w:t>
            </w:r>
          </w:p>
        </w:tc>
        <w:tc>
          <w:tcPr>
            <w:tcW w:w="6133" w:type="dxa"/>
            <w:shd w:val="clear" w:color="auto" w:fill="13294B"/>
            <w:tcMar>
              <w:top w:w="70" w:type="dxa"/>
              <w:left w:w="90" w:type="dxa"/>
              <w:bottom w:w="70" w:type="dxa"/>
              <w:right w:w="90" w:type="dxa"/>
            </w:tcMar>
            <w:vAlign w:val="center"/>
          </w:tcPr>
          <w:p w14:paraId="201A56D8" w14:textId="77777777" w:rsidR="00AD192A" w:rsidRDefault="000D41E6">
            <w:pPr>
              <w:spacing w:after="0" w:line="252" w:lineRule="auto"/>
              <w:jc w:val="center"/>
            </w:pPr>
            <w:r>
              <w:rPr>
                <w:b/>
                <w:color w:val="FFFFFF"/>
                <w:sz w:val="17"/>
              </w:rPr>
              <w:t>Project Approach / Threshold</w:t>
            </w:r>
          </w:p>
        </w:tc>
        <w:tc>
          <w:tcPr>
            <w:tcW w:w="1972" w:type="dxa"/>
            <w:shd w:val="clear" w:color="auto" w:fill="13294B"/>
            <w:tcMar>
              <w:top w:w="70" w:type="dxa"/>
              <w:left w:w="90" w:type="dxa"/>
              <w:bottom w:w="70" w:type="dxa"/>
              <w:right w:w="90" w:type="dxa"/>
            </w:tcMar>
            <w:vAlign w:val="center"/>
          </w:tcPr>
          <w:p w14:paraId="2D82580A" w14:textId="77777777" w:rsidR="00AD192A" w:rsidRDefault="000D41E6">
            <w:pPr>
              <w:spacing w:after="0" w:line="252" w:lineRule="auto"/>
              <w:jc w:val="center"/>
            </w:pPr>
            <w:r>
              <w:rPr>
                <w:b/>
                <w:color w:val="FFFFFF"/>
                <w:sz w:val="17"/>
              </w:rPr>
              <w:t>Authoritative Artifact</w:t>
            </w:r>
          </w:p>
        </w:tc>
      </w:tr>
      <w:tr w:rsidR="00AD192A" w14:paraId="739C53D4" w14:textId="77777777">
        <w:trPr>
          <w:jc w:val="center"/>
        </w:trPr>
        <w:tc>
          <w:tcPr>
            <w:tcW w:w="2263" w:type="dxa"/>
            <w:shd w:val="clear" w:color="auto" w:fill="FFFFFF"/>
            <w:tcMar>
              <w:top w:w="70" w:type="dxa"/>
              <w:left w:w="90" w:type="dxa"/>
              <w:bottom w:w="70" w:type="dxa"/>
              <w:right w:w="90" w:type="dxa"/>
            </w:tcMar>
            <w:vAlign w:val="center"/>
          </w:tcPr>
          <w:p w14:paraId="2B6DA813" w14:textId="77777777" w:rsidR="00AD192A" w:rsidRDefault="000D41E6">
            <w:pPr>
              <w:spacing w:after="0" w:line="252" w:lineRule="auto"/>
            </w:pPr>
            <w:r>
              <w:rPr>
                <w:b/>
                <w:color w:val="1F2937"/>
                <w:sz w:val="17"/>
              </w:rPr>
              <w:t>Escalation threshold</w:t>
            </w:r>
          </w:p>
        </w:tc>
        <w:tc>
          <w:tcPr>
            <w:tcW w:w="6133" w:type="dxa"/>
            <w:shd w:val="clear" w:color="auto" w:fill="FFFFFF"/>
            <w:tcMar>
              <w:top w:w="70" w:type="dxa"/>
              <w:left w:w="90" w:type="dxa"/>
              <w:bottom w:w="70" w:type="dxa"/>
              <w:right w:w="90" w:type="dxa"/>
            </w:tcMar>
            <w:vAlign w:val="center"/>
          </w:tcPr>
          <w:p w14:paraId="28D5B14D" w14:textId="77777777" w:rsidR="00AD192A" w:rsidRDefault="002A21E9">
            <w:pPr>
              <w:spacing w:after="0" w:line="252" w:lineRule="auto"/>
            </w:pPr>
            <w:sdt>
              <w:sdtPr>
                <w:alias w:val="Escalation threshold Project Approach / Threshold"/>
                <w:tag w:val="escalation_threshold_project_approach_threshold"/>
                <w:id w:val="71157"/>
                <w:text/>
              </w:sdtPr>
              <w:sdtEndPr/>
              <w:sdtContent>
                <w:r w:rsidR="000D41E6">
                  <w:rPr>
                    <w:color w:val="111827"/>
                    <w:sz w:val="17"/>
                  </w:rPr>
                  <w:t>[When should an item require sponsor or leadership attention?]</w:t>
                </w:r>
              </w:sdtContent>
            </w:sdt>
          </w:p>
        </w:tc>
        <w:tc>
          <w:tcPr>
            <w:tcW w:w="1972" w:type="dxa"/>
            <w:shd w:val="clear" w:color="auto" w:fill="FFFFFF"/>
            <w:tcMar>
              <w:top w:w="70" w:type="dxa"/>
              <w:left w:w="90" w:type="dxa"/>
              <w:bottom w:w="70" w:type="dxa"/>
              <w:right w:w="90" w:type="dxa"/>
            </w:tcMar>
            <w:vAlign w:val="center"/>
          </w:tcPr>
          <w:p w14:paraId="28FFACFE" w14:textId="77777777" w:rsidR="00AD192A" w:rsidRDefault="000D41E6">
            <w:pPr>
              <w:spacing w:after="0" w:line="252" w:lineRule="auto"/>
            </w:pPr>
            <w:r>
              <w:rPr>
                <w:color w:val="1F2937"/>
                <w:sz w:val="17"/>
              </w:rPr>
              <w:t>RAID Log</w:t>
            </w:r>
          </w:p>
        </w:tc>
      </w:tr>
      <w:tr w:rsidR="00AD192A" w14:paraId="0578E520" w14:textId="77777777">
        <w:trPr>
          <w:jc w:val="center"/>
        </w:trPr>
        <w:tc>
          <w:tcPr>
            <w:tcW w:w="2263" w:type="dxa"/>
            <w:shd w:val="clear" w:color="auto" w:fill="F3F6FA"/>
            <w:tcMar>
              <w:top w:w="70" w:type="dxa"/>
              <w:left w:w="90" w:type="dxa"/>
              <w:bottom w:w="70" w:type="dxa"/>
              <w:right w:w="90" w:type="dxa"/>
            </w:tcMar>
            <w:vAlign w:val="center"/>
          </w:tcPr>
          <w:p w14:paraId="4F48D7C3" w14:textId="77777777" w:rsidR="00AD192A" w:rsidRDefault="000D41E6">
            <w:pPr>
              <w:spacing w:after="0" w:line="252" w:lineRule="auto"/>
            </w:pPr>
            <w:r>
              <w:rPr>
                <w:b/>
                <w:color w:val="1F2937"/>
                <w:sz w:val="17"/>
              </w:rPr>
              <w:t>Decision management</w:t>
            </w:r>
          </w:p>
        </w:tc>
        <w:tc>
          <w:tcPr>
            <w:tcW w:w="6133" w:type="dxa"/>
            <w:shd w:val="clear" w:color="auto" w:fill="F3F6FA"/>
            <w:tcMar>
              <w:top w:w="70" w:type="dxa"/>
              <w:left w:w="90" w:type="dxa"/>
              <w:bottom w:w="70" w:type="dxa"/>
              <w:right w:w="90" w:type="dxa"/>
            </w:tcMar>
            <w:vAlign w:val="center"/>
          </w:tcPr>
          <w:p w14:paraId="388A3579" w14:textId="77777777" w:rsidR="00AD192A" w:rsidRDefault="002A21E9">
            <w:pPr>
              <w:spacing w:after="0" w:line="252" w:lineRule="auto"/>
            </w:pPr>
            <w:sdt>
              <w:sdtPr>
                <w:alias w:val="Decision management Project Approach / Threshold"/>
                <w:tag w:val="decision_management_project_approach_threshold"/>
                <w:id w:val="71158"/>
                <w:text/>
              </w:sdtPr>
              <w:sdtEndPr/>
              <w:sdtContent>
                <w:r w:rsidR="000D41E6">
                  <w:rPr>
                    <w:color w:val="111827"/>
                    <w:sz w:val="17"/>
                  </w:rPr>
                  <w:t>[How will material decisions be made and recorded?]</w:t>
                </w:r>
              </w:sdtContent>
            </w:sdt>
          </w:p>
        </w:tc>
        <w:tc>
          <w:tcPr>
            <w:tcW w:w="1972" w:type="dxa"/>
            <w:shd w:val="clear" w:color="auto" w:fill="F3F6FA"/>
            <w:tcMar>
              <w:top w:w="70" w:type="dxa"/>
              <w:left w:w="90" w:type="dxa"/>
              <w:bottom w:w="70" w:type="dxa"/>
              <w:right w:w="90" w:type="dxa"/>
            </w:tcMar>
            <w:vAlign w:val="center"/>
          </w:tcPr>
          <w:p w14:paraId="2932306F" w14:textId="77777777" w:rsidR="00AD192A" w:rsidRDefault="000D41E6">
            <w:pPr>
              <w:spacing w:after="0" w:line="252" w:lineRule="auto"/>
            </w:pPr>
            <w:r>
              <w:rPr>
                <w:color w:val="1F2937"/>
                <w:sz w:val="17"/>
              </w:rPr>
              <w:t>Decision Log</w:t>
            </w:r>
          </w:p>
        </w:tc>
      </w:tr>
      <w:tr w:rsidR="00AD192A" w14:paraId="5A42EE73" w14:textId="77777777">
        <w:trPr>
          <w:jc w:val="center"/>
        </w:trPr>
        <w:tc>
          <w:tcPr>
            <w:tcW w:w="2263" w:type="dxa"/>
            <w:shd w:val="clear" w:color="auto" w:fill="FFFFFF"/>
            <w:tcMar>
              <w:top w:w="70" w:type="dxa"/>
              <w:left w:w="90" w:type="dxa"/>
              <w:bottom w:w="70" w:type="dxa"/>
              <w:right w:w="90" w:type="dxa"/>
            </w:tcMar>
            <w:vAlign w:val="center"/>
          </w:tcPr>
          <w:p w14:paraId="09FAA517" w14:textId="77777777" w:rsidR="00AD192A" w:rsidRDefault="000D41E6">
            <w:pPr>
              <w:spacing w:after="0" w:line="252" w:lineRule="auto"/>
            </w:pPr>
            <w:r>
              <w:rPr>
                <w:b/>
                <w:color w:val="1F2937"/>
                <w:sz w:val="17"/>
              </w:rPr>
              <w:t>Change control</w:t>
            </w:r>
          </w:p>
        </w:tc>
        <w:tc>
          <w:tcPr>
            <w:tcW w:w="6133" w:type="dxa"/>
            <w:shd w:val="clear" w:color="auto" w:fill="FFFFFF"/>
            <w:tcMar>
              <w:top w:w="70" w:type="dxa"/>
              <w:left w:w="90" w:type="dxa"/>
              <w:bottom w:w="70" w:type="dxa"/>
              <w:right w:w="90" w:type="dxa"/>
            </w:tcMar>
            <w:vAlign w:val="center"/>
          </w:tcPr>
          <w:p w14:paraId="6F9C1A20" w14:textId="77777777" w:rsidR="00AD192A" w:rsidRDefault="002A21E9">
            <w:pPr>
              <w:spacing w:after="0" w:line="252" w:lineRule="auto"/>
            </w:pPr>
            <w:sdt>
              <w:sdtPr>
                <w:alias w:val="Change control Project Approach / Threshold"/>
                <w:tag w:val="change_control_project_approach_threshold"/>
                <w:id w:val="71159"/>
                <w:text/>
              </w:sdtPr>
              <w:sdtEndPr/>
              <w:sdtContent>
                <w:r w:rsidR="000D41E6">
                  <w:rPr>
                    <w:color w:val="111827"/>
                    <w:sz w:val="17"/>
                  </w:rPr>
                  <w:t>[How are material changes requested, evaluated, and approved?]</w:t>
                </w:r>
              </w:sdtContent>
            </w:sdt>
          </w:p>
        </w:tc>
        <w:tc>
          <w:tcPr>
            <w:tcW w:w="1972" w:type="dxa"/>
            <w:shd w:val="clear" w:color="auto" w:fill="FFFFFF"/>
            <w:tcMar>
              <w:top w:w="70" w:type="dxa"/>
              <w:left w:w="90" w:type="dxa"/>
              <w:bottom w:w="70" w:type="dxa"/>
              <w:right w:w="90" w:type="dxa"/>
            </w:tcMar>
            <w:vAlign w:val="center"/>
          </w:tcPr>
          <w:p w14:paraId="52A3355C" w14:textId="77777777" w:rsidR="00AD192A" w:rsidRDefault="000D41E6">
            <w:pPr>
              <w:spacing w:after="0" w:line="252" w:lineRule="auto"/>
            </w:pPr>
            <w:r>
              <w:rPr>
                <w:color w:val="1F2937"/>
                <w:sz w:val="17"/>
              </w:rPr>
              <w:t>Change Request / Change Log</w:t>
            </w:r>
          </w:p>
        </w:tc>
      </w:tr>
    </w:tbl>
    <w:p w14:paraId="54C29E6C" w14:textId="77777777" w:rsidR="00AD192A" w:rsidRDefault="00AD192A"/>
    <w:p w14:paraId="49447D9C" w14:textId="77777777" w:rsidR="00AD192A" w:rsidRDefault="000D41E6">
      <w:pPr>
        <w:pStyle w:val="Heading2"/>
      </w:pPr>
      <w:r>
        <w:rPr>
          <w:sz w:val="32"/>
        </w:rPr>
        <w:t>8. Resource, Financial &amp; Vendor Considerations</w:t>
      </w:r>
    </w:p>
    <w:p w14:paraId="6393A47C" w14:textId="77777777" w:rsidR="00AD192A" w:rsidRDefault="000D41E6">
      <w:pPr>
        <w:spacing w:after="80"/>
      </w:pPr>
      <w:r>
        <w:rPr>
          <w:i/>
          <w:color w:val="6B7280"/>
          <w:sz w:val="17"/>
        </w:rPr>
        <w:t>Complete the resource plan as needed. Remove or mark N/A the Financial and Vendor/Procurement subsections when they do not add value.</w:t>
      </w:r>
    </w:p>
    <w:p w14:paraId="321A0895" w14:textId="77777777" w:rsidR="00AD192A" w:rsidRDefault="000D41E6">
      <w:pPr>
        <w:pStyle w:val="Heading3"/>
      </w:pPr>
      <w:r>
        <w:rPr>
          <w:color w:val="13294B"/>
          <w:sz w:val="24"/>
        </w:rPr>
        <w:t>Resource Plan</w:t>
      </w:r>
    </w:p>
    <w:tbl>
      <w:tblPr>
        <w:tblW w:w="10368"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Caption w:val="Resource plan"/>
        <w:tblDescription w:val="Resources, needs, availability, and gaps."/>
      </w:tblPr>
      <w:tblGrid>
        <w:gridCol w:w="2921"/>
        <w:gridCol w:w="1752"/>
        <w:gridCol w:w="2921"/>
        <w:gridCol w:w="2774"/>
      </w:tblGrid>
      <w:tr w:rsidR="00AD192A" w14:paraId="7135320B" w14:textId="77777777">
        <w:trPr>
          <w:tblHeader/>
          <w:jc w:val="center"/>
        </w:trPr>
        <w:tc>
          <w:tcPr>
            <w:tcW w:w="2921" w:type="dxa"/>
            <w:shd w:val="clear" w:color="auto" w:fill="13294B"/>
            <w:tcMar>
              <w:top w:w="70" w:type="dxa"/>
              <w:left w:w="90" w:type="dxa"/>
              <w:bottom w:w="70" w:type="dxa"/>
              <w:right w:w="90" w:type="dxa"/>
            </w:tcMar>
            <w:vAlign w:val="center"/>
          </w:tcPr>
          <w:p w14:paraId="2BC8064F" w14:textId="77777777" w:rsidR="00AD192A" w:rsidRDefault="000D41E6">
            <w:pPr>
              <w:spacing w:after="0" w:line="252" w:lineRule="auto"/>
              <w:jc w:val="center"/>
            </w:pPr>
            <w:r>
              <w:rPr>
                <w:b/>
                <w:color w:val="FFFFFF"/>
                <w:sz w:val="17"/>
              </w:rPr>
              <w:t>Role / Resource</w:t>
            </w:r>
          </w:p>
        </w:tc>
        <w:tc>
          <w:tcPr>
            <w:tcW w:w="1752" w:type="dxa"/>
            <w:shd w:val="clear" w:color="auto" w:fill="13294B"/>
            <w:tcMar>
              <w:top w:w="70" w:type="dxa"/>
              <w:left w:w="90" w:type="dxa"/>
              <w:bottom w:w="70" w:type="dxa"/>
              <w:right w:w="90" w:type="dxa"/>
            </w:tcMar>
            <w:vAlign w:val="center"/>
          </w:tcPr>
          <w:p w14:paraId="33A6D7CC" w14:textId="77777777" w:rsidR="00AD192A" w:rsidRDefault="000D41E6">
            <w:pPr>
              <w:spacing w:after="0" w:line="252" w:lineRule="auto"/>
              <w:jc w:val="center"/>
            </w:pPr>
            <w:r>
              <w:rPr>
                <w:b/>
                <w:color w:val="FFFFFF"/>
                <w:sz w:val="17"/>
              </w:rPr>
              <w:t>Needed</w:t>
            </w:r>
          </w:p>
        </w:tc>
        <w:tc>
          <w:tcPr>
            <w:tcW w:w="2921" w:type="dxa"/>
            <w:shd w:val="clear" w:color="auto" w:fill="13294B"/>
            <w:tcMar>
              <w:top w:w="70" w:type="dxa"/>
              <w:left w:w="90" w:type="dxa"/>
              <w:bottom w:w="70" w:type="dxa"/>
              <w:right w:w="90" w:type="dxa"/>
            </w:tcMar>
            <w:vAlign w:val="center"/>
          </w:tcPr>
          <w:p w14:paraId="22B17172" w14:textId="77777777" w:rsidR="00AD192A" w:rsidRDefault="000D41E6">
            <w:pPr>
              <w:spacing w:after="0" w:line="252" w:lineRule="auto"/>
              <w:jc w:val="center"/>
            </w:pPr>
            <w:r>
              <w:rPr>
                <w:b/>
                <w:color w:val="FFFFFF"/>
                <w:sz w:val="17"/>
              </w:rPr>
              <w:t>Availability / Commitment</w:t>
            </w:r>
          </w:p>
        </w:tc>
        <w:tc>
          <w:tcPr>
            <w:tcW w:w="2774" w:type="dxa"/>
            <w:shd w:val="clear" w:color="auto" w:fill="13294B"/>
            <w:tcMar>
              <w:top w:w="70" w:type="dxa"/>
              <w:left w:w="90" w:type="dxa"/>
              <w:bottom w:w="70" w:type="dxa"/>
              <w:right w:w="90" w:type="dxa"/>
            </w:tcMar>
            <w:vAlign w:val="center"/>
          </w:tcPr>
          <w:p w14:paraId="0C59EF12" w14:textId="77777777" w:rsidR="00AD192A" w:rsidRDefault="000D41E6">
            <w:pPr>
              <w:spacing w:after="0" w:line="252" w:lineRule="auto"/>
              <w:jc w:val="center"/>
            </w:pPr>
            <w:r>
              <w:rPr>
                <w:b/>
                <w:color w:val="FFFFFF"/>
                <w:sz w:val="17"/>
              </w:rPr>
              <w:t>Concern / Gap</w:t>
            </w:r>
          </w:p>
        </w:tc>
      </w:tr>
      <w:tr w:rsidR="00AD192A" w14:paraId="3C5EAF9D" w14:textId="77777777">
        <w:trPr>
          <w:jc w:val="center"/>
        </w:trPr>
        <w:tc>
          <w:tcPr>
            <w:tcW w:w="2921" w:type="dxa"/>
            <w:shd w:val="clear" w:color="auto" w:fill="FFFFFF"/>
            <w:tcMar>
              <w:top w:w="70" w:type="dxa"/>
              <w:left w:w="90" w:type="dxa"/>
              <w:bottom w:w="70" w:type="dxa"/>
              <w:right w:w="90" w:type="dxa"/>
            </w:tcMar>
            <w:vAlign w:val="center"/>
          </w:tcPr>
          <w:p w14:paraId="20CDCC28" w14:textId="77777777" w:rsidR="00E31F86" w:rsidRDefault="002A21E9">
            <w:pPr>
              <w:spacing w:after="0" w:line="252" w:lineRule="auto"/>
            </w:pPr>
            <w:r>
              <w:rPr>
                <w:b/>
                <w:color w:val="1F2937"/>
              </w:rPr>
              <w:t>[Resource]</w:t>
            </w:r>
          </w:p>
        </w:tc>
        <w:tc>
          <w:tcPr>
            <w:tcW w:w="1752" w:type="dxa"/>
            <w:shd w:val="clear" w:color="auto" w:fill="FFFFFF"/>
            <w:tcMar>
              <w:top w:w="70" w:type="dxa"/>
              <w:left w:w="90" w:type="dxa"/>
              <w:bottom w:w="70" w:type="dxa"/>
              <w:right w:w="90" w:type="dxa"/>
            </w:tcMar>
            <w:vAlign w:val="center"/>
          </w:tcPr>
          <w:p w14:paraId="121DCD43" w14:textId="77777777" w:rsidR="00E31F86" w:rsidRDefault="002A21E9">
            <w:pPr>
              <w:spacing w:after="0" w:line="252" w:lineRule="auto"/>
            </w:pPr>
            <w:r>
              <w:rPr>
                <w:color w:val="1F2937"/>
              </w:rPr>
              <w:t>[Need]</w:t>
            </w:r>
          </w:p>
        </w:tc>
        <w:tc>
          <w:tcPr>
            <w:tcW w:w="2921" w:type="dxa"/>
            <w:shd w:val="clear" w:color="auto" w:fill="FFFFFF"/>
            <w:tcMar>
              <w:top w:w="70" w:type="dxa"/>
              <w:left w:w="90" w:type="dxa"/>
              <w:bottom w:w="70" w:type="dxa"/>
              <w:right w:w="90" w:type="dxa"/>
            </w:tcMar>
            <w:vAlign w:val="center"/>
          </w:tcPr>
          <w:p w14:paraId="1C5835B2" w14:textId="77777777" w:rsidR="00E31F86" w:rsidRDefault="002A21E9">
            <w:pPr>
              <w:spacing w:after="0" w:line="252" w:lineRule="auto"/>
            </w:pPr>
            <w:r>
              <w:rPr>
                <w:color w:val="1F2937"/>
              </w:rPr>
              <w:t>[Availability]</w:t>
            </w:r>
          </w:p>
        </w:tc>
        <w:tc>
          <w:tcPr>
            <w:tcW w:w="2774" w:type="dxa"/>
            <w:shd w:val="clear" w:color="auto" w:fill="FFFFFF"/>
            <w:tcMar>
              <w:top w:w="70" w:type="dxa"/>
              <w:left w:w="90" w:type="dxa"/>
              <w:bottom w:w="70" w:type="dxa"/>
              <w:right w:w="90" w:type="dxa"/>
            </w:tcMar>
            <w:vAlign w:val="center"/>
          </w:tcPr>
          <w:p w14:paraId="7F10A389" w14:textId="77777777" w:rsidR="00E31F86" w:rsidRDefault="002A21E9">
            <w:pPr>
              <w:spacing w:after="0" w:line="252" w:lineRule="auto"/>
            </w:pPr>
            <w:r>
              <w:rPr>
                <w:color w:val="1F2937"/>
              </w:rPr>
              <w:t>[Concern / gap]</w:t>
            </w:r>
          </w:p>
        </w:tc>
      </w:tr>
      <w:tr w:rsidR="00AD192A" w14:paraId="6EEDB870" w14:textId="77777777">
        <w:trPr>
          <w:jc w:val="center"/>
        </w:trPr>
        <w:tc>
          <w:tcPr>
            <w:tcW w:w="2921" w:type="dxa"/>
            <w:shd w:val="clear" w:color="auto" w:fill="F3F6FA"/>
            <w:tcMar>
              <w:top w:w="70" w:type="dxa"/>
              <w:left w:w="90" w:type="dxa"/>
              <w:bottom w:w="70" w:type="dxa"/>
              <w:right w:w="90" w:type="dxa"/>
            </w:tcMar>
            <w:vAlign w:val="center"/>
          </w:tcPr>
          <w:p w14:paraId="1783E2CB" w14:textId="77777777" w:rsidR="00E31F86" w:rsidRDefault="002A21E9">
            <w:pPr>
              <w:spacing w:after="0" w:line="252" w:lineRule="auto"/>
            </w:pPr>
            <w:r>
              <w:rPr>
                <w:b/>
                <w:color w:val="1F2937"/>
              </w:rPr>
              <w:t>[Resource]</w:t>
            </w:r>
          </w:p>
        </w:tc>
        <w:tc>
          <w:tcPr>
            <w:tcW w:w="1752" w:type="dxa"/>
            <w:shd w:val="clear" w:color="auto" w:fill="F3F6FA"/>
            <w:tcMar>
              <w:top w:w="70" w:type="dxa"/>
              <w:left w:w="90" w:type="dxa"/>
              <w:bottom w:w="70" w:type="dxa"/>
              <w:right w:w="90" w:type="dxa"/>
            </w:tcMar>
            <w:vAlign w:val="center"/>
          </w:tcPr>
          <w:p w14:paraId="39A04789" w14:textId="77777777" w:rsidR="00E31F86" w:rsidRDefault="002A21E9">
            <w:pPr>
              <w:spacing w:after="0" w:line="252" w:lineRule="auto"/>
            </w:pPr>
            <w:r>
              <w:rPr>
                <w:color w:val="1F2937"/>
              </w:rPr>
              <w:t>[Need]</w:t>
            </w:r>
          </w:p>
        </w:tc>
        <w:tc>
          <w:tcPr>
            <w:tcW w:w="2921" w:type="dxa"/>
            <w:shd w:val="clear" w:color="auto" w:fill="F3F6FA"/>
            <w:tcMar>
              <w:top w:w="70" w:type="dxa"/>
              <w:left w:w="90" w:type="dxa"/>
              <w:bottom w:w="70" w:type="dxa"/>
              <w:right w:w="90" w:type="dxa"/>
            </w:tcMar>
            <w:vAlign w:val="center"/>
          </w:tcPr>
          <w:p w14:paraId="54E518AD" w14:textId="77777777" w:rsidR="00E31F86" w:rsidRDefault="002A21E9">
            <w:pPr>
              <w:spacing w:after="0" w:line="252" w:lineRule="auto"/>
            </w:pPr>
            <w:r>
              <w:rPr>
                <w:color w:val="1F2937"/>
              </w:rPr>
              <w:t>[Availability]</w:t>
            </w:r>
          </w:p>
        </w:tc>
        <w:tc>
          <w:tcPr>
            <w:tcW w:w="2774" w:type="dxa"/>
            <w:shd w:val="clear" w:color="auto" w:fill="F3F6FA"/>
            <w:tcMar>
              <w:top w:w="70" w:type="dxa"/>
              <w:left w:w="90" w:type="dxa"/>
              <w:bottom w:w="70" w:type="dxa"/>
              <w:right w:w="90" w:type="dxa"/>
            </w:tcMar>
            <w:vAlign w:val="center"/>
          </w:tcPr>
          <w:p w14:paraId="73F090BE" w14:textId="77777777" w:rsidR="00E31F86" w:rsidRDefault="002A21E9">
            <w:pPr>
              <w:spacing w:after="0" w:line="252" w:lineRule="auto"/>
            </w:pPr>
            <w:r>
              <w:rPr>
                <w:color w:val="1F2937"/>
              </w:rPr>
              <w:t>[Concern / gap]</w:t>
            </w:r>
          </w:p>
        </w:tc>
      </w:tr>
      <w:tr w:rsidR="00AD192A" w14:paraId="5F24743A" w14:textId="77777777">
        <w:trPr>
          <w:jc w:val="center"/>
        </w:trPr>
        <w:tc>
          <w:tcPr>
            <w:tcW w:w="2921" w:type="dxa"/>
            <w:shd w:val="clear" w:color="auto" w:fill="FFFFFF"/>
            <w:tcMar>
              <w:top w:w="70" w:type="dxa"/>
              <w:left w:w="90" w:type="dxa"/>
              <w:bottom w:w="70" w:type="dxa"/>
              <w:right w:w="90" w:type="dxa"/>
            </w:tcMar>
            <w:vAlign w:val="center"/>
          </w:tcPr>
          <w:p w14:paraId="30C9A4CA" w14:textId="77777777" w:rsidR="00E31F86" w:rsidRDefault="002A21E9">
            <w:pPr>
              <w:spacing w:after="0" w:line="252" w:lineRule="auto"/>
            </w:pPr>
            <w:r>
              <w:rPr>
                <w:b/>
                <w:color w:val="1F2937"/>
              </w:rPr>
              <w:t>[Resource]</w:t>
            </w:r>
          </w:p>
        </w:tc>
        <w:tc>
          <w:tcPr>
            <w:tcW w:w="1752" w:type="dxa"/>
            <w:shd w:val="clear" w:color="auto" w:fill="FFFFFF"/>
            <w:tcMar>
              <w:top w:w="70" w:type="dxa"/>
              <w:left w:w="90" w:type="dxa"/>
              <w:bottom w:w="70" w:type="dxa"/>
              <w:right w:w="90" w:type="dxa"/>
            </w:tcMar>
            <w:vAlign w:val="center"/>
          </w:tcPr>
          <w:p w14:paraId="42C395DA" w14:textId="77777777" w:rsidR="00E31F86" w:rsidRDefault="002A21E9">
            <w:pPr>
              <w:spacing w:after="0" w:line="252" w:lineRule="auto"/>
            </w:pPr>
            <w:r>
              <w:rPr>
                <w:color w:val="1F2937"/>
              </w:rPr>
              <w:t>[Need]</w:t>
            </w:r>
          </w:p>
        </w:tc>
        <w:tc>
          <w:tcPr>
            <w:tcW w:w="2921" w:type="dxa"/>
            <w:shd w:val="clear" w:color="auto" w:fill="FFFFFF"/>
            <w:tcMar>
              <w:top w:w="70" w:type="dxa"/>
              <w:left w:w="90" w:type="dxa"/>
              <w:bottom w:w="70" w:type="dxa"/>
              <w:right w:w="90" w:type="dxa"/>
            </w:tcMar>
            <w:vAlign w:val="center"/>
          </w:tcPr>
          <w:p w14:paraId="64589613" w14:textId="77777777" w:rsidR="00E31F86" w:rsidRDefault="002A21E9">
            <w:pPr>
              <w:spacing w:after="0" w:line="252" w:lineRule="auto"/>
            </w:pPr>
            <w:r>
              <w:rPr>
                <w:color w:val="1F2937"/>
              </w:rPr>
              <w:t>[Availability]</w:t>
            </w:r>
          </w:p>
        </w:tc>
        <w:tc>
          <w:tcPr>
            <w:tcW w:w="2774" w:type="dxa"/>
            <w:shd w:val="clear" w:color="auto" w:fill="FFFFFF"/>
            <w:tcMar>
              <w:top w:w="70" w:type="dxa"/>
              <w:left w:w="90" w:type="dxa"/>
              <w:bottom w:w="70" w:type="dxa"/>
              <w:right w:w="90" w:type="dxa"/>
            </w:tcMar>
            <w:vAlign w:val="center"/>
          </w:tcPr>
          <w:p w14:paraId="3582347D" w14:textId="77777777" w:rsidR="00E31F86" w:rsidRDefault="002A21E9">
            <w:pPr>
              <w:spacing w:after="0" w:line="252" w:lineRule="auto"/>
            </w:pPr>
            <w:r>
              <w:rPr>
                <w:color w:val="1F2937"/>
              </w:rPr>
              <w:t>[Concern / gap]</w:t>
            </w:r>
          </w:p>
        </w:tc>
      </w:tr>
      <w:tr w:rsidR="00AD192A" w14:paraId="71E7B285" w14:textId="77777777">
        <w:trPr>
          <w:jc w:val="center"/>
        </w:trPr>
        <w:tc>
          <w:tcPr>
            <w:tcW w:w="2921" w:type="dxa"/>
            <w:shd w:val="clear" w:color="auto" w:fill="F3F6FA"/>
            <w:tcMar>
              <w:top w:w="70" w:type="dxa"/>
              <w:left w:w="90" w:type="dxa"/>
              <w:bottom w:w="70" w:type="dxa"/>
              <w:right w:w="90" w:type="dxa"/>
            </w:tcMar>
            <w:vAlign w:val="center"/>
          </w:tcPr>
          <w:p w14:paraId="148BC697" w14:textId="77777777" w:rsidR="00E31F86" w:rsidRDefault="002A21E9">
            <w:pPr>
              <w:spacing w:after="0" w:line="252" w:lineRule="auto"/>
            </w:pPr>
            <w:r>
              <w:rPr>
                <w:b/>
                <w:color w:val="1F2937"/>
              </w:rPr>
              <w:t>[Resource]</w:t>
            </w:r>
          </w:p>
        </w:tc>
        <w:tc>
          <w:tcPr>
            <w:tcW w:w="1752" w:type="dxa"/>
            <w:shd w:val="clear" w:color="auto" w:fill="F3F6FA"/>
            <w:tcMar>
              <w:top w:w="70" w:type="dxa"/>
              <w:left w:w="90" w:type="dxa"/>
              <w:bottom w:w="70" w:type="dxa"/>
              <w:right w:w="90" w:type="dxa"/>
            </w:tcMar>
            <w:vAlign w:val="center"/>
          </w:tcPr>
          <w:p w14:paraId="514E4973" w14:textId="77777777" w:rsidR="00E31F86" w:rsidRDefault="002A21E9">
            <w:pPr>
              <w:spacing w:after="0" w:line="252" w:lineRule="auto"/>
            </w:pPr>
            <w:r>
              <w:rPr>
                <w:color w:val="1F2937"/>
              </w:rPr>
              <w:t>[Need]</w:t>
            </w:r>
          </w:p>
        </w:tc>
        <w:tc>
          <w:tcPr>
            <w:tcW w:w="2921" w:type="dxa"/>
            <w:shd w:val="clear" w:color="auto" w:fill="F3F6FA"/>
            <w:tcMar>
              <w:top w:w="70" w:type="dxa"/>
              <w:left w:w="90" w:type="dxa"/>
              <w:bottom w:w="70" w:type="dxa"/>
              <w:right w:w="90" w:type="dxa"/>
            </w:tcMar>
            <w:vAlign w:val="center"/>
          </w:tcPr>
          <w:p w14:paraId="43649C44" w14:textId="77777777" w:rsidR="00E31F86" w:rsidRDefault="002A21E9">
            <w:pPr>
              <w:spacing w:after="0" w:line="252" w:lineRule="auto"/>
            </w:pPr>
            <w:r>
              <w:rPr>
                <w:color w:val="1F2937"/>
              </w:rPr>
              <w:t>[Availability]</w:t>
            </w:r>
          </w:p>
        </w:tc>
        <w:tc>
          <w:tcPr>
            <w:tcW w:w="2774" w:type="dxa"/>
            <w:shd w:val="clear" w:color="auto" w:fill="F3F6FA"/>
            <w:tcMar>
              <w:top w:w="70" w:type="dxa"/>
              <w:left w:w="90" w:type="dxa"/>
              <w:bottom w:w="70" w:type="dxa"/>
              <w:right w:w="90" w:type="dxa"/>
            </w:tcMar>
            <w:vAlign w:val="center"/>
          </w:tcPr>
          <w:p w14:paraId="05CBAE3B" w14:textId="77777777" w:rsidR="00E31F86" w:rsidRDefault="002A21E9">
            <w:pPr>
              <w:spacing w:after="0" w:line="252" w:lineRule="auto"/>
            </w:pPr>
            <w:r>
              <w:rPr>
                <w:color w:val="1F2937"/>
              </w:rPr>
              <w:t>[Concern / gap]</w:t>
            </w:r>
          </w:p>
        </w:tc>
      </w:tr>
    </w:tbl>
    <w:p w14:paraId="60B89525" w14:textId="77777777" w:rsidR="00AD192A" w:rsidRDefault="000D41E6">
      <w:pPr>
        <w:pStyle w:val="Heading3"/>
      </w:pPr>
      <w:r>
        <w:rPr>
          <w:color w:val="13294B"/>
          <w:sz w:val="24"/>
        </w:rPr>
        <w:t>Financial Plan (if applicable)</w:t>
      </w:r>
    </w:p>
    <w:tbl>
      <w:tblPr>
        <w:tblW w:w="10368"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Caption w:val="Financial plan"/>
        <w:tblDescription w:val="Approved budget, funding source, financial owner, and tracking location."/>
      </w:tblPr>
      <w:tblGrid>
        <w:gridCol w:w="2336"/>
        <w:gridCol w:w="2482"/>
        <w:gridCol w:w="2482"/>
        <w:gridCol w:w="3068"/>
      </w:tblGrid>
      <w:tr w:rsidR="00AD192A" w14:paraId="3AF0C015" w14:textId="77777777">
        <w:trPr>
          <w:tblHeader/>
          <w:jc w:val="center"/>
        </w:trPr>
        <w:tc>
          <w:tcPr>
            <w:tcW w:w="2336" w:type="dxa"/>
            <w:shd w:val="clear" w:color="auto" w:fill="13294B"/>
            <w:tcMar>
              <w:top w:w="70" w:type="dxa"/>
              <w:left w:w="90" w:type="dxa"/>
              <w:bottom w:w="70" w:type="dxa"/>
              <w:right w:w="90" w:type="dxa"/>
            </w:tcMar>
            <w:vAlign w:val="center"/>
          </w:tcPr>
          <w:p w14:paraId="243E9DF6" w14:textId="77777777" w:rsidR="00AD192A" w:rsidRDefault="000D41E6">
            <w:pPr>
              <w:spacing w:after="0" w:line="252" w:lineRule="auto"/>
              <w:jc w:val="center"/>
            </w:pPr>
            <w:r>
              <w:rPr>
                <w:b/>
                <w:color w:val="FFFFFF"/>
                <w:sz w:val="17"/>
              </w:rPr>
              <w:t>Approved Budget</w:t>
            </w:r>
          </w:p>
        </w:tc>
        <w:tc>
          <w:tcPr>
            <w:tcW w:w="2482" w:type="dxa"/>
            <w:shd w:val="clear" w:color="auto" w:fill="13294B"/>
            <w:tcMar>
              <w:top w:w="70" w:type="dxa"/>
              <w:left w:w="90" w:type="dxa"/>
              <w:bottom w:w="70" w:type="dxa"/>
              <w:right w:w="90" w:type="dxa"/>
            </w:tcMar>
            <w:vAlign w:val="center"/>
          </w:tcPr>
          <w:p w14:paraId="113EA0F7" w14:textId="77777777" w:rsidR="00AD192A" w:rsidRDefault="000D41E6">
            <w:pPr>
              <w:spacing w:after="0" w:line="252" w:lineRule="auto"/>
              <w:jc w:val="center"/>
            </w:pPr>
            <w:r>
              <w:rPr>
                <w:b/>
                <w:color w:val="FFFFFF"/>
                <w:sz w:val="17"/>
              </w:rPr>
              <w:t>Funding Source</w:t>
            </w:r>
          </w:p>
        </w:tc>
        <w:tc>
          <w:tcPr>
            <w:tcW w:w="2482" w:type="dxa"/>
            <w:shd w:val="clear" w:color="auto" w:fill="13294B"/>
            <w:tcMar>
              <w:top w:w="70" w:type="dxa"/>
              <w:left w:w="90" w:type="dxa"/>
              <w:bottom w:w="70" w:type="dxa"/>
              <w:right w:w="90" w:type="dxa"/>
            </w:tcMar>
            <w:vAlign w:val="center"/>
          </w:tcPr>
          <w:p w14:paraId="2AB1D8DB" w14:textId="77777777" w:rsidR="00AD192A" w:rsidRDefault="000D41E6">
            <w:pPr>
              <w:spacing w:after="0" w:line="252" w:lineRule="auto"/>
              <w:jc w:val="center"/>
            </w:pPr>
            <w:r>
              <w:rPr>
                <w:b/>
                <w:color w:val="FFFFFF"/>
                <w:sz w:val="17"/>
              </w:rPr>
              <w:t>Financial Owner</w:t>
            </w:r>
          </w:p>
        </w:tc>
        <w:tc>
          <w:tcPr>
            <w:tcW w:w="3068" w:type="dxa"/>
            <w:shd w:val="clear" w:color="auto" w:fill="13294B"/>
            <w:tcMar>
              <w:top w:w="70" w:type="dxa"/>
              <w:left w:w="90" w:type="dxa"/>
              <w:bottom w:w="70" w:type="dxa"/>
              <w:right w:w="90" w:type="dxa"/>
            </w:tcMar>
            <w:vAlign w:val="center"/>
          </w:tcPr>
          <w:p w14:paraId="03D91B16" w14:textId="77777777" w:rsidR="00AD192A" w:rsidRDefault="000D41E6">
            <w:pPr>
              <w:spacing w:after="0" w:line="252" w:lineRule="auto"/>
              <w:jc w:val="center"/>
            </w:pPr>
            <w:r>
              <w:rPr>
                <w:b/>
                <w:color w:val="FFFFFF"/>
                <w:sz w:val="17"/>
              </w:rPr>
              <w:t>Budget Tracking Location</w:t>
            </w:r>
          </w:p>
        </w:tc>
      </w:tr>
      <w:tr w:rsidR="00AD192A" w14:paraId="46C90C23" w14:textId="77777777">
        <w:trPr>
          <w:jc w:val="center"/>
        </w:trPr>
        <w:tc>
          <w:tcPr>
            <w:tcW w:w="2336" w:type="dxa"/>
            <w:shd w:val="clear" w:color="auto" w:fill="FFFFFF"/>
            <w:tcMar>
              <w:top w:w="70" w:type="dxa"/>
              <w:left w:w="90" w:type="dxa"/>
              <w:bottom w:w="70" w:type="dxa"/>
              <w:right w:w="90" w:type="dxa"/>
            </w:tcMar>
            <w:vAlign w:val="center"/>
          </w:tcPr>
          <w:p w14:paraId="4105BC19" w14:textId="77777777" w:rsidR="00E31F86" w:rsidRDefault="002A21E9">
            <w:pPr>
              <w:spacing w:after="0" w:line="252" w:lineRule="auto"/>
            </w:pPr>
            <w:r>
              <w:rPr>
                <w:b/>
                <w:color w:val="1F2937"/>
              </w:rPr>
              <w:t>[Amount / N/A]</w:t>
            </w:r>
          </w:p>
        </w:tc>
        <w:tc>
          <w:tcPr>
            <w:tcW w:w="2482" w:type="dxa"/>
            <w:shd w:val="clear" w:color="auto" w:fill="FFFFFF"/>
            <w:tcMar>
              <w:top w:w="70" w:type="dxa"/>
              <w:left w:w="90" w:type="dxa"/>
              <w:bottom w:w="70" w:type="dxa"/>
              <w:right w:w="90" w:type="dxa"/>
            </w:tcMar>
            <w:vAlign w:val="center"/>
          </w:tcPr>
          <w:p w14:paraId="140DD617" w14:textId="77777777" w:rsidR="00E31F86" w:rsidRDefault="002A21E9">
            <w:pPr>
              <w:spacing w:after="0" w:line="252" w:lineRule="auto"/>
            </w:pPr>
            <w:r>
              <w:rPr>
                <w:color w:val="1F2937"/>
              </w:rPr>
              <w:t>[Source]</w:t>
            </w:r>
          </w:p>
        </w:tc>
        <w:tc>
          <w:tcPr>
            <w:tcW w:w="2482" w:type="dxa"/>
            <w:shd w:val="clear" w:color="auto" w:fill="FFFFFF"/>
            <w:tcMar>
              <w:top w:w="70" w:type="dxa"/>
              <w:left w:w="90" w:type="dxa"/>
              <w:bottom w:w="70" w:type="dxa"/>
              <w:right w:w="90" w:type="dxa"/>
            </w:tcMar>
            <w:vAlign w:val="center"/>
          </w:tcPr>
          <w:p w14:paraId="71DADD03" w14:textId="77777777" w:rsidR="00E31F86" w:rsidRDefault="002A21E9">
            <w:pPr>
              <w:spacing w:after="0" w:line="252" w:lineRule="auto"/>
            </w:pPr>
            <w:r>
              <w:rPr>
                <w:color w:val="1F2937"/>
              </w:rPr>
              <w:t>[Owner]</w:t>
            </w:r>
          </w:p>
        </w:tc>
        <w:tc>
          <w:tcPr>
            <w:tcW w:w="3068" w:type="dxa"/>
            <w:shd w:val="clear" w:color="auto" w:fill="FFFFFF"/>
            <w:tcMar>
              <w:top w:w="70" w:type="dxa"/>
              <w:left w:w="90" w:type="dxa"/>
              <w:bottom w:w="70" w:type="dxa"/>
              <w:right w:w="90" w:type="dxa"/>
            </w:tcMar>
            <w:vAlign w:val="center"/>
          </w:tcPr>
          <w:p w14:paraId="745D9FD1" w14:textId="77777777" w:rsidR="00E31F86" w:rsidRDefault="002A21E9">
            <w:pPr>
              <w:spacing w:after="0" w:line="252" w:lineRule="auto"/>
            </w:pPr>
            <w:r>
              <w:rPr>
                <w:color w:val="1F2937"/>
              </w:rPr>
              <w:t>[Location]</w:t>
            </w:r>
          </w:p>
        </w:tc>
      </w:tr>
    </w:tbl>
    <w:p w14:paraId="29E37441" w14:textId="77777777" w:rsidR="00AD192A" w:rsidRDefault="000D41E6">
      <w:pPr>
        <w:pStyle w:val="Heading3"/>
      </w:pPr>
      <w:r>
        <w:rPr>
          <w:color w:val="13294B"/>
          <w:sz w:val="24"/>
        </w:rPr>
        <w:t>Vendor / Procurement (if applicable)</w:t>
      </w:r>
    </w:p>
    <w:tbl>
      <w:tblPr>
        <w:tblW w:w="10368"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Caption w:val="Vendor and procurement plan"/>
        <w:tblDescription w:val="Vendor or procurement items, purposes, owners, dates, and status."/>
      </w:tblPr>
      <w:tblGrid>
        <w:gridCol w:w="2880"/>
        <w:gridCol w:w="2592"/>
        <w:gridCol w:w="1800"/>
        <w:gridCol w:w="1656"/>
        <w:gridCol w:w="1440"/>
      </w:tblGrid>
      <w:tr w:rsidR="00AD192A" w14:paraId="5B2FC97E" w14:textId="77777777">
        <w:trPr>
          <w:tblHeader/>
          <w:jc w:val="center"/>
        </w:trPr>
        <w:tc>
          <w:tcPr>
            <w:tcW w:w="2880" w:type="dxa"/>
            <w:shd w:val="clear" w:color="auto" w:fill="13294B"/>
            <w:tcMar>
              <w:top w:w="70" w:type="dxa"/>
              <w:left w:w="90" w:type="dxa"/>
              <w:bottom w:w="70" w:type="dxa"/>
              <w:right w:w="90" w:type="dxa"/>
            </w:tcMar>
            <w:vAlign w:val="center"/>
          </w:tcPr>
          <w:p w14:paraId="15EFBDC7" w14:textId="77777777" w:rsidR="00AD192A" w:rsidRDefault="000D41E6">
            <w:pPr>
              <w:spacing w:after="0" w:line="252" w:lineRule="auto"/>
              <w:jc w:val="center"/>
            </w:pPr>
            <w:r>
              <w:rPr>
                <w:b/>
                <w:color w:val="FFFFFF"/>
                <w:sz w:val="17"/>
              </w:rPr>
              <w:t>Vendor / Procurement</w:t>
            </w:r>
          </w:p>
        </w:tc>
        <w:tc>
          <w:tcPr>
            <w:tcW w:w="2592" w:type="dxa"/>
            <w:shd w:val="clear" w:color="auto" w:fill="13294B"/>
            <w:tcMar>
              <w:top w:w="70" w:type="dxa"/>
              <w:left w:w="90" w:type="dxa"/>
              <w:bottom w:w="70" w:type="dxa"/>
              <w:right w:w="90" w:type="dxa"/>
            </w:tcMar>
            <w:vAlign w:val="center"/>
          </w:tcPr>
          <w:p w14:paraId="29503ECE" w14:textId="77777777" w:rsidR="00AD192A" w:rsidRDefault="000D41E6">
            <w:pPr>
              <w:spacing w:after="0" w:line="252" w:lineRule="auto"/>
              <w:jc w:val="center"/>
            </w:pPr>
            <w:r>
              <w:rPr>
                <w:b/>
                <w:color w:val="FFFFFF"/>
                <w:sz w:val="17"/>
              </w:rPr>
              <w:t>Purpose</w:t>
            </w:r>
          </w:p>
        </w:tc>
        <w:tc>
          <w:tcPr>
            <w:tcW w:w="1800" w:type="dxa"/>
            <w:shd w:val="clear" w:color="auto" w:fill="13294B"/>
            <w:tcMar>
              <w:top w:w="70" w:type="dxa"/>
              <w:left w:w="90" w:type="dxa"/>
              <w:bottom w:w="70" w:type="dxa"/>
              <w:right w:w="90" w:type="dxa"/>
            </w:tcMar>
            <w:vAlign w:val="center"/>
          </w:tcPr>
          <w:p w14:paraId="06863191" w14:textId="77777777" w:rsidR="00AD192A" w:rsidRDefault="000D41E6">
            <w:pPr>
              <w:spacing w:after="0" w:line="252" w:lineRule="auto"/>
              <w:jc w:val="center"/>
            </w:pPr>
            <w:r>
              <w:rPr>
                <w:b/>
                <w:color w:val="FFFFFF"/>
                <w:sz w:val="17"/>
              </w:rPr>
              <w:t>Owner</w:t>
            </w:r>
          </w:p>
        </w:tc>
        <w:tc>
          <w:tcPr>
            <w:tcW w:w="1656" w:type="dxa"/>
            <w:shd w:val="clear" w:color="auto" w:fill="13294B"/>
            <w:tcMar>
              <w:top w:w="70" w:type="dxa"/>
              <w:left w:w="90" w:type="dxa"/>
              <w:bottom w:w="70" w:type="dxa"/>
              <w:right w:w="90" w:type="dxa"/>
            </w:tcMar>
            <w:vAlign w:val="center"/>
          </w:tcPr>
          <w:p w14:paraId="65283B26" w14:textId="77777777" w:rsidR="00AD192A" w:rsidRDefault="000D41E6">
            <w:pPr>
              <w:spacing w:after="0" w:line="252" w:lineRule="auto"/>
              <w:jc w:val="center"/>
            </w:pPr>
            <w:r>
              <w:rPr>
                <w:b/>
                <w:color w:val="FFFFFF"/>
                <w:sz w:val="17"/>
              </w:rPr>
              <w:t>Required By</w:t>
            </w:r>
          </w:p>
        </w:tc>
        <w:tc>
          <w:tcPr>
            <w:tcW w:w="1440" w:type="dxa"/>
            <w:shd w:val="clear" w:color="auto" w:fill="13294B"/>
            <w:tcMar>
              <w:top w:w="70" w:type="dxa"/>
              <w:left w:w="90" w:type="dxa"/>
              <w:bottom w:w="70" w:type="dxa"/>
              <w:right w:w="90" w:type="dxa"/>
            </w:tcMar>
            <w:vAlign w:val="center"/>
          </w:tcPr>
          <w:p w14:paraId="537218D7" w14:textId="77777777" w:rsidR="00AD192A" w:rsidRDefault="000D41E6">
            <w:pPr>
              <w:spacing w:after="0" w:line="252" w:lineRule="auto"/>
              <w:jc w:val="center"/>
            </w:pPr>
            <w:r>
              <w:rPr>
                <w:b/>
                <w:color w:val="FFFFFF"/>
                <w:sz w:val="17"/>
              </w:rPr>
              <w:t>Status</w:t>
            </w:r>
          </w:p>
        </w:tc>
      </w:tr>
      <w:tr w:rsidR="00AD192A" w14:paraId="47CFDFF4" w14:textId="77777777">
        <w:trPr>
          <w:jc w:val="center"/>
        </w:trPr>
        <w:tc>
          <w:tcPr>
            <w:tcW w:w="2880" w:type="dxa"/>
            <w:shd w:val="clear" w:color="auto" w:fill="FFFFFF"/>
            <w:tcMar>
              <w:top w:w="70" w:type="dxa"/>
              <w:left w:w="90" w:type="dxa"/>
              <w:bottom w:w="70" w:type="dxa"/>
              <w:right w:w="90" w:type="dxa"/>
            </w:tcMar>
            <w:vAlign w:val="center"/>
          </w:tcPr>
          <w:p w14:paraId="5351DB5C" w14:textId="77777777" w:rsidR="00E31F86" w:rsidRDefault="002A21E9">
            <w:pPr>
              <w:spacing w:after="0" w:line="252" w:lineRule="auto"/>
            </w:pPr>
            <w:r>
              <w:rPr>
                <w:b/>
                <w:color w:val="1F2937"/>
              </w:rPr>
              <w:lastRenderedPageBreak/>
              <w:t>[Vendor / item]</w:t>
            </w:r>
          </w:p>
        </w:tc>
        <w:tc>
          <w:tcPr>
            <w:tcW w:w="2592" w:type="dxa"/>
            <w:shd w:val="clear" w:color="auto" w:fill="FFFFFF"/>
            <w:tcMar>
              <w:top w:w="70" w:type="dxa"/>
              <w:left w:w="90" w:type="dxa"/>
              <w:bottom w:w="70" w:type="dxa"/>
              <w:right w:w="90" w:type="dxa"/>
            </w:tcMar>
            <w:vAlign w:val="center"/>
          </w:tcPr>
          <w:p w14:paraId="06594A8B" w14:textId="77777777" w:rsidR="00E31F86" w:rsidRDefault="002A21E9">
            <w:pPr>
              <w:spacing w:after="0" w:line="252" w:lineRule="auto"/>
            </w:pPr>
            <w:r>
              <w:rPr>
                <w:color w:val="1F2937"/>
              </w:rPr>
              <w:t>[Purpose]</w:t>
            </w:r>
          </w:p>
        </w:tc>
        <w:tc>
          <w:tcPr>
            <w:tcW w:w="1800" w:type="dxa"/>
            <w:shd w:val="clear" w:color="auto" w:fill="FFFFFF"/>
            <w:tcMar>
              <w:top w:w="70" w:type="dxa"/>
              <w:left w:w="90" w:type="dxa"/>
              <w:bottom w:w="70" w:type="dxa"/>
              <w:right w:w="90" w:type="dxa"/>
            </w:tcMar>
            <w:vAlign w:val="center"/>
          </w:tcPr>
          <w:p w14:paraId="2A8D5C1D" w14:textId="77777777" w:rsidR="00E31F86" w:rsidRDefault="002A21E9">
            <w:pPr>
              <w:spacing w:after="0" w:line="252" w:lineRule="auto"/>
            </w:pPr>
            <w:r>
              <w:rPr>
                <w:color w:val="1F2937"/>
              </w:rPr>
              <w:t>[Owner]</w:t>
            </w:r>
          </w:p>
        </w:tc>
        <w:tc>
          <w:tcPr>
            <w:tcW w:w="1656" w:type="dxa"/>
            <w:shd w:val="clear" w:color="auto" w:fill="FFFFFF"/>
            <w:tcMar>
              <w:top w:w="70" w:type="dxa"/>
              <w:left w:w="90" w:type="dxa"/>
              <w:bottom w:w="70" w:type="dxa"/>
              <w:right w:w="90" w:type="dxa"/>
            </w:tcMar>
            <w:vAlign w:val="center"/>
          </w:tcPr>
          <w:p w14:paraId="0C137F0F" w14:textId="77777777" w:rsidR="00E31F86" w:rsidRDefault="002A21E9">
            <w:pPr>
              <w:spacing w:after="0" w:line="252" w:lineRule="auto"/>
            </w:pPr>
            <w:r>
              <w:rPr>
                <w:color w:val="1F2937"/>
              </w:rPr>
              <w:t>[Date]</w:t>
            </w:r>
          </w:p>
        </w:tc>
        <w:tc>
          <w:tcPr>
            <w:tcW w:w="1440" w:type="dxa"/>
            <w:shd w:val="clear" w:color="auto" w:fill="FFFFFF"/>
            <w:tcMar>
              <w:top w:w="70" w:type="dxa"/>
              <w:left w:w="90" w:type="dxa"/>
              <w:bottom w:w="70" w:type="dxa"/>
              <w:right w:w="90" w:type="dxa"/>
            </w:tcMar>
            <w:vAlign w:val="center"/>
          </w:tcPr>
          <w:p w14:paraId="62FE109A" w14:textId="77777777" w:rsidR="00E31F86" w:rsidRDefault="002A21E9">
            <w:pPr>
              <w:spacing w:after="0" w:line="252" w:lineRule="auto"/>
            </w:pPr>
            <w:r>
              <w:rPr>
                <w:color w:val="1F2937"/>
              </w:rPr>
              <w:t>[Status]</w:t>
            </w:r>
          </w:p>
        </w:tc>
      </w:tr>
      <w:tr w:rsidR="00AD192A" w14:paraId="7BB3274E" w14:textId="77777777">
        <w:trPr>
          <w:jc w:val="center"/>
        </w:trPr>
        <w:tc>
          <w:tcPr>
            <w:tcW w:w="2880" w:type="dxa"/>
            <w:shd w:val="clear" w:color="auto" w:fill="F3F6FA"/>
            <w:tcMar>
              <w:top w:w="70" w:type="dxa"/>
              <w:left w:w="90" w:type="dxa"/>
              <w:bottom w:w="70" w:type="dxa"/>
              <w:right w:w="90" w:type="dxa"/>
            </w:tcMar>
            <w:vAlign w:val="center"/>
          </w:tcPr>
          <w:p w14:paraId="0CCF5EB9" w14:textId="77777777" w:rsidR="00E31F86" w:rsidRDefault="002A21E9">
            <w:pPr>
              <w:spacing w:after="0" w:line="252" w:lineRule="auto"/>
            </w:pPr>
            <w:r>
              <w:rPr>
                <w:b/>
                <w:color w:val="1F2937"/>
              </w:rPr>
              <w:t>[Vendor / item]</w:t>
            </w:r>
          </w:p>
        </w:tc>
        <w:tc>
          <w:tcPr>
            <w:tcW w:w="2592" w:type="dxa"/>
            <w:shd w:val="clear" w:color="auto" w:fill="F3F6FA"/>
            <w:tcMar>
              <w:top w:w="70" w:type="dxa"/>
              <w:left w:w="90" w:type="dxa"/>
              <w:bottom w:w="70" w:type="dxa"/>
              <w:right w:w="90" w:type="dxa"/>
            </w:tcMar>
            <w:vAlign w:val="center"/>
          </w:tcPr>
          <w:p w14:paraId="0A7192D6" w14:textId="77777777" w:rsidR="00E31F86" w:rsidRDefault="002A21E9">
            <w:pPr>
              <w:spacing w:after="0" w:line="252" w:lineRule="auto"/>
            </w:pPr>
            <w:r>
              <w:rPr>
                <w:color w:val="1F2937"/>
              </w:rPr>
              <w:t>[Purpose]</w:t>
            </w:r>
          </w:p>
        </w:tc>
        <w:tc>
          <w:tcPr>
            <w:tcW w:w="1800" w:type="dxa"/>
            <w:shd w:val="clear" w:color="auto" w:fill="F3F6FA"/>
            <w:tcMar>
              <w:top w:w="70" w:type="dxa"/>
              <w:left w:w="90" w:type="dxa"/>
              <w:bottom w:w="70" w:type="dxa"/>
              <w:right w:w="90" w:type="dxa"/>
            </w:tcMar>
            <w:vAlign w:val="center"/>
          </w:tcPr>
          <w:p w14:paraId="421AD4FD" w14:textId="77777777" w:rsidR="00E31F86" w:rsidRDefault="002A21E9">
            <w:pPr>
              <w:spacing w:after="0" w:line="252" w:lineRule="auto"/>
            </w:pPr>
            <w:r>
              <w:rPr>
                <w:color w:val="1F2937"/>
              </w:rPr>
              <w:t>[Owner]</w:t>
            </w:r>
          </w:p>
        </w:tc>
        <w:tc>
          <w:tcPr>
            <w:tcW w:w="1656" w:type="dxa"/>
            <w:shd w:val="clear" w:color="auto" w:fill="F3F6FA"/>
            <w:tcMar>
              <w:top w:w="70" w:type="dxa"/>
              <w:left w:w="90" w:type="dxa"/>
              <w:bottom w:w="70" w:type="dxa"/>
              <w:right w:w="90" w:type="dxa"/>
            </w:tcMar>
            <w:vAlign w:val="center"/>
          </w:tcPr>
          <w:p w14:paraId="1A69BF0F" w14:textId="77777777" w:rsidR="00E31F86" w:rsidRDefault="002A21E9">
            <w:pPr>
              <w:spacing w:after="0" w:line="252" w:lineRule="auto"/>
            </w:pPr>
            <w:r>
              <w:rPr>
                <w:color w:val="1F2937"/>
              </w:rPr>
              <w:t>[Date]</w:t>
            </w:r>
          </w:p>
        </w:tc>
        <w:tc>
          <w:tcPr>
            <w:tcW w:w="1440" w:type="dxa"/>
            <w:shd w:val="clear" w:color="auto" w:fill="F3F6FA"/>
            <w:tcMar>
              <w:top w:w="70" w:type="dxa"/>
              <w:left w:w="90" w:type="dxa"/>
              <w:bottom w:w="70" w:type="dxa"/>
              <w:right w:w="90" w:type="dxa"/>
            </w:tcMar>
            <w:vAlign w:val="center"/>
          </w:tcPr>
          <w:p w14:paraId="65D3716C" w14:textId="77777777" w:rsidR="00E31F86" w:rsidRDefault="002A21E9">
            <w:pPr>
              <w:spacing w:after="0" w:line="252" w:lineRule="auto"/>
            </w:pPr>
            <w:r>
              <w:rPr>
                <w:color w:val="1F2937"/>
              </w:rPr>
              <w:t>[Status]</w:t>
            </w:r>
          </w:p>
        </w:tc>
      </w:tr>
      <w:tr w:rsidR="00AD192A" w14:paraId="72C343A0" w14:textId="77777777">
        <w:trPr>
          <w:jc w:val="center"/>
        </w:trPr>
        <w:tc>
          <w:tcPr>
            <w:tcW w:w="2880" w:type="dxa"/>
            <w:shd w:val="clear" w:color="auto" w:fill="FFFFFF"/>
            <w:tcMar>
              <w:top w:w="70" w:type="dxa"/>
              <w:left w:w="90" w:type="dxa"/>
              <w:bottom w:w="70" w:type="dxa"/>
              <w:right w:w="90" w:type="dxa"/>
            </w:tcMar>
            <w:vAlign w:val="center"/>
          </w:tcPr>
          <w:p w14:paraId="22F7CAD5" w14:textId="77777777" w:rsidR="00E31F86" w:rsidRDefault="002A21E9">
            <w:pPr>
              <w:spacing w:after="0" w:line="252" w:lineRule="auto"/>
            </w:pPr>
            <w:r>
              <w:rPr>
                <w:b/>
                <w:color w:val="1F2937"/>
              </w:rPr>
              <w:t>[Vendor / item]</w:t>
            </w:r>
          </w:p>
        </w:tc>
        <w:tc>
          <w:tcPr>
            <w:tcW w:w="2592" w:type="dxa"/>
            <w:shd w:val="clear" w:color="auto" w:fill="FFFFFF"/>
            <w:tcMar>
              <w:top w:w="70" w:type="dxa"/>
              <w:left w:w="90" w:type="dxa"/>
              <w:bottom w:w="70" w:type="dxa"/>
              <w:right w:w="90" w:type="dxa"/>
            </w:tcMar>
            <w:vAlign w:val="center"/>
          </w:tcPr>
          <w:p w14:paraId="172D0BA6" w14:textId="77777777" w:rsidR="00E31F86" w:rsidRDefault="002A21E9">
            <w:pPr>
              <w:spacing w:after="0" w:line="252" w:lineRule="auto"/>
            </w:pPr>
            <w:r>
              <w:rPr>
                <w:color w:val="1F2937"/>
              </w:rPr>
              <w:t>[Purpose]</w:t>
            </w:r>
          </w:p>
        </w:tc>
        <w:tc>
          <w:tcPr>
            <w:tcW w:w="1800" w:type="dxa"/>
            <w:shd w:val="clear" w:color="auto" w:fill="FFFFFF"/>
            <w:tcMar>
              <w:top w:w="70" w:type="dxa"/>
              <w:left w:w="90" w:type="dxa"/>
              <w:bottom w:w="70" w:type="dxa"/>
              <w:right w:w="90" w:type="dxa"/>
            </w:tcMar>
            <w:vAlign w:val="center"/>
          </w:tcPr>
          <w:p w14:paraId="3624909C" w14:textId="77777777" w:rsidR="00E31F86" w:rsidRDefault="002A21E9">
            <w:pPr>
              <w:spacing w:after="0" w:line="252" w:lineRule="auto"/>
            </w:pPr>
            <w:r>
              <w:rPr>
                <w:color w:val="1F2937"/>
              </w:rPr>
              <w:t>[Owner]</w:t>
            </w:r>
          </w:p>
        </w:tc>
        <w:tc>
          <w:tcPr>
            <w:tcW w:w="1656" w:type="dxa"/>
            <w:shd w:val="clear" w:color="auto" w:fill="FFFFFF"/>
            <w:tcMar>
              <w:top w:w="70" w:type="dxa"/>
              <w:left w:w="90" w:type="dxa"/>
              <w:bottom w:w="70" w:type="dxa"/>
              <w:right w:w="90" w:type="dxa"/>
            </w:tcMar>
            <w:vAlign w:val="center"/>
          </w:tcPr>
          <w:p w14:paraId="33CC7814" w14:textId="77777777" w:rsidR="00E31F86" w:rsidRDefault="002A21E9">
            <w:pPr>
              <w:spacing w:after="0" w:line="252" w:lineRule="auto"/>
            </w:pPr>
            <w:r>
              <w:rPr>
                <w:color w:val="1F2937"/>
              </w:rPr>
              <w:t>[Date]</w:t>
            </w:r>
          </w:p>
        </w:tc>
        <w:tc>
          <w:tcPr>
            <w:tcW w:w="1440" w:type="dxa"/>
            <w:shd w:val="clear" w:color="auto" w:fill="FFFFFF"/>
            <w:tcMar>
              <w:top w:w="70" w:type="dxa"/>
              <w:left w:w="90" w:type="dxa"/>
              <w:bottom w:w="70" w:type="dxa"/>
              <w:right w:w="90" w:type="dxa"/>
            </w:tcMar>
            <w:vAlign w:val="center"/>
          </w:tcPr>
          <w:p w14:paraId="46277513" w14:textId="77777777" w:rsidR="00E31F86" w:rsidRDefault="002A21E9">
            <w:pPr>
              <w:spacing w:after="0" w:line="252" w:lineRule="auto"/>
            </w:pPr>
            <w:r>
              <w:rPr>
                <w:color w:val="1F2937"/>
              </w:rPr>
              <w:t>[Status]</w:t>
            </w:r>
          </w:p>
        </w:tc>
      </w:tr>
    </w:tbl>
    <w:p w14:paraId="48063647" w14:textId="77777777" w:rsidR="00AD192A" w:rsidRDefault="000D41E6">
      <w:pPr>
        <w:pStyle w:val="Heading2"/>
      </w:pPr>
      <w:r>
        <w:rPr>
          <w:sz w:val="32"/>
        </w:rPr>
        <w:t>9. Quality, Readiness &amp; Implementation</w:t>
      </w:r>
    </w:p>
    <w:p w14:paraId="315D2406" w14:textId="77777777" w:rsidR="00AD192A" w:rsidRDefault="000D41E6">
      <w:pPr>
        <w:spacing w:after="80"/>
      </w:pPr>
      <w:r>
        <w:rPr>
          <w:i/>
          <w:color w:val="6B7280"/>
          <w:sz w:val="17"/>
        </w:rPr>
        <w:t>Select only reviews and considerations applicable to the project.</w:t>
      </w:r>
    </w:p>
    <w:p w14:paraId="5D3BD90A" w14:textId="77777777" w:rsidR="00AD192A" w:rsidRDefault="000D41E6">
      <w:r>
        <w:t xml:space="preserve">Required / applicable reviews: </w:t>
      </w:r>
      <w:sdt>
        <w:sdtPr>
          <w:alias w:val="Required or applicable review: Cybersecurity"/>
          <w:tag w:val="selection_19_cybersecurity"/>
          <w:id w:val="71018"/>
          <w14:checkbox>
            <w14:checked w14:val="0"/>
            <w14:checkedState w14:val="2612" w14:font="MS Gothic"/>
            <w14:uncheckedState w14:val="2610" w14:font="MS Gothic"/>
          </w14:checkbox>
        </w:sdtPr>
        <w:sdtEndPr/>
        <w:sdtContent>
          <w:r>
            <w:t>☐</w:t>
          </w:r>
        </w:sdtContent>
      </w:sdt>
      <w:r>
        <w:t xml:space="preserve"> Cybersecurity   </w:t>
      </w:r>
      <w:sdt>
        <w:sdtPr>
          <w:alias w:val="Required or applicable review: Accessibility"/>
          <w:tag w:val="selection_20_accessibility"/>
          <w:id w:val="71019"/>
          <w14:checkbox>
            <w14:checked w14:val="0"/>
            <w14:checkedState w14:val="2612" w14:font="MS Gothic"/>
            <w14:uncheckedState w14:val="2610" w14:font="MS Gothic"/>
          </w14:checkbox>
        </w:sdtPr>
        <w:sdtEndPr/>
        <w:sdtContent>
          <w:r>
            <w:t>☐</w:t>
          </w:r>
        </w:sdtContent>
      </w:sdt>
      <w:r>
        <w:t xml:space="preserve"> Accessibility   </w:t>
      </w:r>
      <w:sdt>
        <w:sdtPr>
          <w:alias w:val="Required or applicable review: Privacy"/>
          <w:tag w:val="selection_21_privacy"/>
          <w:id w:val="71020"/>
          <w14:checkbox>
            <w14:checked w14:val="0"/>
            <w14:checkedState w14:val="2612" w14:font="MS Gothic"/>
            <w14:uncheckedState w14:val="2610" w14:font="MS Gothic"/>
          </w14:checkbox>
        </w:sdtPr>
        <w:sdtEndPr/>
        <w:sdtContent>
          <w:r>
            <w:t>☐</w:t>
          </w:r>
        </w:sdtContent>
      </w:sdt>
      <w:r>
        <w:t xml:space="preserve"> Privacy   </w:t>
      </w:r>
      <w:sdt>
        <w:sdtPr>
          <w:alias w:val="Required or applicable review: Data Governance"/>
          <w:tag w:val="selection_22_data_governance"/>
          <w:id w:val="71021"/>
          <w14:checkbox>
            <w14:checked w14:val="0"/>
            <w14:checkedState w14:val="2612" w14:font="MS Gothic"/>
            <w14:uncheckedState w14:val="2610" w14:font="MS Gothic"/>
          </w14:checkbox>
        </w:sdtPr>
        <w:sdtEndPr/>
        <w:sdtContent>
          <w:r>
            <w:t>☐</w:t>
          </w:r>
        </w:sdtContent>
      </w:sdt>
      <w:r>
        <w:t xml:space="preserve"> Data Governance   </w:t>
      </w:r>
      <w:sdt>
        <w:sdtPr>
          <w:alias w:val="Required or applicable review: Enterprise Architecture"/>
          <w:tag w:val="selection_23_enterprise_architecture"/>
          <w:id w:val="71022"/>
          <w14:checkbox>
            <w14:checked w14:val="0"/>
            <w14:checkedState w14:val="2612" w14:font="MS Gothic"/>
            <w14:uncheckedState w14:val="2610" w14:font="MS Gothic"/>
          </w14:checkbox>
        </w:sdtPr>
        <w:sdtEndPr/>
        <w:sdtContent>
          <w:r>
            <w:t>☐</w:t>
          </w:r>
        </w:sdtContent>
      </w:sdt>
      <w:r>
        <w:t xml:space="preserve"> Enterprise Architecture   </w:t>
      </w:r>
      <w:sdt>
        <w:sdtPr>
          <w:alias w:val="Required or applicable review: Infrastructure / Operations"/>
          <w:tag w:val="selection_24_infrastructure_operations"/>
          <w:id w:val="71023"/>
          <w14:checkbox>
            <w14:checked w14:val="0"/>
            <w14:checkedState w14:val="2612" w14:font="MS Gothic"/>
            <w14:uncheckedState w14:val="2610" w14:font="MS Gothic"/>
          </w14:checkbox>
        </w:sdtPr>
        <w:sdtEndPr/>
        <w:sdtContent>
          <w:r>
            <w:t>☐</w:t>
          </w:r>
        </w:sdtContent>
      </w:sdt>
      <w:r>
        <w:t xml:space="preserve"> Infrastructure / Operations   </w:t>
      </w:r>
      <w:sdt>
        <w:sdtPr>
          <w:alias w:val="Required or applicable review: Procurement / Contracting"/>
          <w:tag w:val="selection_25_procurement_contracting"/>
          <w:id w:val="71024"/>
          <w14:checkbox>
            <w14:checked w14:val="0"/>
            <w14:checkedState w14:val="2612" w14:font="MS Gothic"/>
            <w14:uncheckedState w14:val="2610" w14:font="MS Gothic"/>
          </w14:checkbox>
        </w:sdtPr>
        <w:sdtEndPr/>
        <w:sdtContent>
          <w:r>
            <w:t>☐</w:t>
          </w:r>
        </w:sdtContent>
      </w:sdt>
      <w:r>
        <w:t xml:space="preserve"> Procurement / Contracting   </w:t>
      </w:r>
      <w:sdt>
        <w:sdtPr>
          <w:alias w:val="Required or applicable review: Legal"/>
          <w:tag w:val="selection_26_legal"/>
          <w:id w:val="71025"/>
          <w14:checkbox>
            <w14:checked w14:val="0"/>
            <w14:checkedState w14:val="2612" w14:font="MS Gothic"/>
            <w14:uncheckedState w14:val="2610" w14:font="MS Gothic"/>
          </w14:checkbox>
        </w:sdtPr>
        <w:sdtEndPr/>
        <w:sdtContent>
          <w:r>
            <w:t>☐</w:t>
          </w:r>
        </w:sdtContent>
      </w:sdt>
      <w:r>
        <w:t xml:space="preserve"> Legal   </w:t>
      </w:r>
      <w:sdt>
        <w:sdtPr>
          <w:alias w:val="Required or applicable review: Other:"/>
          <w:tag w:val="selection_27_other"/>
          <w:id w:val="71026"/>
          <w14:checkbox>
            <w14:checked w14:val="0"/>
            <w14:checkedState w14:val="2612" w14:font="MS Gothic"/>
            <w14:uncheckedState w14:val="2610" w14:font="MS Gothic"/>
          </w14:checkbox>
        </w:sdtPr>
        <w:sdtEndPr/>
        <w:sdtContent>
          <w:r>
            <w:t>☐</w:t>
          </w:r>
        </w:sdtContent>
      </w:sdt>
      <w:r>
        <w:t xml:space="preserve"> Other: </w:t>
      </w:r>
      <w:sdt>
        <w:sdtPr>
          <w:alias w:val="Required or applicable review"/>
          <w:tag w:val="required_or_applicable_review"/>
          <w:id w:val="71195"/>
          <w:text/>
        </w:sdtPr>
        <w:sdtEndPr/>
        <w:sdtContent>
          <w:r>
            <w:t>__________</w:t>
          </w:r>
        </w:sdtContent>
      </w:sdt>
    </w:p>
    <w:tbl>
      <w:tblPr>
        <w:tblW w:w="10368"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Caption w:val="Required reviews"/>
        <w:tblDescription w:val="Required reviews, owners, needed dates, and status."/>
      </w:tblPr>
      <w:tblGrid>
        <w:gridCol w:w="4381"/>
        <w:gridCol w:w="2190"/>
        <w:gridCol w:w="1752"/>
        <w:gridCol w:w="2045"/>
      </w:tblGrid>
      <w:tr w:rsidR="00AD192A" w14:paraId="709C6C5D" w14:textId="77777777">
        <w:trPr>
          <w:tblHeader/>
          <w:jc w:val="center"/>
        </w:trPr>
        <w:tc>
          <w:tcPr>
            <w:tcW w:w="4381" w:type="dxa"/>
            <w:shd w:val="clear" w:color="auto" w:fill="13294B"/>
            <w:tcMar>
              <w:top w:w="70" w:type="dxa"/>
              <w:left w:w="90" w:type="dxa"/>
              <w:bottom w:w="70" w:type="dxa"/>
              <w:right w:w="90" w:type="dxa"/>
            </w:tcMar>
            <w:vAlign w:val="center"/>
          </w:tcPr>
          <w:p w14:paraId="5C022CD2" w14:textId="77777777" w:rsidR="00AD192A" w:rsidRDefault="000D41E6">
            <w:pPr>
              <w:spacing w:after="0" w:line="252" w:lineRule="auto"/>
              <w:jc w:val="center"/>
            </w:pPr>
            <w:r>
              <w:rPr>
                <w:b/>
                <w:color w:val="FFFFFF"/>
                <w:sz w:val="17"/>
              </w:rPr>
              <w:t>Review / Requirement</w:t>
            </w:r>
          </w:p>
        </w:tc>
        <w:tc>
          <w:tcPr>
            <w:tcW w:w="2190" w:type="dxa"/>
            <w:shd w:val="clear" w:color="auto" w:fill="13294B"/>
            <w:tcMar>
              <w:top w:w="70" w:type="dxa"/>
              <w:left w:w="90" w:type="dxa"/>
              <w:bottom w:w="70" w:type="dxa"/>
              <w:right w:w="90" w:type="dxa"/>
            </w:tcMar>
            <w:vAlign w:val="center"/>
          </w:tcPr>
          <w:p w14:paraId="5A7E6C79" w14:textId="77777777" w:rsidR="00AD192A" w:rsidRDefault="000D41E6">
            <w:pPr>
              <w:spacing w:after="0" w:line="252" w:lineRule="auto"/>
              <w:jc w:val="center"/>
            </w:pPr>
            <w:r>
              <w:rPr>
                <w:b/>
                <w:color w:val="FFFFFF"/>
                <w:sz w:val="17"/>
              </w:rPr>
              <w:t>Owner</w:t>
            </w:r>
          </w:p>
        </w:tc>
        <w:tc>
          <w:tcPr>
            <w:tcW w:w="1752" w:type="dxa"/>
            <w:shd w:val="clear" w:color="auto" w:fill="13294B"/>
            <w:tcMar>
              <w:top w:w="70" w:type="dxa"/>
              <w:left w:w="90" w:type="dxa"/>
              <w:bottom w:w="70" w:type="dxa"/>
              <w:right w:w="90" w:type="dxa"/>
            </w:tcMar>
            <w:vAlign w:val="center"/>
          </w:tcPr>
          <w:p w14:paraId="3F144549" w14:textId="77777777" w:rsidR="00AD192A" w:rsidRDefault="000D41E6">
            <w:pPr>
              <w:spacing w:after="0" w:line="252" w:lineRule="auto"/>
              <w:jc w:val="center"/>
            </w:pPr>
            <w:r>
              <w:rPr>
                <w:b/>
                <w:color w:val="FFFFFF"/>
                <w:sz w:val="17"/>
              </w:rPr>
              <w:t>Needed By</w:t>
            </w:r>
          </w:p>
        </w:tc>
        <w:tc>
          <w:tcPr>
            <w:tcW w:w="2045" w:type="dxa"/>
            <w:shd w:val="clear" w:color="auto" w:fill="13294B"/>
            <w:tcMar>
              <w:top w:w="70" w:type="dxa"/>
              <w:left w:w="90" w:type="dxa"/>
              <w:bottom w:w="70" w:type="dxa"/>
              <w:right w:w="90" w:type="dxa"/>
            </w:tcMar>
            <w:vAlign w:val="center"/>
          </w:tcPr>
          <w:p w14:paraId="07B2C782" w14:textId="77777777" w:rsidR="00AD192A" w:rsidRDefault="000D41E6">
            <w:pPr>
              <w:spacing w:after="0" w:line="252" w:lineRule="auto"/>
              <w:jc w:val="center"/>
            </w:pPr>
            <w:r>
              <w:rPr>
                <w:b/>
                <w:color w:val="FFFFFF"/>
                <w:sz w:val="17"/>
              </w:rPr>
              <w:t>Status</w:t>
            </w:r>
          </w:p>
        </w:tc>
      </w:tr>
      <w:tr w:rsidR="00AD192A" w14:paraId="1CDC0B0B" w14:textId="77777777">
        <w:trPr>
          <w:jc w:val="center"/>
        </w:trPr>
        <w:tc>
          <w:tcPr>
            <w:tcW w:w="4381" w:type="dxa"/>
            <w:shd w:val="clear" w:color="auto" w:fill="FFFFFF"/>
            <w:tcMar>
              <w:top w:w="70" w:type="dxa"/>
              <w:left w:w="90" w:type="dxa"/>
              <w:bottom w:w="70" w:type="dxa"/>
              <w:right w:w="90" w:type="dxa"/>
            </w:tcMar>
            <w:vAlign w:val="center"/>
          </w:tcPr>
          <w:p w14:paraId="3BF61715" w14:textId="77777777" w:rsidR="00E31F86" w:rsidRDefault="002A21E9">
            <w:pPr>
              <w:spacing w:after="0" w:line="252" w:lineRule="auto"/>
            </w:pPr>
            <w:r>
              <w:rPr>
                <w:b/>
                <w:color w:val="1F2937"/>
              </w:rPr>
              <w:t>[Review]</w:t>
            </w:r>
          </w:p>
        </w:tc>
        <w:tc>
          <w:tcPr>
            <w:tcW w:w="2190" w:type="dxa"/>
            <w:shd w:val="clear" w:color="auto" w:fill="FFFFFF"/>
            <w:tcMar>
              <w:top w:w="70" w:type="dxa"/>
              <w:left w:w="90" w:type="dxa"/>
              <w:bottom w:w="70" w:type="dxa"/>
              <w:right w:w="90" w:type="dxa"/>
            </w:tcMar>
            <w:vAlign w:val="center"/>
          </w:tcPr>
          <w:p w14:paraId="6AE05EA9" w14:textId="77777777" w:rsidR="00E31F86" w:rsidRDefault="002A21E9">
            <w:pPr>
              <w:spacing w:after="0" w:line="252" w:lineRule="auto"/>
            </w:pPr>
            <w:r>
              <w:rPr>
                <w:color w:val="1F2937"/>
              </w:rPr>
              <w:t>[Owner]</w:t>
            </w:r>
          </w:p>
        </w:tc>
        <w:tc>
          <w:tcPr>
            <w:tcW w:w="1752" w:type="dxa"/>
            <w:shd w:val="clear" w:color="auto" w:fill="FFFFFF"/>
            <w:tcMar>
              <w:top w:w="70" w:type="dxa"/>
              <w:left w:w="90" w:type="dxa"/>
              <w:bottom w:w="70" w:type="dxa"/>
              <w:right w:w="90" w:type="dxa"/>
            </w:tcMar>
            <w:vAlign w:val="center"/>
          </w:tcPr>
          <w:p w14:paraId="3C9C7806" w14:textId="77777777" w:rsidR="00E31F86" w:rsidRDefault="002A21E9">
            <w:pPr>
              <w:spacing w:after="0" w:line="252" w:lineRule="auto"/>
            </w:pPr>
            <w:r>
              <w:rPr>
                <w:color w:val="1F2937"/>
              </w:rPr>
              <w:t>[Date]</w:t>
            </w:r>
          </w:p>
        </w:tc>
        <w:tc>
          <w:tcPr>
            <w:tcW w:w="2045" w:type="dxa"/>
            <w:shd w:val="clear" w:color="auto" w:fill="FFFFFF"/>
            <w:tcMar>
              <w:top w:w="70" w:type="dxa"/>
              <w:left w:w="90" w:type="dxa"/>
              <w:bottom w:w="70" w:type="dxa"/>
              <w:right w:w="90" w:type="dxa"/>
            </w:tcMar>
            <w:vAlign w:val="center"/>
          </w:tcPr>
          <w:p w14:paraId="59B5571E" w14:textId="77777777" w:rsidR="00E31F86" w:rsidRDefault="002A21E9">
            <w:pPr>
              <w:spacing w:after="0" w:line="252" w:lineRule="auto"/>
            </w:pPr>
            <w:r>
              <w:rPr>
                <w:color w:val="1F2937"/>
              </w:rPr>
              <w:t>[Status]</w:t>
            </w:r>
          </w:p>
        </w:tc>
      </w:tr>
      <w:tr w:rsidR="00AD192A" w14:paraId="37ACAF08" w14:textId="77777777">
        <w:trPr>
          <w:jc w:val="center"/>
        </w:trPr>
        <w:tc>
          <w:tcPr>
            <w:tcW w:w="4381" w:type="dxa"/>
            <w:shd w:val="clear" w:color="auto" w:fill="F3F6FA"/>
            <w:tcMar>
              <w:top w:w="70" w:type="dxa"/>
              <w:left w:w="90" w:type="dxa"/>
              <w:bottom w:w="70" w:type="dxa"/>
              <w:right w:w="90" w:type="dxa"/>
            </w:tcMar>
            <w:vAlign w:val="center"/>
          </w:tcPr>
          <w:p w14:paraId="40A0631D" w14:textId="77777777" w:rsidR="00E31F86" w:rsidRDefault="002A21E9">
            <w:pPr>
              <w:spacing w:after="0" w:line="252" w:lineRule="auto"/>
            </w:pPr>
            <w:r>
              <w:rPr>
                <w:b/>
                <w:color w:val="1F2937"/>
              </w:rPr>
              <w:t>[Review]</w:t>
            </w:r>
          </w:p>
        </w:tc>
        <w:tc>
          <w:tcPr>
            <w:tcW w:w="2190" w:type="dxa"/>
            <w:shd w:val="clear" w:color="auto" w:fill="F3F6FA"/>
            <w:tcMar>
              <w:top w:w="70" w:type="dxa"/>
              <w:left w:w="90" w:type="dxa"/>
              <w:bottom w:w="70" w:type="dxa"/>
              <w:right w:w="90" w:type="dxa"/>
            </w:tcMar>
            <w:vAlign w:val="center"/>
          </w:tcPr>
          <w:p w14:paraId="64071943" w14:textId="77777777" w:rsidR="00E31F86" w:rsidRDefault="002A21E9">
            <w:pPr>
              <w:spacing w:after="0" w:line="252" w:lineRule="auto"/>
            </w:pPr>
            <w:r>
              <w:rPr>
                <w:color w:val="1F2937"/>
              </w:rPr>
              <w:t>[Owner]</w:t>
            </w:r>
          </w:p>
        </w:tc>
        <w:tc>
          <w:tcPr>
            <w:tcW w:w="1752" w:type="dxa"/>
            <w:shd w:val="clear" w:color="auto" w:fill="F3F6FA"/>
            <w:tcMar>
              <w:top w:w="70" w:type="dxa"/>
              <w:left w:w="90" w:type="dxa"/>
              <w:bottom w:w="70" w:type="dxa"/>
              <w:right w:w="90" w:type="dxa"/>
            </w:tcMar>
            <w:vAlign w:val="center"/>
          </w:tcPr>
          <w:p w14:paraId="7F611559" w14:textId="77777777" w:rsidR="00E31F86" w:rsidRDefault="002A21E9">
            <w:pPr>
              <w:spacing w:after="0" w:line="252" w:lineRule="auto"/>
            </w:pPr>
            <w:r>
              <w:rPr>
                <w:color w:val="1F2937"/>
              </w:rPr>
              <w:t>[Date]</w:t>
            </w:r>
          </w:p>
        </w:tc>
        <w:tc>
          <w:tcPr>
            <w:tcW w:w="2045" w:type="dxa"/>
            <w:shd w:val="clear" w:color="auto" w:fill="F3F6FA"/>
            <w:tcMar>
              <w:top w:w="70" w:type="dxa"/>
              <w:left w:w="90" w:type="dxa"/>
              <w:bottom w:w="70" w:type="dxa"/>
              <w:right w:w="90" w:type="dxa"/>
            </w:tcMar>
            <w:vAlign w:val="center"/>
          </w:tcPr>
          <w:p w14:paraId="4A7CFAC2" w14:textId="77777777" w:rsidR="00E31F86" w:rsidRDefault="002A21E9">
            <w:pPr>
              <w:spacing w:after="0" w:line="252" w:lineRule="auto"/>
            </w:pPr>
            <w:r>
              <w:rPr>
                <w:color w:val="1F2937"/>
              </w:rPr>
              <w:t>[Status]</w:t>
            </w:r>
          </w:p>
        </w:tc>
      </w:tr>
      <w:tr w:rsidR="00AD192A" w14:paraId="6CE2BAF8" w14:textId="77777777">
        <w:trPr>
          <w:jc w:val="center"/>
        </w:trPr>
        <w:tc>
          <w:tcPr>
            <w:tcW w:w="4381" w:type="dxa"/>
            <w:shd w:val="clear" w:color="auto" w:fill="FFFFFF"/>
            <w:tcMar>
              <w:top w:w="70" w:type="dxa"/>
              <w:left w:w="90" w:type="dxa"/>
              <w:bottom w:w="70" w:type="dxa"/>
              <w:right w:w="90" w:type="dxa"/>
            </w:tcMar>
            <w:vAlign w:val="center"/>
          </w:tcPr>
          <w:p w14:paraId="76C3957A" w14:textId="77777777" w:rsidR="00E31F86" w:rsidRDefault="002A21E9">
            <w:pPr>
              <w:spacing w:after="0" w:line="252" w:lineRule="auto"/>
            </w:pPr>
            <w:r>
              <w:rPr>
                <w:b/>
                <w:color w:val="1F2937"/>
              </w:rPr>
              <w:t>[Review]</w:t>
            </w:r>
          </w:p>
        </w:tc>
        <w:tc>
          <w:tcPr>
            <w:tcW w:w="2190" w:type="dxa"/>
            <w:shd w:val="clear" w:color="auto" w:fill="FFFFFF"/>
            <w:tcMar>
              <w:top w:w="70" w:type="dxa"/>
              <w:left w:w="90" w:type="dxa"/>
              <w:bottom w:w="70" w:type="dxa"/>
              <w:right w:w="90" w:type="dxa"/>
            </w:tcMar>
            <w:vAlign w:val="center"/>
          </w:tcPr>
          <w:p w14:paraId="484A65C7" w14:textId="77777777" w:rsidR="00E31F86" w:rsidRDefault="002A21E9">
            <w:pPr>
              <w:spacing w:after="0" w:line="252" w:lineRule="auto"/>
            </w:pPr>
            <w:r>
              <w:rPr>
                <w:color w:val="1F2937"/>
              </w:rPr>
              <w:t>[Owner]</w:t>
            </w:r>
          </w:p>
        </w:tc>
        <w:tc>
          <w:tcPr>
            <w:tcW w:w="1752" w:type="dxa"/>
            <w:shd w:val="clear" w:color="auto" w:fill="FFFFFF"/>
            <w:tcMar>
              <w:top w:w="70" w:type="dxa"/>
              <w:left w:w="90" w:type="dxa"/>
              <w:bottom w:w="70" w:type="dxa"/>
              <w:right w:w="90" w:type="dxa"/>
            </w:tcMar>
            <w:vAlign w:val="center"/>
          </w:tcPr>
          <w:p w14:paraId="692F51E4" w14:textId="77777777" w:rsidR="00E31F86" w:rsidRDefault="002A21E9">
            <w:pPr>
              <w:spacing w:after="0" w:line="252" w:lineRule="auto"/>
            </w:pPr>
            <w:r>
              <w:rPr>
                <w:color w:val="1F2937"/>
              </w:rPr>
              <w:t>[Date]</w:t>
            </w:r>
          </w:p>
        </w:tc>
        <w:tc>
          <w:tcPr>
            <w:tcW w:w="2045" w:type="dxa"/>
            <w:shd w:val="clear" w:color="auto" w:fill="FFFFFF"/>
            <w:tcMar>
              <w:top w:w="70" w:type="dxa"/>
              <w:left w:w="90" w:type="dxa"/>
              <w:bottom w:w="70" w:type="dxa"/>
              <w:right w:w="90" w:type="dxa"/>
            </w:tcMar>
            <w:vAlign w:val="center"/>
          </w:tcPr>
          <w:p w14:paraId="5765866C" w14:textId="77777777" w:rsidR="00E31F86" w:rsidRDefault="002A21E9">
            <w:pPr>
              <w:spacing w:after="0" w:line="252" w:lineRule="auto"/>
            </w:pPr>
            <w:r>
              <w:rPr>
                <w:color w:val="1F2937"/>
              </w:rPr>
              <w:t>[Status]</w:t>
            </w:r>
          </w:p>
        </w:tc>
      </w:tr>
    </w:tbl>
    <w:p w14:paraId="512B9ED9" w14:textId="77777777" w:rsidR="00AD192A" w:rsidRDefault="000D41E6">
      <w:pPr>
        <w:pStyle w:val="Heading3"/>
      </w:pPr>
      <w:r>
        <w:rPr>
          <w:color w:val="13294B"/>
          <w:sz w:val="24"/>
        </w:rPr>
        <w:t>Testing &amp; Validation</w:t>
      </w:r>
    </w:p>
    <w:p w14:paraId="1179D442" w14:textId="77777777" w:rsidR="00AD192A" w:rsidRDefault="000D41E6">
      <w:pPr>
        <w:spacing w:after="80"/>
      </w:pPr>
      <w:r>
        <w:rPr>
          <w:i/>
          <w:color w:val="6B7280"/>
          <w:sz w:val="17"/>
        </w:rPr>
        <w:t>Summarize the testing approach, user acceptance responsibility, acceptance criteria, and defect-resolution expectations.</w:t>
      </w:r>
    </w:p>
    <w:p w14:paraId="09D0B143" w14:textId="77777777" w:rsidR="00AD192A" w:rsidRDefault="002A21E9">
      <w:sdt>
        <w:sdtPr>
          <w:alias w:val="Summarize the testing approach, user acceptance responsibility, acceptance criteria, and defect-resolution expectations."/>
          <w:tag w:val="summarize_the_testing_approach_user_acceptance_responsibility_acceptance_criteria_and_defect_resolution_expectations"/>
          <w:id w:val="71208"/>
          <w:text/>
        </w:sdtPr>
        <w:sdtEndPr/>
        <w:sdtContent>
          <w:r w:rsidR="000D41E6">
            <w:t>[Enter response]</w:t>
          </w:r>
        </w:sdtContent>
      </w:sdt>
    </w:p>
    <w:p w14:paraId="262CFD2E" w14:textId="77777777" w:rsidR="00AD192A" w:rsidRDefault="000D41E6">
      <w:pPr>
        <w:pStyle w:val="Heading3"/>
      </w:pPr>
      <w:r>
        <w:rPr>
          <w:color w:val="13294B"/>
          <w:sz w:val="24"/>
        </w:rPr>
        <w:t>Implementation / Release Approach</w:t>
      </w:r>
    </w:p>
    <w:p w14:paraId="26F99D23" w14:textId="77777777" w:rsidR="00AD192A" w:rsidRDefault="000D41E6">
      <w:pPr>
        <w:spacing w:after="80"/>
      </w:pPr>
      <w:r>
        <w:rPr>
          <w:i/>
          <w:color w:val="6B7280"/>
          <w:sz w:val="17"/>
        </w:rPr>
        <w:t>Describe how the solution or change will be introduced, including pilot/phased rollout, release windows, calendar constraints, or rollback needs.</w:t>
      </w:r>
    </w:p>
    <w:p w14:paraId="510E0FDF" w14:textId="77777777" w:rsidR="00AD192A" w:rsidRDefault="002A21E9">
      <w:sdt>
        <w:sdtPr>
          <w:alias w:val="Describe how the solution or change will be introduced, including pilot/phased rollout, release windows, calendar constraints, or rollback needs."/>
          <w:tag w:val="describe_how_the_solution_or_change_will_be_introduced_including_pilot_phased_rollout_release_windows_calendar_constraints_or_rollback_needs"/>
          <w:id w:val="71209"/>
          <w:text/>
        </w:sdtPr>
        <w:sdtEndPr/>
        <w:sdtContent>
          <w:r w:rsidR="000D41E6">
            <w:t>[Enter response]</w:t>
          </w:r>
        </w:sdtContent>
      </w:sdt>
    </w:p>
    <w:p w14:paraId="2383B4C8" w14:textId="77777777" w:rsidR="00AD192A" w:rsidRDefault="000D41E6">
      <w:pPr>
        <w:pStyle w:val="Heading3"/>
      </w:pPr>
      <w:r>
        <w:rPr>
          <w:color w:val="13294B"/>
          <w:sz w:val="24"/>
        </w:rPr>
        <w:t>Organizational Readiness</w:t>
      </w:r>
    </w:p>
    <w:p w14:paraId="0EBB1D2C" w14:textId="77777777" w:rsidR="00AD192A" w:rsidRDefault="000D41E6">
      <w:r>
        <w:t xml:space="preserve">Select only what applies: </w:t>
      </w:r>
      <w:sdt>
        <w:sdtPr>
          <w:alias w:val="Organizational readiness: Training"/>
          <w:tag w:val="selection_28_training"/>
          <w:id w:val="71027"/>
          <w14:checkbox>
            <w14:checked w14:val="0"/>
            <w14:checkedState w14:val="2612" w14:font="MS Gothic"/>
            <w14:uncheckedState w14:val="2610" w14:font="MS Gothic"/>
          </w14:checkbox>
        </w:sdtPr>
        <w:sdtEndPr/>
        <w:sdtContent>
          <w:r>
            <w:t>☐</w:t>
          </w:r>
        </w:sdtContent>
      </w:sdt>
      <w:r>
        <w:t xml:space="preserve"> Training   </w:t>
      </w:r>
      <w:sdt>
        <w:sdtPr>
          <w:alias w:val="Organizational readiness: Communications"/>
          <w:tag w:val="selection_29_communications"/>
          <w:id w:val="71028"/>
          <w14:checkbox>
            <w14:checked w14:val="0"/>
            <w14:checkedState w14:val="2612" w14:font="MS Gothic"/>
            <w14:uncheckedState w14:val="2610" w14:font="MS Gothic"/>
          </w14:checkbox>
        </w:sdtPr>
        <w:sdtEndPr/>
        <w:sdtContent>
          <w:r>
            <w:t>☐</w:t>
          </w:r>
        </w:sdtContent>
      </w:sdt>
      <w:r>
        <w:t xml:space="preserve"> Communications   </w:t>
      </w:r>
      <w:sdt>
        <w:sdtPr>
          <w:alias w:val="Organizational readiness: Business process changes"/>
          <w:tag w:val="selection_30_business_process_changes"/>
          <w:id w:val="71029"/>
          <w14:checkbox>
            <w14:checked w14:val="0"/>
            <w14:checkedState w14:val="2612" w14:font="MS Gothic"/>
            <w14:uncheckedState w14:val="2610" w14:font="MS Gothic"/>
          </w14:checkbox>
        </w:sdtPr>
        <w:sdtEndPr/>
        <w:sdtContent>
          <w:r>
            <w:t>☐</w:t>
          </w:r>
        </w:sdtContent>
      </w:sdt>
      <w:r>
        <w:t xml:space="preserve"> Business process changes   </w:t>
      </w:r>
      <w:sdt>
        <w:sdtPr>
          <w:alias w:val="Organizational readiness: Support preparation"/>
          <w:tag w:val="selection_31_support_preparation"/>
          <w:id w:val="71030"/>
          <w14:checkbox>
            <w14:checked w14:val="0"/>
            <w14:checkedState w14:val="2612" w14:font="MS Gothic"/>
            <w14:uncheckedState w14:val="2610" w14:font="MS Gothic"/>
          </w14:checkbox>
        </w:sdtPr>
        <w:sdtEndPr/>
        <w:sdtContent>
          <w:r>
            <w:t>☐</w:t>
          </w:r>
        </w:sdtContent>
      </w:sdt>
      <w:r>
        <w:t xml:space="preserve"> Support preparation   </w:t>
      </w:r>
      <w:r w:rsidR="005146A3">
        <w:t xml:space="preserve">           </w:t>
      </w:r>
      <w:sdt>
        <w:sdtPr>
          <w:alias w:val="Organizational readiness: Knowledge articles / documentation"/>
          <w:tag w:val="selection_32_knowledge_articles_documentation"/>
          <w:id w:val="71031"/>
          <w14:checkbox>
            <w14:checked w14:val="0"/>
            <w14:checkedState w14:val="2612" w14:font="MS Gothic"/>
            <w14:uncheckedState w14:val="2610" w14:font="MS Gothic"/>
          </w14:checkbox>
        </w:sdtPr>
        <w:sdtEndPr/>
        <w:sdtContent>
          <w:r>
            <w:t>☐</w:t>
          </w:r>
        </w:sdtContent>
      </w:sdt>
      <w:r>
        <w:t xml:space="preserve"> Knowledge articles / documentation   </w:t>
      </w:r>
      <w:sdt>
        <w:sdtPr>
          <w:alias w:val="Organizational readiness: Organizational change management"/>
          <w:tag w:val="selection_33_organizational_change_management"/>
          <w:id w:val="71032"/>
          <w14:checkbox>
            <w14:checked w14:val="0"/>
            <w14:checkedState w14:val="2612" w14:font="MS Gothic"/>
            <w14:uncheckedState w14:val="2610" w14:font="MS Gothic"/>
          </w14:checkbox>
        </w:sdtPr>
        <w:sdtEndPr/>
        <w:sdtContent>
          <w:r>
            <w:t>☐</w:t>
          </w:r>
        </w:sdtContent>
      </w:sdt>
      <w:r>
        <w:t xml:space="preserve"> Organizational change management</w:t>
      </w:r>
    </w:p>
    <w:p w14:paraId="3B5AE385" w14:textId="77777777" w:rsidR="00AD192A" w:rsidRDefault="002A21E9">
      <w:sdt>
        <w:sdtPr>
          <w:alias w:val="Select only what applies: ☐ Training   ☐ Communications   ☐ Business process changes   ☐ Support preparation              ☐ Knowledge articles / documentation   ☐ Organizational change management"/>
          <w:tag w:val="select_only_what_applies_training_communications_business_process_changes_support_preparation_knowledge_articles_documentation_organizational_change_management"/>
          <w:id w:val="71210"/>
          <w:text/>
        </w:sdtPr>
        <w:sdtEndPr/>
        <w:sdtContent>
          <w:r w:rsidR="000D41E6">
            <w:t>[Briefly describe the readiness approach for selected items.]</w:t>
          </w:r>
        </w:sdtContent>
      </w:sdt>
    </w:p>
    <w:p w14:paraId="28D74A8C" w14:textId="77777777" w:rsidR="00AD192A" w:rsidRDefault="000D41E6">
      <w:pPr>
        <w:pStyle w:val="Heading2"/>
      </w:pPr>
      <w:r>
        <w:rPr>
          <w:sz w:val="32"/>
        </w:rPr>
        <w:t>10. Transition, Outcomes &amp; Closure</w:t>
      </w:r>
    </w:p>
    <w:tbl>
      <w:tblPr>
        <w:tblW w:w="10368"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Caption w:val="Transition ownership"/>
        <w:tblDescription w:val="Operational and support ownership for transition."/>
      </w:tblPr>
      <w:tblGrid>
        <w:gridCol w:w="3651"/>
        <w:gridCol w:w="6717"/>
      </w:tblGrid>
      <w:tr w:rsidR="00AD192A" w14:paraId="2F005634" w14:textId="77777777">
        <w:trPr>
          <w:tblHeader/>
          <w:jc w:val="center"/>
        </w:trPr>
        <w:tc>
          <w:tcPr>
            <w:tcW w:w="3651" w:type="dxa"/>
            <w:shd w:val="clear" w:color="auto" w:fill="13294B"/>
            <w:tcMar>
              <w:top w:w="70" w:type="dxa"/>
              <w:left w:w="90" w:type="dxa"/>
              <w:bottom w:w="70" w:type="dxa"/>
              <w:right w:w="90" w:type="dxa"/>
            </w:tcMar>
            <w:vAlign w:val="center"/>
          </w:tcPr>
          <w:p w14:paraId="66539F8B" w14:textId="77777777" w:rsidR="00AD192A" w:rsidRDefault="000D41E6">
            <w:pPr>
              <w:spacing w:after="0" w:line="252" w:lineRule="auto"/>
              <w:jc w:val="center"/>
            </w:pPr>
            <w:r>
              <w:rPr>
                <w:b/>
                <w:color w:val="FFFFFF"/>
                <w:sz w:val="17"/>
              </w:rPr>
              <w:t>Transition Ownership</w:t>
            </w:r>
          </w:p>
        </w:tc>
        <w:tc>
          <w:tcPr>
            <w:tcW w:w="6717" w:type="dxa"/>
            <w:shd w:val="clear" w:color="auto" w:fill="13294B"/>
            <w:tcMar>
              <w:top w:w="70" w:type="dxa"/>
              <w:left w:w="90" w:type="dxa"/>
              <w:bottom w:w="70" w:type="dxa"/>
              <w:right w:w="90" w:type="dxa"/>
            </w:tcMar>
            <w:vAlign w:val="center"/>
          </w:tcPr>
          <w:p w14:paraId="311C8AAA" w14:textId="77777777" w:rsidR="00AD192A" w:rsidRDefault="000D41E6">
            <w:pPr>
              <w:spacing w:after="0" w:line="252" w:lineRule="auto"/>
              <w:jc w:val="center"/>
            </w:pPr>
            <w:r>
              <w:rPr>
                <w:b/>
                <w:color w:val="FFFFFF"/>
                <w:sz w:val="17"/>
              </w:rPr>
              <w:t>Value</w:t>
            </w:r>
          </w:p>
        </w:tc>
      </w:tr>
      <w:tr w:rsidR="00AD192A" w14:paraId="5042CAA1" w14:textId="77777777">
        <w:trPr>
          <w:jc w:val="center"/>
        </w:trPr>
        <w:tc>
          <w:tcPr>
            <w:tcW w:w="3651" w:type="dxa"/>
            <w:shd w:val="clear" w:color="auto" w:fill="FFFFFF"/>
            <w:tcMar>
              <w:top w:w="70" w:type="dxa"/>
              <w:left w:w="90" w:type="dxa"/>
              <w:bottom w:w="70" w:type="dxa"/>
              <w:right w:w="90" w:type="dxa"/>
            </w:tcMar>
            <w:vAlign w:val="center"/>
          </w:tcPr>
          <w:p w14:paraId="3AF7D671" w14:textId="77777777" w:rsidR="00AD192A" w:rsidRDefault="000D41E6">
            <w:pPr>
              <w:spacing w:after="0" w:line="252" w:lineRule="auto"/>
            </w:pPr>
            <w:r>
              <w:rPr>
                <w:b/>
                <w:color w:val="1F2937"/>
                <w:sz w:val="17"/>
              </w:rPr>
              <w:t>Operational / Service Owner</w:t>
            </w:r>
          </w:p>
        </w:tc>
        <w:tc>
          <w:tcPr>
            <w:tcW w:w="6717" w:type="dxa"/>
            <w:shd w:val="clear" w:color="auto" w:fill="FFFFFF"/>
            <w:tcMar>
              <w:top w:w="70" w:type="dxa"/>
              <w:left w:w="90" w:type="dxa"/>
              <w:bottom w:w="70" w:type="dxa"/>
              <w:right w:w="90" w:type="dxa"/>
            </w:tcMar>
            <w:vAlign w:val="center"/>
          </w:tcPr>
          <w:p w14:paraId="50EA86D0" w14:textId="77777777" w:rsidR="00AD192A" w:rsidRDefault="002A21E9">
            <w:pPr>
              <w:spacing w:after="0" w:line="252" w:lineRule="auto"/>
            </w:pPr>
            <w:sdt>
              <w:sdtPr>
                <w:alias w:val="Operational / Service Owner Value"/>
                <w:tag w:val="operational_service_owner_value"/>
                <w:id w:val="71211"/>
                <w:text/>
              </w:sdtPr>
              <w:sdtEndPr/>
              <w:sdtContent>
                <w:r w:rsidR="000D41E6">
                  <w:rPr>
                    <w:color w:val="111827"/>
                    <w:sz w:val="17"/>
                  </w:rPr>
                  <w:t>[Name / team]</w:t>
                </w:r>
              </w:sdtContent>
            </w:sdt>
          </w:p>
        </w:tc>
      </w:tr>
      <w:tr w:rsidR="00AD192A" w14:paraId="33F15378" w14:textId="77777777">
        <w:trPr>
          <w:jc w:val="center"/>
        </w:trPr>
        <w:tc>
          <w:tcPr>
            <w:tcW w:w="3651" w:type="dxa"/>
            <w:shd w:val="clear" w:color="auto" w:fill="F3F6FA"/>
            <w:tcMar>
              <w:top w:w="70" w:type="dxa"/>
              <w:left w:w="90" w:type="dxa"/>
              <w:bottom w:w="70" w:type="dxa"/>
              <w:right w:w="90" w:type="dxa"/>
            </w:tcMar>
            <w:vAlign w:val="center"/>
          </w:tcPr>
          <w:p w14:paraId="2D646000" w14:textId="77777777" w:rsidR="00AD192A" w:rsidRDefault="000D41E6">
            <w:pPr>
              <w:spacing w:after="0" w:line="252" w:lineRule="auto"/>
            </w:pPr>
            <w:r>
              <w:rPr>
                <w:b/>
                <w:color w:val="1F2937"/>
                <w:sz w:val="17"/>
              </w:rPr>
              <w:t>Support Owner</w:t>
            </w:r>
          </w:p>
        </w:tc>
        <w:tc>
          <w:tcPr>
            <w:tcW w:w="6717" w:type="dxa"/>
            <w:shd w:val="clear" w:color="auto" w:fill="F3F6FA"/>
            <w:tcMar>
              <w:top w:w="70" w:type="dxa"/>
              <w:left w:w="90" w:type="dxa"/>
              <w:bottom w:w="70" w:type="dxa"/>
              <w:right w:w="90" w:type="dxa"/>
            </w:tcMar>
            <w:vAlign w:val="center"/>
          </w:tcPr>
          <w:p w14:paraId="7EC3ADD9" w14:textId="77777777" w:rsidR="00AD192A" w:rsidRDefault="002A21E9">
            <w:pPr>
              <w:spacing w:after="0" w:line="252" w:lineRule="auto"/>
            </w:pPr>
            <w:sdt>
              <w:sdtPr>
                <w:alias w:val="Support Owner Value"/>
                <w:tag w:val="support_owner_value"/>
                <w:id w:val="71212"/>
                <w:text/>
              </w:sdtPr>
              <w:sdtEndPr/>
              <w:sdtContent>
                <w:r w:rsidR="000D41E6">
                  <w:rPr>
                    <w:color w:val="111827"/>
                    <w:sz w:val="17"/>
                  </w:rPr>
                  <w:t>[Name / team]</w:t>
                </w:r>
              </w:sdtContent>
            </w:sdt>
          </w:p>
        </w:tc>
      </w:tr>
    </w:tbl>
    <w:p w14:paraId="4C1C0353" w14:textId="77777777" w:rsidR="00AD192A" w:rsidRDefault="000D41E6">
      <w:pPr>
        <w:pStyle w:val="Heading3"/>
      </w:pPr>
      <w:r>
        <w:rPr>
          <w:color w:val="13294B"/>
          <w:sz w:val="24"/>
        </w:rPr>
        <w:t>Transition Requirements</w:t>
      </w:r>
    </w:p>
    <w:tbl>
      <w:tblPr>
        <w:tblW w:w="10368"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Caption w:val="Transition requirements"/>
        <w:tblDescription w:val="Transition requirements, owners, and completion criteria."/>
      </w:tblPr>
      <w:tblGrid>
        <w:gridCol w:w="4527"/>
        <w:gridCol w:w="2336"/>
        <w:gridCol w:w="3505"/>
      </w:tblGrid>
      <w:tr w:rsidR="00AD192A" w14:paraId="14EB7445" w14:textId="77777777">
        <w:trPr>
          <w:tblHeader/>
          <w:jc w:val="center"/>
        </w:trPr>
        <w:tc>
          <w:tcPr>
            <w:tcW w:w="4527" w:type="dxa"/>
            <w:shd w:val="clear" w:color="auto" w:fill="13294B"/>
            <w:tcMar>
              <w:top w:w="70" w:type="dxa"/>
              <w:left w:w="90" w:type="dxa"/>
              <w:bottom w:w="70" w:type="dxa"/>
              <w:right w:w="90" w:type="dxa"/>
            </w:tcMar>
            <w:vAlign w:val="center"/>
          </w:tcPr>
          <w:p w14:paraId="69B87419" w14:textId="77777777" w:rsidR="00AD192A" w:rsidRDefault="000D41E6">
            <w:pPr>
              <w:spacing w:after="0" w:line="252" w:lineRule="auto"/>
              <w:jc w:val="center"/>
            </w:pPr>
            <w:r>
              <w:rPr>
                <w:b/>
                <w:color w:val="FFFFFF"/>
                <w:sz w:val="17"/>
              </w:rPr>
              <w:t>Transition Requirement</w:t>
            </w:r>
          </w:p>
        </w:tc>
        <w:tc>
          <w:tcPr>
            <w:tcW w:w="2336" w:type="dxa"/>
            <w:shd w:val="clear" w:color="auto" w:fill="13294B"/>
            <w:tcMar>
              <w:top w:w="70" w:type="dxa"/>
              <w:left w:w="90" w:type="dxa"/>
              <w:bottom w:w="70" w:type="dxa"/>
              <w:right w:w="90" w:type="dxa"/>
            </w:tcMar>
            <w:vAlign w:val="center"/>
          </w:tcPr>
          <w:p w14:paraId="644AC0F7" w14:textId="77777777" w:rsidR="00AD192A" w:rsidRDefault="000D41E6">
            <w:pPr>
              <w:spacing w:after="0" w:line="252" w:lineRule="auto"/>
              <w:jc w:val="center"/>
            </w:pPr>
            <w:r>
              <w:rPr>
                <w:b/>
                <w:color w:val="FFFFFF"/>
                <w:sz w:val="17"/>
              </w:rPr>
              <w:t>Owner</w:t>
            </w:r>
          </w:p>
        </w:tc>
        <w:tc>
          <w:tcPr>
            <w:tcW w:w="3505" w:type="dxa"/>
            <w:shd w:val="clear" w:color="auto" w:fill="13294B"/>
            <w:tcMar>
              <w:top w:w="70" w:type="dxa"/>
              <w:left w:w="90" w:type="dxa"/>
              <w:bottom w:w="70" w:type="dxa"/>
              <w:right w:w="90" w:type="dxa"/>
            </w:tcMar>
            <w:vAlign w:val="center"/>
          </w:tcPr>
          <w:p w14:paraId="22D9B46D" w14:textId="77777777" w:rsidR="00AD192A" w:rsidRDefault="000D41E6">
            <w:pPr>
              <w:spacing w:after="0" w:line="252" w:lineRule="auto"/>
              <w:jc w:val="center"/>
            </w:pPr>
            <w:r>
              <w:rPr>
                <w:b/>
                <w:color w:val="FFFFFF"/>
                <w:sz w:val="17"/>
              </w:rPr>
              <w:t>Completion Criteria</w:t>
            </w:r>
          </w:p>
        </w:tc>
      </w:tr>
      <w:tr w:rsidR="00AD192A" w14:paraId="5D9BC3A2" w14:textId="77777777">
        <w:trPr>
          <w:jc w:val="center"/>
        </w:trPr>
        <w:tc>
          <w:tcPr>
            <w:tcW w:w="4527" w:type="dxa"/>
            <w:shd w:val="clear" w:color="auto" w:fill="FFFFFF"/>
            <w:tcMar>
              <w:top w:w="70" w:type="dxa"/>
              <w:left w:w="90" w:type="dxa"/>
              <w:bottom w:w="70" w:type="dxa"/>
              <w:right w:w="90" w:type="dxa"/>
            </w:tcMar>
            <w:vAlign w:val="center"/>
          </w:tcPr>
          <w:p w14:paraId="27D83729" w14:textId="77777777" w:rsidR="00AD192A" w:rsidRDefault="000D41E6">
            <w:pPr>
              <w:spacing w:after="0" w:line="252" w:lineRule="auto"/>
            </w:pPr>
            <w:r>
              <w:rPr>
                <w:b/>
                <w:color w:val="1F2937"/>
                <w:sz w:val="17"/>
              </w:rPr>
              <w:t>Operational documentation</w:t>
            </w:r>
          </w:p>
        </w:tc>
        <w:tc>
          <w:tcPr>
            <w:tcW w:w="2336" w:type="dxa"/>
            <w:shd w:val="clear" w:color="auto" w:fill="FFFFFF"/>
            <w:tcMar>
              <w:top w:w="70" w:type="dxa"/>
              <w:left w:w="90" w:type="dxa"/>
              <w:bottom w:w="70" w:type="dxa"/>
              <w:right w:w="90" w:type="dxa"/>
            </w:tcMar>
            <w:vAlign w:val="center"/>
          </w:tcPr>
          <w:p w14:paraId="2CC8ED4C" w14:textId="77777777" w:rsidR="00AD192A" w:rsidRDefault="002A21E9">
            <w:pPr>
              <w:spacing w:after="0" w:line="252" w:lineRule="auto"/>
            </w:pPr>
            <w:sdt>
              <w:sdtPr>
                <w:alias w:val="Operational documentation Owner"/>
                <w:tag w:val="operational_documentation_owner"/>
                <w:id w:val="71213"/>
                <w:text/>
              </w:sdtPr>
              <w:sdtEndPr/>
              <w:sdtContent>
                <w:r w:rsidR="000D41E6">
                  <w:rPr>
                    <w:color w:val="111827"/>
                    <w:sz w:val="17"/>
                  </w:rPr>
                  <w:t>[Owner]</w:t>
                </w:r>
              </w:sdtContent>
            </w:sdt>
          </w:p>
        </w:tc>
        <w:tc>
          <w:tcPr>
            <w:tcW w:w="3505" w:type="dxa"/>
            <w:shd w:val="clear" w:color="auto" w:fill="FFFFFF"/>
            <w:tcMar>
              <w:top w:w="70" w:type="dxa"/>
              <w:left w:w="90" w:type="dxa"/>
              <w:bottom w:w="70" w:type="dxa"/>
              <w:right w:w="90" w:type="dxa"/>
            </w:tcMar>
            <w:vAlign w:val="center"/>
          </w:tcPr>
          <w:p w14:paraId="33444870" w14:textId="77777777" w:rsidR="00AD192A" w:rsidRDefault="002A21E9">
            <w:pPr>
              <w:spacing w:after="0" w:line="252" w:lineRule="auto"/>
            </w:pPr>
            <w:sdt>
              <w:sdtPr>
                <w:alias w:val="Operational documentation Completion Criteria"/>
                <w:tag w:val="operational_documentation_completion_criteria"/>
                <w:id w:val="71214"/>
                <w:text/>
              </w:sdtPr>
              <w:sdtEndPr/>
              <w:sdtContent>
                <w:r w:rsidR="000D41E6">
                  <w:rPr>
                    <w:color w:val="111827"/>
                    <w:sz w:val="17"/>
                  </w:rPr>
                  <w:t>[Criteria]</w:t>
                </w:r>
              </w:sdtContent>
            </w:sdt>
          </w:p>
        </w:tc>
      </w:tr>
      <w:tr w:rsidR="00AD192A" w14:paraId="159391F8" w14:textId="77777777">
        <w:trPr>
          <w:jc w:val="center"/>
        </w:trPr>
        <w:tc>
          <w:tcPr>
            <w:tcW w:w="4527" w:type="dxa"/>
            <w:shd w:val="clear" w:color="auto" w:fill="F3F6FA"/>
            <w:tcMar>
              <w:top w:w="70" w:type="dxa"/>
              <w:left w:w="90" w:type="dxa"/>
              <w:bottom w:w="70" w:type="dxa"/>
              <w:right w:w="90" w:type="dxa"/>
            </w:tcMar>
            <w:vAlign w:val="center"/>
          </w:tcPr>
          <w:p w14:paraId="3BACFA9D" w14:textId="77777777" w:rsidR="00AD192A" w:rsidRDefault="000D41E6">
            <w:pPr>
              <w:spacing w:after="0" w:line="252" w:lineRule="auto"/>
            </w:pPr>
            <w:r>
              <w:rPr>
                <w:b/>
                <w:color w:val="1F2937"/>
                <w:sz w:val="17"/>
              </w:rPr>
              <w:t>Support documentation</w:t>
            </w:r>
          </w:p>
        </w:tc>
        <w:tc>
          <w:tcPr>
            <w:tcW w:w="2336" w:type="dxa"/>
            <w:shd w:val="clear" w:color="auto" w:fill="F3F6FA"/>
            <w:tcMar>
              <w:top w:w="70" w:type="dxa"/>
              <w:left w:w="90" w:type="dxa"/>
              <w:bottom w:w="70" w:type="dxa"/>
              <w:right w:w="90" w:type="dxa"/>
            </w:tcMar>
            <w:vAlign w:val="center"/>
          </w:tcPr>
          <w:p w14:paraId="76172DED" w14:textId="77777777" w:rsidR="00AD192A" w:rsidRDefault="002A21E9">
            <w:pPr>
              <w:spacing w:after="0" w:line="252" w:lineRule="auto"/>
            </w:pPr>
            <w:sdt>
              <w:sdtPr>
                <w:alias w:val="Support documentation Owner"/>
                <w:tag w:val="support_documentation_owner"/>
                <w:id w:val="71215"/>
                <w:text/>
              </w:sdtPr>
              <w:sdtEndPr/>
              <w:sdtContent>
                <w:r w:rsidR="000D41E6">
                  <w:rPr>
                    <w:color w:val="111827"/>
                    <w:sz w:val="17"/>
                  </w:rPr>
                  <w:t>[Owner]</w:t>
                </w:r>
              </w:sdtContent>
            </w:sdt>
          </w:p>
        </w:tc>
        <w:tc>
          <w:tcPr>
            <w:tcW w:w="3505" w:type="dxa"/>
            <w:shd w:val="clear" w:color="auto" w:fill="F3F6FA"/>
            <w:tcMar>
              <w:top w:w="70" w:type="dxa"/>
              <w:left w:w="90" w:type="dxa"/>
              <w:bottom w:w="70" w:type="dxa"/>
              <w:right w:w="90" w:type="dxa"/>
            </w:tcMar>
            <w:vAlign w:val="center"/>
          </w:tcPr>
          <w:p w14:paraId="7249D594" w14:textId="77777777" w:rsidR="00AD192A" w:rsidRDefault="002A21E9">
            <w:pPr>
              <w:spacing w:after="0" w:line="252" w:lineRule="auto"/>
            </w:pPr>
            <w:sdt>
              <w:sdtPr>
                <w:alias w:val="Support documentation Completion Criteria"/>
                <w:tag w:val="support_documentation_completion_criteria"/>
                <w:id w:val="71216"/>
                <w:text/>
              </w:sdtPr>
              <w:sdtEndPr/>
              <w:sdtContent>
                <w:r w:rsidR="000D41E6">
                  <w:rPr>
                    <w:color w:val="111827"/>
                    <w:sz w:val="17"/>
                  </w:rPr>
                  <w:t>[Criteria]</w:t>
                </w:r>
              </w:sdtContent>
            </w:sdt>
          </w:p>
        </w:tc>
      </w:tr>
      <w:tr w:rsidR="00AD192A" w14:paraId="43BFC634" w14:textId="77777777">
        <w:trPr>
          <w:jc w:val="center"/>
        </w:trPr>
        <w:tc>
          <w:tcPr>
            <w:tcW w:w="4527" w:type="dxa"/>
            <w:shd w:val="clear" w:color="auto" w:fill="FFFFFF"/>
            <w:tcMar>
              <w:top w:w="70" w:type="dxa"/>
              <w:left w:w="90" w:type="dxa"/>
              <w:bottom w:w="70" w:type="dxa"/>
              <w:right w:w="90" w:type="dxa"/>
            </w:tcMar>
            <w:vAlign w:val="center"/>
          </w:tcPr>
          <w:p w14:paraId="59538CAB" w14:textId="77777777" w:rsidR="00AD192A" w:rsidRDefault="000D41E6">
            <w:pPr>
              <w:spacing w:after="0" w:line="252" w:lineRule="auto"/>
            </w:pPr>
            <w:r>
              <w:rPr>
                <w:b/>
                <w:color w:val="1F2937"/>
                <w:sz w:val="17"/>
              </w:rPr>
              <w:t>Knowledge transfer</w:t>
            </w:r>
          </w:p>
        </w:tc>
        <w:tc>
          <w:tcPr>
            <w:tcW w:w="2336" w:type="dxa"/>
            <w:shd w:val="clear" w:color="auto" w:fill="FFFFFF"/>
            <w:tcMar>
              <w:top w:w="70" w:type="dxa"/>
              <w:left w:w="90" w:type="dxa"/>
              <w:bottom w:w="70" w:type="dxa"/>
              <w:right w:w="90" w:type="dxa"/>
            </w:tcMar>
            <w:vAlign w:val="center"/>
          </w:tcPr>
          <w:p w14:paraId="75485116" w14:textId="77777777" w:rsidR="00AD192A" w:rsidRDefault="002A21E9">
            <w:pPr>
              <w:spacing w:after="0" w:line="252" w:lineRule="auto"/>
            </w:pPr>
            <w:sdt>
              <w:sdtPr>
                <w:alias w:val="Knowledge transfer Owner"/>
                <w:tag w:val="knowledge_transfer_owner"/>
                <w:id w:val="71217"/>
                <w:text/>
              </w:sdtPr>
              <w:sdtEndPr/>
              <w:sdtContent>
                <w:r w:rsidR="000D41E6">
                  <w:rPr>
                    <w:color w:val="111827"/>
                    <w:sz w:val="17"/>
                  </w:rPr>
                  <w:t>[Owner]</w:t>
                </w:r>
              </w:sdtContent>
            </w:sdt>
          </w:p>
        </w:tc>
        <w:tc>
          <w:tcPr>
            <w:tcW w:w="3505" w:type="dxa"/>
            <w:shd w:val="clear" w:color="auto" w:fill="FFFFFF"/>
            <w:tcMar>
              <w:top w:w="70" w:type="dxa"/>
              <w:left w:w="90" w:type="dxa"/>
              <w:bottom w:w="70" w:type="dxa"/>
              <w:right w:w="90" w:type="dxa"/>
            </w:tcMar>
            <w:vAlign w:val="center"/>
          </w:tcPr>
          <w:p w14:paraId="725BB871" w14:textId="77777777" w:rsidR="00AD192A" w:rsidRDefault="002A21E9">
            <w:pPr>
              <w:spacing w:after="0" w:line="252" w:lineRule="auto"/>
            </w:pPr>
            <w:sdt>
              <w:sdtPr>
                <w:alias w:val="Knowledge transfer Completion Criteria"/>
                <w:tag w:val="knowledge_transfer_completion_criteria"/>
                <w:id w:val="71218"/>
                <w:text/>
              </w:sdtPr>
              <w:sdtEndPr/>
              <w:sdtContent>
                <w:r w:rsidR="000D41E6">
                  <w:rPr>
                    <w:color w:val="111827"/>
                    <w:sz w:val="17"/>
                  </w:rPr>
                  <w:t>[Criteria]</w:t>
                </w:r>
              </w:sdtContent>
            </w:sdt>
          </w:p>
        </w:tc>
      </w:tr>
      <w:tr w:rsidR="00AD192A" w14:paraId="6031AACD" w14:textId="77777777">
        <w:trPr>
          <w:jc w:val="center"/>
        </w:trPr>
        <w:tc>
          <w:tcPr>
            <w:tcW w:w="4527" w:type="dxa"/>
            <w:shd w:val="clear" w:color="auto" w:fill="F3F6FA"/>
            <w:tcMar>
              <w:top w:w="70" w:type="dxa"/>
              <w:left w:w="90" w:type="dxa"/>
              <w:bottom w:w="70" w:type="dxa"/>
              <w:right w:w="90" w:type="dxa"/>
            </w:tcMar>
            <w:vAlign w:val="center"/>
          </w:tcPr>
          <w:p w14:paraId="2F239C2C" w14:textId="77777777" w:rsidR="00AD192A" w:rsidRDefault="000D41E6">
            <w:pPr>
              <w:spacing w:after="0" w:line="252" w:lineRule="auto"/>
            </w:pPr>
            <w:r>
              <w:rPr>
                <w:b/>
                <w:color w:val="1F2937"/>
                <w:sz w:val="17"/>
              </w:rPr>
              <w:t>Training</w:t>
            </w:r>
          </w:p>
        </w:tc>
        <w:tc>
          <w:tcPr>
            <w:tcW w:w="2336" w:type="dxa"/>
            <w:shd w:val="clear" w:color="auto" w:fill="F3F6FA"/>
            <w:tcMar>
              <w:top w:w="70" w:type="dxa"/>
              <w:left w:w="90" w:type="dxa"/>
              <w:bottom w:w="70" w:type="dxa"/>
              <w:right w:w="90" w:type="dxa"/>
            </w:tcMar>
            <w:vAlign w:val="center"/>
          </w:tcPr>
          <w:p w14:paraId="042B1150" w14:textId="77777777" w:rsidR="00AD192A" w:rsidRDefault="002A21E9">
            <w:pPr>
              <w:spacing w:after="0" w:line="252" w:lineRule="auto"/>
            </w:pPr>
            <w:sdt>
              <w:sdtPr>
                <w:alias w:val="Training Owner"/>
                <w:tag w:val="training_owner"/>
                <w:id w:val="71219"/>
                <w:text/>
              </w:sdtPr>
              <w:sdtEndPr/>
              <w:sdtContent>
                <w:r w:rsidR="000D41E6">
                  <w:rPr>
                    <w:color w:val="111827"/>
                    <w:sz w:val="17"/>
                  </w:rPr>
                  <w:t>[Owner]</w:t>
                </w:r>
              </w:sdtContent>
            </w:sdt>
          </w:p>
        </w:tc>
        <w:tc>
          <w:tcPr>
            <w:tcW w:w="3505" w:type="dxa"/>
            <w:shd w:val="clear" w:color="auto" w:fill="F3F6FA"/>
            <w:tcMar>
              <w:top w:w="70" w:type="dxa"/>
              <w:left w:w="90" w:type="dxa"/>
              <w:bottom w:w="70" w:type="dxa"/>
              <w:right w:w="90" w:type="dxa"/>
            </w:tcMar>
            <w:vAlign w:val="center"/>
          </w:tcPr>
          <w:p w14:paraId="0343EEED" w14:textId="77777777" w:rsidR="00AD192A" w:rsidRDefault="002A21E9">
            <w:pPr>
              <w:spacing w:after="0" w:line="252" w:lineRule="auto"/>
            </w:pPr>
            <w:sdt>
              <w:sdtPr>
                <w:alias w:val="Training Completion Criteria"/>
                <w:tag w:val="training_completion_criteria"/>
                <w:id w:val="71220"/>
                <w:text/>
              </w:sdtPr>
              <w:sdtEndPr/>
              <w:sdtContent>
                <w:r w:rsidR="000D41E6">
                  <w:rPr>
                    <w:color w:val="111827"/>
                    <w:sz w:val="17"/>
                  </w:rPr>
                  <w:t>[Criteria]</w:t>
                </w:r>
              </w:sdtContent>
            </w:sdt>
          </w:p>
        </w:tc>
      </w:tr>
      <w:tr w:rsidR="00AD192A" w14:paraId="32CDE470" w14:textId="77777777">
        <w:trPr>
          <w:jc w:val="center"/>
        </w:trPr>
        <w:tc>
          <w:tcPr>
            <w:tcW w:w="4527" w:type="dxa"/>
            <w:shd w:val="clear" w:color="auto" w:fill="FFFFFF"/>
            <w:tcMar>
              <w:top w:w="70" w:type="dxa"/>
              <w:left w:w="90" w:type="dxa"/>
              <w:bottom w:w="70" w:type="dxa"/>
              <w:right w:w="90" w:type="dxa"/>
            </w:tcMar>
            <w:vAlign w:val="center"/>
          </w:tcPr>
          <w:p w14:paraId="6C7256DC" w14:textId="77777777" w:rsidR="00AD192A" w:rsidRDefault="000D41E6">
            <w:pPr>
              <w:spacing w:after="0" w:line="252" w:lineRule="auto"/>
            </w:pPr>
            <w:r>
              <w:rPr>
                <w:b/>
                <w:color w:val="1F2937"/>
                <w:sz w:val="17"/>
              </w:rPr>
              <w:t>Access / permissions</w:t>
            </w:r>
          </w:p>
        </w:tc>
        <w:tc>
          <w:tcPr>
            <w:tcW w:w="2336" w:type="dxa"/>
            <w:shd w:val="clear" w:color="auto" w:fill="FFFFFF"/>
            <w:tcMar>
              <w:top w:w="70" w:type="dxa"/>
              <w:left w:w="90" w:type="dxa"/>
              <w:bottom w:w="70" w:type="dxa"/>
              <w:right w:w="90" w:type="dxa"/>
            </w:tcMar>
            <w:vAlign w:val="center"/>
          </w:tcPr>
          <w:p w14:paraId="797B2556" w14:textId="77777777" w:rsidR="00AD192A" w:rsidRDefault="002A21E9">
            <w:pPr>
              <w:spacing w:after="0" w:line="252" w:lineRule="auto"/>
            </w:pPr>
            <w:sdt>
              <w:sdtPr>
                <w:alias w:val="Access / permissions Owner"/>
                <w:tag w:val="access_permissions_owner"/>
                <w:id w:val="71221"/>
                <w:text/>
              </w:sdtPr>
              <w:sdtEndPr/>
              <w:sdtContent>
                <w:r w:rsidR="000D41E6">
                  <w:rPr>
                    <w:color w:val="111827"/>
                    <w:sz w:val="17"/>
                  </w:rPr>
                  <w:t>[Owner]</w:t>
                </w:r>
              </w:sdtContent>
            </w:sdt>
          </w:p>
        </w:tc>
        <w:tc>
          <w:tcPr>
            <w:tcW w:w="3505" w:type="dxa"/>
            <w:shd w:val="clear" w:color="auto" w:fill="FFFFFF"/>
            <w:tcMar>
              <w:top w:w="70" w:type="dxa"/>
              <w:left w:w="90" w:type="dxa"/>
              <w:bottom w:w="70" w:type="dxa"/>
              <w:right w:w="90" w:type="dxa"/>
            </w:tcMar>
            <w:vAlign w:val="center"/>
          </w:tcPr>
          <w:p w14:paraId="04545858" w14:textId="77777777" w:rsidR="00AD192A" w:rsidRDefault="002A21E9">
            <w:pPr>
              <w:spacing w:after="0" w:line="252" w:lineRule="auto"/>
            </w:pPr>
            <w:sdt>
              <w:sdtPr>
                <w:alias w:val="Access / permissions Completion Criteria"/>
                <w:tag w:val="access_permissions_completion_criteria"/>
                <w:id w:val="71222"/>
                <w:text/>
              </w:sdtPr>
              <w:sdtEndPr/>
              <w:sdtContent>
                <w:r w:rsidR="000D41E6">
                  <w:rPr>
                    <w:color w:val="111827"/>
                    <w:sz w:val="17"/>
                  </w:rPr>
                  <w:t>[Criteria]</w:t>
                </w:r>
              </w:sdtContent>
            </w:sdt>
          </w:p>
        </w:tc>
      </w:tr>
      <w:tr w:rsidR="00AD192A" w14:paraId="6054490C" w14:textId="77777777">
        <w:trPr>
          <w:jc w:val="center"/>
        </w:trPr>
        <w:tc>
          <w:tcPr>
            <w:tcW w:w="4527" w:type="dxa"/>
            <w:shd w:val="clear" w:color="auto" w:fill="F3F6FA"/>
            <w:tcMar>
              <w:top w:w="70" w:type="dxa"/>
              <w:left w:w="90" w:type="dxa"/>
              <w:bottom w:w="70" w:type="dxa"/>
              <w:right w:w="90" w:type="dxa"/>
            </w:tcMar>
            <w:vAlign w:val="center"/>
          </w:tcPr>
          <w:p w14:paraId="1FC16692" w14:textId="77777777" w:rsidR="00AD192A" w:rsidRDefault="000D41E6">
            <w:pPr>
              <w:spacing w:after="0" w:line="252" w:lineRule="auto"/>
            </w:pPr>
            <w:r>
              <w:rPr>
                <w:b/>
                <w:color w:val="1F2937"/>
                <w:sz w:val="17"/>
              </w:rPr>
              <w:lastRenderedPageBreak/>
              <w:t>Monitoring / support readiness</w:t>
            </w:r>
          </w:p>
        </w:tc>
        <w:tc>
          <w:tcPr>
            <w:tcW w:w="2336" w:type="dxa"/>
            <w:shd w:val="clear" w:color="auto" w:fill="F3F6FA"/>
            <w:tcMar>
              <w:top w:w="70" w:type="dxa"/>
              <w:left w:w="90" w:type="dxa"/>
              <w:bottom w:w="70" w:type="dxa"/>
              <w:right w:w="90" w:type="dxa"/>
            </w:tcMar>
            <w:vAlign w:val="center"/>
          </w:tcPr>
          <w:p w14:paraId="5988A643" w14:textId="77777777" w:rsidR="00AD192A" w:rsidRDefault="002A21E9">
            <w:pPr>
              <w:spacing w:after="0" w:line="252" w:lineRule="auto"/>
            </w:pPr>
            <w:sdt>
              <w:sdtPr>
                <w:alias w:val="Monitoring / support readiness Owner"/>
                <w:tag w:val="monitoring_support_readiness_owner"/>
                <w:id w:val="71223"/>
                <w:text/>
              </w:sdtPr>
              <w:sdtEndPr/>
              <w:sdtContent>
                <w:r w:rsidR="000D41E6">
                  <w:rPr>
                    <w:color w:val="111827"/>
                    <w:sz w:val="17"/>
                  </w:rPr>
                  <w:t>[Owner]</w:t>
                </w:r>
              </w:sdtContent>
            </w:sdt>
          </w:p>
        </w:tc>
        <w:tc>
          <w:tcPr>
            <w:tcW w:w="3505" w:type="dxa"/>
            <w:shd w:val="clear" w:color="auto" w:fill="F3F6FA"/>
            <w:tcMar>
              <w:top w:w="70" w:type="dxa"/>
              <w:left w:w="90" w:type="dxa"/>
              <w:bottom w:w="70" w:type="dxa"/>
              <w:right w:w="90" w:type="dxa"/>
            </w:tcMar>
            <w:vAlign w:val="center"/>
          </w:tcPr>
          <w:p w14:paraId="6A5F2D28" w14:textId="77777777" w:rsidR="00AD192A" w:rsidRDefault="002A21E9">
            <w:pPr>
              <w:spacing w:after="0" w:line="252" w:lineRule="auto"/>
            </w:pPr>
            <w:sdt>
              <w:sdtPr>
                <w:alias w:val="Monitoring / support readiness Completion Criteria"/>
                <w:tag w:val="monitoring_support_readiness_completion_criteria"/>
                <w:id w:val="71224"/>
                <w:text/>
              </w:sdtPr>
              <w:sdtEndPr/>
              <w:sdtContent>
                <w:r w:rsidR="000D41E6">
                  <w:rPr>
                    <w:color w:val="111827"/>
                    <w:sz w:val="17"/>
                  </w:rPr>
                  <w:t>[Criteria]</w:t>
                </w:r>
              </w:sdtContent>
            </w:sdt>
          </w:p>
        </w:tc>
      </w:tr>
    </w:tbl>
    <w:p w14:paraId="1C833252" w14:textId="77777777" w:rsidR="00AD192A" w:rsidRDefault="000D41E6">
      <w:pPr>
        <w:pStyle w:val="Heading3"/>
      </w:pPr>
      <w:r>
        <w:rPr>
          <w:color w:val="13294B"/>
          <w:sz w:val="24"/>
        </w:rPr>
        <w:t>Outcome / Benefits Follow-Up</w:t>
      </w:r>
    </w:p>
    <w:tbl>
      <w:tblPr>
        <w:tblW w:w="10368"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Caption w:val="Outcome and benefits follow-up"/>
        <w:tblDescription w:val="Expected outcomes, measures, measurement dates, and owners."/>
      </w:tblPr>
      <w:tblGrid>
        <w:gridCol w:w="3432"/>
        <w:gridCol w:w="2921"/>
        <w:gridCol w:w="1752"/>
        <w:gridCol w:w="2263"/>
      </w:tblGrid>
      <w:tr w:rsidR="00AD192A" w14:paraId="44213B55" w14:textId="77777777">
        <w:trPr>
          <w:tblHeader/>
          <w:jc w:val="center"/>
        </w:trPr>
        <w:tc>
          <w:tcPr>
            <w:tcW w:w="3432" w:type="dxa"/>
            <w:shd w:val="clear" w:color="auto" w:fill="13294B"/>
            <w:tcMar>
              <w:top w:w="70" w:type="dxa"/>
              <w:left w:w="90" w:type="dxa"/>
              <w:bottom w:w="70" w:type="dxa"/>
              <w:right w:w="90" w:type="dxa"/>
            </w:tcMar>
            <w:vAlign w:val="center"/>
          </w:tcPr>
          <w:p w14:paraId="702E28E9" w14:textId="77777777" w:rsidR="00AD192A" w:rsidRDefault="000D41E6">
            <w:pPr>
              <w:spacing w:after="0" w:line="252" w:lineRule="auto"/>
              <w:jc w:val="center"/>
            </w:pPr>
            <w:r>
              <w:rPr>
                <w:b/>
                <w:color w:val="FFFFFF"/>
                <w:sz w:val="17"/>
              </w:rPr>
              <w:t>Expected Outcome</w:t>
            </w:r>
          </w:p>
        </w:tc>
        <w:tc>
          <w:tcPr>
            <w:tcW w:w="2921" w:type="dxa"/>
            <w:shd w:val="clear" w:color="auto" w:fill="13294B"/>
            <w:tcMar>
              <w:top w:w="70" w:type="dxa"/>
              <w:left w:w="90" w:type="dxa"/>
              <w:bottom w:w="70" w:type="dxa"/>
              <w:right w:w="90" w:type="dxa"/>
            </w:tcMar>
            <w:vAlign w:val="center"/>
          </w:tcPr>
          <w:p w14:paraId="35E46A88" w14:textId="77777777" w:rsidR="00AD192A" w:rsidRDefault="000D41E6">
            <w:pPr>
              <w:spacing w:after="0" w:line="252" w:lineRule="auto"/>
              <w:jc w:val="center"/>
            </w:pPr>
            <w:r>
              <w:rPr>
                <w:b/>
                <w:color w:val="FFFFFF"/>
                <w:sz w:val="17"/>
              </w:rPr>
              <w:t>Measure</w:t>
            </w:r>
          </w:p>
        </w:tc>
        <w:tc>
          <w:tcPr>
            <w:tcW w:w="1752" w:type="dxa"/>
            <w:shd w:val="clear" w:color="auto" w:fill="13294B"/>
            <w:tcMar>
              <w:top w:w="70" w:type="dxa"/>
              <w:left w:w="90" w:type="dxa"/>
              <w:bottom w:w="70" w:type="dxa"/>
              <w:right w:w="90" w:type="dxa"/>
            </w:tcMar>
            <w:vAlign w:val="center"/>
          </w:tcPr>
          <w:p w14:paraId="16D7AEDD" w14:textId="77777777" w:rsidR="00AD192A" w:rsidRDefault="000D41E6">
            <w:pPr>
              <w:spacing w:after="0" w:line="252" w:lineRule="auto"/>
              <w:jc w:val="center"/>
            </w:pPr>
            <w:r>
              <w:rPr>
                <w:b/>
                <w:color w:val="FFFFFF"/>
                <w:sz w:val="17"/>
              </w:rPr>
              <w:t>Measurement Date</w:t>
            </w:r>
          </w:p>
        </w:tc>
        <w:tc>
          <w:tcPr>
            <w:tcW w:w="2263" w:type="dxa"/>
            <w:shd w:val="clear" w:color="auto" w:fill="13294B"/>
            <w:tcMar>
              <w:top w:w="70" w:type="dxa"/>
              <w:left w:w="90" w:type="dxa"/>
              <w:bottom w:w="70" w:type="dxa"/>
              <w:right w:w="90" w:type="dxa"/>
            </w:tcMar>
            <w:vAlign w:val="center"/>
          </w:tcPr>
          <w:p w14:paraId="6B5C0463" w14:textId="77777777" w:rsidR="00AD192A" w:rsidRDefault="000D41E6">
            <w:pPr>
              <w:spacing w:after="0" w:line="252" w:lineRule="auto"/>
              <w:jc w:val="center"/>
            </w:pPr>
            <w:r>
              <w:rPr>
                <w:b/>
                <w:color w:val="FFFFFF"/>
                <w:sz w:val="17"/>
              </w:rPr>
              <w:t>Owner</w:t>
            </w:r>
          </w:p>
        </w:tc>
      </w:tr>
      <w:tr w:rsidR="00AD192A" w14:paraId="3E684AB5" w14:textId="77777777">
        <w:trPr>
          <w:jc w:val="center"/>
        </w:trPr>
        <w:tc>
          <w:tcPr>
            <w:tcW w:w="3432" w:type="dxa"/>
            <w:shd w:val="clear" w:color="auto" w:fill="FFFFFF"/>
            <w:tcMar>
              <w:top w:w="70" w:type="dxa"/>
              <w:left w:w="90" w:type="dxa"/>
              <w:bottom w:w="70" w:type="dxa"/>
              <w:right w:w="90" w:type="dxa"/>
            </w:tcMar>
            <w:vAlign w:val="center"/>
          </w:tcPr>
          <w:p w14:paraId="49EDFEF9" w14:textId="77777777" w:rsidR="00E31F86" w:rsidRDefault="002A21E9">
            <w:pPr>
              <w:spacing w:after="0" w:line="252" w:lineRule="auto"/>
            </w:pPr>
            <w:r>
              <w:rPr>
                <w:b/>
                <w:color w:val="1F2937"/>
              </w:rPr>
              <w:t>[Outcome]</w:t>
            </w:r>
          </w:p>
        </w:tc>
        <w:tc>
          <w:tcPr>
            <w:tcW w:w="2921" w:type="dxa"/>
            <w:shd w:val="clear" w:color="auto" w:fill="FFFFFF"/>
            <w:tcMar>
              <w:top w:w="70" w:type="dxa"/>
              <w:left w:w="90" w:type="dxa"/>
              <w:bottom w:w="70" w:type="dxa"/>
              <w:right w:w="90" w:type="dxa"/>
            </w:tcMar>
            <w:vAlign w:val="center"/>
          </w:tcPr>
          <w:p w14:paraId="4A5B8128" w14:textId="77777777" w:rsidR="00E31F86" w:rsidRDefault="002A21E9">
            <w:pPr>
              <w:spacing w:after="0" w:line="252" w:lineRule="auto"/>
            </w:pPr>
            <w:r>
              <w:rPr>
                <w:color w:val="1F2937"/>
              </w:rPr>
              <w:t>[Measure]</w:t>
            </w:r>
          </w:p>
        </w:tc>
        <w:tc>
          <w:tcPr>
            <w:tcW w:w="1752" w:type="dxa"/>
            <w:shd w:val="clear" w:color="auto" w:fill="FFFFFF"/>
            <w:tcMar>
              <w:top w:w="70" w:type="dxa"/>
              <w:left w:w="90" w:type="dxa"/>
              <w:bottom w:w="70" w:type="dxa"/>
              <w:right w:w="90" w:type="dxa"/>
            </w:tcMar>
            <w:vAlign w:val="center"/>
          </w:tcPr>
          <w:p w14:paraId="3376A82F" w14:textId="77777777" w:rsidR="00E31F86" w:rsidRDefault="002A21E9">
            <w:pPr>
              <w:spacing w:after="0" w:line="252" w:lineRule="auto"/>
            </w:pPr>
            <w:r>
              <w:rPr>
                <w:color w:val="1F2937"/>
              </w:rPr>
              <w:t>[Date]</w:t>
            </w:r>
          </w:p>
        </w:tc>
        <w:tc>
          <w:tcPr>
            <w:tcW w:w="2263" w:type="dxa"/>
            <w:shd w:val="clear" w:color="auto" w:fill="FFFFFF"/>
            <w:tcMar>
              <w:top w:w="70" w:type="dxa"/>
              <w:left w:w="90" w:type="dxa"/>
              <w:bottom w:w="70" w:type="dxa"/>
              <w:right w:w="90" w:type="dxa"/>
            </w:tcMar>
            <w:vAlign w:val="center"/>
          </w:tcPr>
          <w:p w14:paraId="6A1EE5F1" w14:textId="77777777" w:rsidR="00E31F86" w:rsidRDefault="002A21E9">
            <w:pPr>
              <w:spacing w:after="0" w:line="252" w:lineRule="auto"/>
            </w:pPr>
            <w:r>
              <w:rPr>
                <w:color w:val="1F2937"/>
              </w:rPr>
              <w:t>[Owner]</w:t>
            </w:r>
          </w:p>
        </w:tc>
      </w:tr>
      <w:tr w:rsidR="00AD192A" w14:paraId="005E7CBD" w14:textId="77777777">
        <w:trPr>
          <w:jc w:val="center"/>
        </w:trPr>
        <w:tc>
          <w:tcPr>
            <w:tcW w:w="3432" w:type="dxa"/>
            <w:shd w:val="clear" w:color="auto" w:fill="F3F6FA"/>
            <w:tcMar>
              <w:top w:w="70" w:type="dxa"/>
              <w:left w:w="90" w:type="dxa"/>
              <w:bottom w:w="70" w:type="dxa"/>
              <w:right w:w="90" w:type="dxa"/>
            </w:tcMar>
            <w:vAlign w:val="center"/>
          </w:tcPr>
          <w:p w14:paraId="4206DAC5" w14:textId="77777777" w:rsidR="00E31F86" w:rsidRDefault="002A21E9">
            <w:pPr>
              <w:spacing w:after="0" w:line="252" w:lineRule="auto"/>
            </w:pPr>
            <w:r>
              <w:rPr>
                <w:b/>
                <w:color w:val="1F2937"/>
              </w:rPr>
              <w:t>[Outcome]</w:t>
            </w:r>
          </w:p>
        </w:tc>
        <w:tc>
          <w:tcPr>
            <w:tcW w:w="2921" w:type="dxa"/>
            <w:shd w:val="clear" w:color="auto" w:fill="F3F6FA"/>
            <w:tcMar>
              <w:top w:w="70" w:type="dxa"/>
              <w:left w:w="90" w:type="dxa"/>
              <w:bottom w:w="70" w:type="dxa"/>
              <w:right w:w="90" w:type="dxa"/>
            </w:tcMar>
            <w:vAlign w:val="center"/>
          </w:tcPr>
          <w:p w14:paraId="1C038951" w14:textId="77777777" w:rsidR="00E31F86" w:rsidRDefault="002A21E9">
            <w:pPr>
              <w:spacing w:after="0" w:line="252" w:lineRule="auto"/>
            </w:pPr>
            <w:r>
              <w:rPr>
                <w:color w:val="1F2937"/>
              </w:rPr>
              <w:t>[Measure]</w:t>
            </w:r>
          </w:p>
        </w:tc>
        <w:tc>
          <w:tcPr>
            <w:tcW w:w="1752" w:type="dxa"/>
            <w:shd w:val="clear" w:color="auto" w:fill="F3F6FA"/>
            <w:tcMar>
              <w:top w:w="70" w:type="dxa"/>
              <w:left w:w="90" w:type="dxa"/>
              <w:bottom w:w="70" w:type="dxa"/>
              <w:right w:w="90" w:type="dxa"/>
            </w:tcMar>
            <w:vAlign w:val="center"/>
          </w:tcPr>
          <w:p w14:paraId="4EB7A26B" w14:textId="77777777" w:rsidR="00E31F86" w:rsidRDefault="002A21E9">
            <w:pPr>
              <w:spacing w:after="0" w:line="252" w:lineRule="auto"/>
            </w:pPr>
            <w:r>
              <w:rPr>
                <w:color w:val="1F2937"/>
              </w:rPr>
              <w:t>[Date]</w:t>
            </w:r>
          </w:p>
        </w:tc>
        <w:tc>
          <w:tcPr>
            <w:tcW w:w="2263" w:type="dxa"/>
            <w:shd w:val="clear" w:color="auto" w:fill="F3F6FA"/>
            <w:tcMar>
              <w:top w:w="70" w:type="dxa"/>
              <w:left w:w="90" w:type="dxa"/>
              <w:bottom w:w="70" w:type="dxa"/>
              <w:right w:w="90" w:type="dxa"/>
            </w:tcMar>
            <w:vAlign w:val="center"/>
          </w:tcPr>
          <w:p w14:paraId="75DED356" w14:textId="77777777" w:rsidR="00E31F86" w:rsidRDefault="002A21E9">
            <w:pPr>
              <w:spacing w:after="0" w:line="252" w:lineRule="auto"/>
            </w:pPr>
            <w:r>
              <w:rPr>
                <w:color w:val="1F2937"/>
              </w:rPr>
              <w:t>[Owner]</w:t>
            </w:r>
          </w:p>
        </w:tc>
      </w:tr>
      <w:tr w:rsidR="00AD192A" w14:paraId="21BF6FAD" w14:textId="77777777">
        <w:trPr>
          <w:jc w:val="center"/>
        </w:trPr>
        <w:tc>
          <w:tcPr>
            <w:tcW w:w="3432" w:type="dxa"/>
            <w:shd w:val="clear" w:color="auto" w:fill="FFFFFF"/>
            <w:tcMar>
              <w:top w:w="70" w:type="dxa"/>
              <w:left w:w="90" w:type="dxa"/>
              <w:bottom w:w="70" w:type="dxa"/>
              <w:right w:w="90" w:type="dxa"/>
            </w:tcMar>
            <w:vAlign w:val="center"/>
          </w:tcPr>
          <w:p w14:paraId="43E400C1" w14:textId="77777777" w:rsidR="00E31F86" w:rsidRDefault="002A21E9">
            <w:pPr>
              <w:spacing w:after="0" w:line="252" w:lineRule="auto"/>
            </w:pPr>
            <w:r>
              <w:rPr>
                <w:b/>
                <w:color w:val="1F2937"/>
              </w:rPr>
              <w:t>[Outcome]</w:t>
            </w:r>
          </w:p>
        </w:tc>
        <w:tc>
          <w:tcPr>
            <w:tcW w:w="2921" w:type="dxa"/>
            <w:shd w:val="clear" w:color="auto" w:fill="FFFFFF"/>
            <w:tcMar>
              <w:top w:w="70" w:type="dxa"/>
              <w:left w:w="90" w:type="dxa"/>
              <w:bottom w:w="70" w:type="dxa"/>
              <w:right w:w="90" w:type="dxa"/>
            </w:tcMar>
            <w:vAlign w:val="center"/>
          </w:tcPr>
          <w:p w14:paraId="1CFDB865" w14:textId="77777777" w:rsidR="00E31F86" w:rsidRDefault="002A21E9">
            <w:pPr>
              <w:spacing w:after="0" w:line="252" w:lineRule="auto"/>
            </w:pPr>
            <w:r>
              <w:rPr>
                <w:color w:val="1F2937"/>
              </w:rPr>
              <w:t>[Measure]</w:t>
            </w:r>
          </w:p>
        </w:tc>
        <w:tc>
          <w:tcPr>
            <w:tcW w:w="1752" w:type="dxa"/>
            <w:shd w:val="clear" w:color="auto" w:fill="FFFFFF"/>
            <w:tcMar>
              <w:top w:w="70" w:type="dxa"/>
              <w:left w:w="90" w:type="dxa"/>
              <w:bottom w:w="70" w:type="dxa"/>
              <w:right w:w="90" w:type="dxa"/>
            </w:tcMar>
            <w:vAlign w:val="center"/>
          </w:tcPr>
          <w:p w14:paraId="4C97B91B" w14:textId="77777777" w:rsidR="00E31F86" w:rsidRDefault="002A21E9">
            <w:pPr>
              <w:spacing w:after="0" w:line="252" w:lineRule="auto"/>
            </w:pPr>
            <w:r>
              <w:rPr>
                <w:color w:val="1F2937"/>
              </w:rPr>
              <w:t>[Date]</w:t>
            </w:r>
          </w:p>
        </w:tc>
        <w:tc>
          <w:tcPr>
            <w:tcW w:w="2263" w:type="dxa"/>
            <w:shd w:val="clear" w:color="auto" w:fill="FFFFFF"/>
            <w:tcMar>
              <w:top w:w="70" w:type="dxa"/>
              <w:left w:w="90" w:type="dxa"/>
              <w:bottom w:w="70" w:type="dxa"/>
              <w:right w:w="90" w:type="dxa"/>
            </w:tcMar>
            <w:vAlign w:val="center"/>
          </w:tcPr>
          <w:p w14:paraId="73A52669" w14:textId="77777777" w:rsidR="00E31F86" w:rsidRDefault="002A21E9">
            <w:pPr>
              <w:spacing w:after="0" w:line="252" w:lineRule="auto"/>
            </w:pPr>
            <w:r>
              <w:rPr>
                <w:color w:val="1F2937"/>
              </w:rPr>
              <w:t>[Owner]</w:t>
            </w:r>
          </w:p>
        </w:tc>
      </w:tr>
    </w:tbl>
    <w:p w14:paraId="482BF81E" w14:textId="77777777" w:rsidR="00AD192A" w:rsidRDefault="000D41E6">
      <w:pPr>
        <w:pStyle w:val="Heading3"/>
      </w:pPr>
      <w:r>
        <w:rPr>
          <w:color w:val="13294B"/>
          <w:sz w:val="24"/>
        </w:rPr>
        <w:t>Closure Requirements</w:t>
      </w:r>
    </w:p>
    <w:p w14:paraId="59DA808C" w14:textId="77777777" w:rsidR="00AD192A" w:rsidRDefault="002A21E9">
      <w:sdt>
        <w:sdtPr>
          <w:alias w:val="Closure requirement: Deliverables accepted"/>
          <w:tag w:val="selection_34_deliverables_accepted"/>
          <w:id w:val="71033"/>
          <w14:checkbox>
            <w14:checked w14:val="0"/>
            <w14:checkedState w14:val="2612" w14:font="MS Gothic"/>
            <w14:uncheckedState w14:val="2610" w14:font="MS Gothic"/>
          </w14:checkbox>
        </w:sdtPr>
        <w:sdtEndPr/>
        <w:sdtContent>
          <w:r w:rsidR="000D41E6">
            <w:t>☐</w:t>
          </w:r>
        </w:sdtContent>
      </w:sdt>
      <w:r w:rsidR="000D41E6">
        <w:t xml:space="preserve"> Deliverables accepted   </w:t>
      </w:r>
      <w:sdt>
        <w:sdtPr>
          <w:alias w:val="Closure requirement: Operational transition complete"/>
          <w:tag w:val="selection_35_operational_transition_complete"/>
          <w:id w:val="71034"/>
          <w14:checkbox>
            <w14:checked w14:val="0"/>
            <w14:checkedState w14:val="2612" w14:font="MS Gothic"/>
            <w14:uncheckedState w14:val="2610" w14:font="MS Gothic"/>
          </w14:checkbox>
        </w:sdtPr>
        <w:sdtEndPr/>
        <w:sdtContent>
          <w:r w:rsidR="000D41E6">
            <w:t>☐</w:t>
          </w:r>
        </w:sdtContent>
      </w:sdt>
      <w:r w:rsidR="000D41E6">
        <w:t xml:space="preserve"> Operational transition complete   </w:t>
      </w:r>
      <w:sdt>
        <w:sdtPr>
          <w:alias w:val="Closure requirement: Open items transferred"/>
          <w:tag w:val="selection_36_open_items_transferred"/>
          <w:id w:val="71035"/>
          <w14:checkbox>
            <w14:checked w14:val="0"/>
            <w14:checkedState w14:val="2612" w14:font="MS Gothic"/>
            <w14:uncheckedState w14:val="2610" w14:font="MS Gothic"/>
          </w14:checkbox>
        </w:sdtPr>
        <w:sdtEndPr/>
        <w:sdtContent>
          <w:r w:rsidR="000D41E6">
            <w:t>☐</w:t>
          </w:r>
        </w:sdtContent>
      </w:sdt>
      <w:r w:rsidR="000D41E6">
        <w:t xml:space="preserve"> Open items transferred   </w:t>
      </w:r>
      <w:sdt>
        <w:sdtPr>
          <w:alias w:val="Closure requirement: Lessons Learned completed"/>
          <w:tag w:val="selection_37_lessons_learned_completed"/>
          <w:id w:val="71036"/>
          <w14:checkbox>
            <w14:checked w14:val="0"/>
            <w14:checkedState w14:val="2612" w14:font="MS Gothic"/>
            <w14:uncheckedState w14:val="2610" w14:font="MS Gothic"/>
          </w14:checkbox>
        </w:sdtPr>
        <w:sdtEndPr/>
        <w:sdtContent>
          <w:r w:rsidR="000D41E6">
            <w:t>☐</w:t>
          </w:r>
        </w:sdtContent>
      </w:sdt>
      <w:r w:rsidR="000D41E6">
        <w:t xml:space="preserve"> Lessons Learned completed   </w:t>
      </w:r>
      <w:sdt>
        <w:sdtPr>
          <w:alias w:val="Closure requirement: Project Summary completed"/>
          <w:tag w:val="selection_38_project_summary_completed"/>
          <w:id w:val="71037"/>
          <w14:checkbox>
            <w14:checked w14:val="0"/>
            <w14:checkedState w14:val="2612" w14:font="MS Gothic"/>
            <w14:uncheckedState w14:val="2610" w14:font="MS Gothic"/>
          </w14:checkbox>
        </w:sdtPr>
        <w:sdtEndPr/>
        <w:sdtContent>
          <w:r w:rsidR="000D41E6">
            <w:t>☐</w:t>
          </w:r>
        </w:sdtContent>
      </w:sdt>
      <w:r w:rsidR="000D41E6">
        <w:t xml:space="preserve"> Project Summary completed   </w:t>
      </w:r>
      <w:sdt>
        <w:sdtPr>
          <w:alias w:val="Closure requirement: Closure Checklist completed"/>
          <w:tag w:val="selection_39_closure_checklist_completed"/>
          <w:id w:val="71038"/>
          <w14:checkbox>
            <w14:checked w14:val="0"/>
            <w14:checkedState w14:val="2612" w14:font="MS Gothic"/>
            <w14:uncheckedState w14:val="2610" w14:font="MS Gothic"/>
          </w14:checkbox>
        </w:sdtPr>
        <w:sdtEndPr/>
        <w:sdtContent>
          <w:r w:rsidR="000D41E6">
            <w:t>☐</w:t>
          </w:r>
        </w:sdtContent>
      </w:sdt>
      <w:r w:rsidR="000D41E6">
        <w:t xml:space="preserve"> Closure Checklist completed   </w:t>
      </w:r>
      <w:sdt>
        <w:sdtPr>
          <w:alias w:val="Closure requirement: TDX project record finalized"/>
          <w:tag w:val="selection_40_tdx_project_record_finalized"/>
          <w:id w:val="71039"/>
          <w14:checkbox>
            <w14:checked w14:val="0"/>
            <w14:checkedState w14:val="2612" w14:font="MS Gothic"/>
            <w14:uncheckedState w14:val="2610" w14:font="MS Gothic"/>
          </w14:checkbox>
        </w:sdtPr>
        <w:sdtEndPr/>
        <w:sdtContent>
          <w:r w:rsidR="000D41E6">
            <w:t>☐</w:t>
          </w:r>
        </w:sdtContent>
      </w:sdt>
      <w:r w:rsidR="000D41E6">
        <w:t xml:space="preserve"> TDX project record finalized</w:t>
      </w:r>
    </w:p>
    <w:p w14:paraId="2E82590C" w14:textId="77777777" w:rsidR="00AD192A" w:rsidRDefault="000D41E6">
      <w:pPr>
        <w:pStyle w:val="Heading2"/>
      </w:pPr>
      <w:r>
        <w:rPr>
          <w:sz w:val="32"/>
        </w:rPr>
        <w:t>11. Project Artifact Register</w:t>
      </w:r>
    </w:p>
    <w:p w14:paraId="599EE132" w14:textId="77777777" w:rsidR="00AD192A" w:rsidRDefault="000D41E6">
      <w:pPr>
        <w:spacing w:after="80"/>
      </w:pPr>
      <w:r>
        <w:rPr>
          <w:i/>
          <w:color w:val="6B7280"/>
          <w:sz w:val="17"/>
        </w:rPr>
        <w:t>Use this register as the navigation hub for the project. Mark each artifact Required, As Needed, or Not Applicable. Do not include the Project Plan itself. Reference the authoritative location rather than duplicating content.</w:t>
      </w:r>
    </w:p>
    <w:tbl>
      <w:tblPr>
        <w:tblW w:w="10368"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Caption w:val="Project artifact register"/>
        <w:tblDescription w:val="Required or optional project artifacts, owners, and locations."/>
      </w:tblPr>
      <w:tblGrid>
        <w:gridCol w:w="4673"/>
        <w:gridCol w:w="1460"/>
        <w:gridCol w:w="1460"/>
        <w:gridCol w:w="2775"/>
      </w:tblGrid>
      <w:tr w:rsidR="00AD192A" w14:paraId="231146B0" w14:textId="77777777">
        <w:trPr>
          <w:tblHeader/>
          <w:jc w:val="center"/>
        </w:trPr>
        <w:tc>
          <w:tcPr>
            <w:tcW w:w="4673" w:type="dxa"/>
            <w:shd w:val="clear" w:color="auto" w:fill="13294B"/>
            <w:tcMar>
              <w:top w:w="70" w:type="dxa"/>
              <w:left w:w="90" w:type="dxa"/>
              <w:bottom w:w="70" w:type="dxa"/>
              <w:right w:w="90" w:type="dxa"/>
            </w:tcMar>
            <w:vAlign w:val="center"/>
          </w:tcPr>
          <w:p w14:paraId="3F323213" w14:textId="77777777" w:rsidR="00AD192A" w:rsidRDefault="000D41E6">
            <w:pPr>
              <w:spacing w:after="0" w:line="252" w:lineRule="auto"/>
              <w:jc w:val="center"/>
            </w:pPr>
            <w:r>
              <w:rPr>
                <w:b/>
                <w:color w:val="FFFFFF"/>
                <w:sz w:val="17"/>
              </w:rPr>
              <w:t>Project Artifact</w:t>
            </w:r>
          </w:p>
        </w:tc>
        <w:tc>
          <w:tcPr>
            <w:tcW w:w="1460" w:type="dxa"/>
            <w:shd w:val="clear" w:color="auto" w:fill="13294B"/>
            <w:tcMar>
              <w:top w:w="70" w:type="dxa"/>
              <w:left w:w="90" w:type="dxa"/>
              <w:bottom w:w="70" w:type="dxa"/>
              <w:right w:w="90" w:type="dxa"/>
            </w:tcMar>
            <w:vAlign w:val="center"/>
          </w:tcPr>
          <w:p w14:paraId="03B7E6DC" w14:textId="77777777" w:rsidR="00AD192A" w:rsidRDefault="000D41E6">
            <w:pPr>
              <w:spacing w:after="0" w:line="252" w:lineRule="auto"/>
              <w:jc w:val="center"/>
            </w:pPr>
            <w:r>
              <w:rPr>
                <w:b/>
                <w:color w:val="FFFFFF"/>
                <w:sz w:val="17"/>
              </w:rPr>
              <w:t>Required?</w:t>
            </w:r>
          </w:p>
        </w:tc>
        <w:tc>
          <w:tcPr>
            <w:tcW w:w="1460" w:type="dxa"/>
            <w:shd w:val="clear" w:color="auto" w:fill="13294B"/>
            <w:tcMar>
              <w:top w:w="70" w:type="dxa"/>
              <w:left w:w="90" w:type="dxa"/>
              <w:bottom w:w="70" w:type="dxa"/>
              <w:right w:w="90" w:type="dxa"/>
            </w:tcMar>
            <w:vAlign w:val="center"/>
          </w:tcPr>
          <w:p w14:paraId="4120453D" w14:textId="77777777" w:rsidR="00AD192A" w:rsidRDefault="000D41E6">
            <w:pPr>
              <w:spacing w:after="0" w:line="252" w:lineRule="auto"/>
              <w:jc w:val="center"/>
            </w:pPr>
            <w:r>
              <w:rPr>
                <w:b/>
                <w:color w:val="FFFFFF"/>
                <w:sz w:val="17"/>
              </w:rPr>
              <w:t>Owner</w:t>
            </w:r>
          </w:p>
        </w:tc>
        <w:tc>
          <w:tcPr>
            <w:tcW w:w="2775" w:type="dxa"/>
            <w:shd w:val="clear" w:color="auto" w:fill="13294B"/>
            <w:tcMar>
              <w:top w:w="70" w:type="dxa"/>
              <w:left w:w="90" w:type="dxa"/>
              <w:bottom w:w="70" w:type="dxa"/>
              <w:right w:w="90" w:type="dxa"/>
            </w:tcMar>
            <w:vAlign w:val="center"/>
          </w:tcPr>
          <w:p w14:paraId="0E0CFB4C" w14:textId="77777777" w:rsidR="00AD192A" w:rsidRDefault="000D41E6">
            <w:pPr>
              <w:spacing w:after="0" w:line="252" w:lineRule="auto"/>
              <w:jc w:val="center"/>
            </w:pPr>
            <w:r>
              <w:rPr>
                <w:b/>
                <w:color w:val="FFFFFF"/>
                <w:sz w:val="17"/>
              </w:rPr>
              <w:t>Location / Link</w:t>
            </w:r>
          </w:p>
        </w:tc>
      </w:tr>
      <w:tr w:rsidR="00AD192A" w14:paraId="7FF816B2" w14:textId="77777777">
        <w:trPr>
          <w:jc w:val="center"/>
        </w:trPr>
        <w:tc>
          <w:tcPr>
            <w:tcW w:w="4673" w:type="dxa"/>
            <w:shd w:val="clear" w:color="auto" w:fill="FFFFFF"/>
            <w:tcMar>
              <w:top w:w="70" w:type="dxa"/>
              <w:left w:w="90" w:type="dxa"/>
              <w:bottom w:w="70" w:type="dxa"/>
              <w:right w:w="90" w:type="dxa"/>
            </w:tcMar>
            <w:vAlign w:val="center"/>
          </w:tcPr>
          <w:p w14:paraId="68D18AA1" w14:textId="77777777" w:rsidR="00AD192A" w:rsidRDefault="000D41E6">
            <w:pPr>
              <w:spacing w:after="0" w:line="252" w:lineRule="auto"/>
            </w:pPr>
            <w:r>
              <w:rPr>
                <w:b/>
                <w:color w:val="1F2937"/>
                <w:sz w:val="17"/>
              </w:rPr>
              <w:t>Project Proposal</w:t>
            </w:r>
          </w:p>
        </w:tc>
        <w:tc>
          <w:tcPr>
            <w:tcW w:w="1460" w:type="dxa"/>
            <w:shd w:val="clear" w:color="auto" w:fill="FFFFFF"/>
            <w:tcMar>
              <w:top w:w="70" w:type="dxa"/>
              <w:left w:w="90" w:type="dxa"/>
              <w:bottom w:w="70" w:type="dxa"/>
              <w:right w:w="90" w:type="dxa"/>
            </w:tcMar>
            <w:vAlign w:val="center"/>
          </w:tcPr>
          <w:p w14:paraId="49C02146" w14:textId="77777777" w:rsidR="00AD192A" w:rsidRDefault="000D41E6">
            <w:pPr>
              <w:spacing w:after="0" w:line="252" w:lineRule="auto"/>
            </w:pPr>
            <w:r>
              <w:rPr>
                <w:color w:val="1F2937"/>
                <w:sz w:val="17"/>
              </w:rPr>
              <w:t>As Needed</w:t>
            </w:r>
          </w:p>
        </w:tc>
        <w:tc>
          <w:tcPr>
            <w:tcW w:w="1460" w:type="dxa"/>
            <w:shd w:val="clear" w:color="auto" w:fill="FFFFFF"/>
            <w:tcMar>
              <w:top w:w="70" w:type="dxa"/>
              <w:left w:w="90" w:type="dxa"/>
              <w:bottom w:w="70" w:type="dxa"/>
              <w:right w:w="90" w:type="dxa"/>
            </w:tcMar>
            <w:vAlign w:val="center"/>
          </w:tcPr>
          <w:p w14:paraId="6AC94BA6" w14:textId="77777777" w:rsidR="00AD192A" w:rsidRDefault="002A21E9">
            <w:pPr>
              <w:spacing w:after="0" w:line="252" w:lineRule="auto"/>
            </w:pPr>
            <w:sdt>
              <w:sdtPr>
                <w:alias w:val="Project Proposal Owner"/>
                <w:tag w:val="project_proposal_owner"/>
                <w:id w:val="71237"/>
                <w:text/>
              </w:sdtPr>
              <w:sdtEndPr/>
              <w:sdtContent>
                <w:r w:rsidR="000D41E6">
                  <w:rPr>
                    <w:color w:val="111827"/>
                    <w:sz w:val="17"/>
                  </w:rPr>
                  <w:t>[Owner]</w:t>
                </w:r>
              </w:sdtContent>
            </w:sdt>
          </w:p>
        </w:tc>
        <w:tc>
          <w:tcPr>
            <w:tcW w:w="2775" w:type="dxa"/>
            <w:shd w:val="clear" w:color="auto" w:fill="FFFFFF"/>
            <w:tcMar>
              <w:top w:w="70" w:type="dxa"/>
              <w:left w:w="90" w:type="dxa"/>
              <w:bottom w:w="70" w:type="dxa"/>
              <w:right w:w="90" w:type="dxa"/>
            </w:tcMar>
            <w:vAlign w:val="center"/>
          </w:tcPr>
          <w:p w14:paraId="47681B9C" w14:textId="77777777" w:rsidR="00AD192A" w:rsidRDefault="002A21E9">
            <w:pPr>
              <w:spacing w:after="0" w:line="252" w:lineRule="auto"/>
            </w:pPr>
            <w:sdt>
              <w:sdtPr>
                <w:alias w:val="Project Proposal Location / Link"/>
                <w:tag w:val="project_proposal_location_link"/>
                <w:id w:val="71238"/>
                <w:text/>
              </w:sdtPr>
              <w:sdtEndPr/>
              <w:sdtContent>
                <w:r w:rsidR="000D41E6">
                  <w:rPr>
                    <w:color w:val="111827"/>
                    <w:sz w:val="17"/>
                  </w:rPr>
                  <w:t>[Location / link]</w:t>
                </w:r>
              </w:sdtContent>
            </w:sdt>
          </w:p>
        </w:tc>
      </w:tr>
      <w:tr w:rsidR="00AD192A" w14:paraId="7230011C" w14:textId="77777777">
        <w:trPr>
          <w:jc w:val="center"/>
        </w:trPr>
        <w:tc>
          <w:tcPr>
            <w:tcW w:w="4673" w:type="dxa"/>
            <w:shd w:val="clear" w:color="auto" w:fill="F3F6FA"/>
            <w:tcMar>
              <w:top w:w="70" w:type="dxa"/>
              <w:left w:w="90" w:type="dxa"/>
              <w:bottom w:w="70" w:type="dxa"/>
              <w:right w:w="90" w:type="dxa"/>
            </w:tcMar>
            <w:vAlign w:val="center"/>
          </w:tcPr>
          <w:p w14:paraId="6B8BA17F" w14:textId="77777777" w:rsidR="00AD192A" w:rsidRDefault="000D41E6">
            <w:pPr>
              <w:spacing w:after="0" w:line="252" w:lineRule="auto"/>
            </w:pPr>
            <w:r>
              <w:rPr>
                <w:b/>
                <w:color w:val="1F2937"/>
                <w:sz w:val="17"/>
              </w:rPr>
              <w:t>Project Charter</w:t>
            </w:r>
          </w:p>
        </w:tc>
        <w:tc>
          <w:tcPr>
            <w:tcW w:w="1460" w:type="dxa"/>
            <w:shd w:val="clear" w:color="auto" w:fill="F3F6FA"/>
            <w:tcMar>
              <w:top w:w="70" w:type="dxa"/>
              <w:left w:w="90" w:type="dxa"/>
              <w:bottom w:w="70" w:type="dxa"/>
              <w:right w:w="90" w:type="dxa"/>
            </w:tcMar>
            <w:vAlign w:val="center"/>
          </w:tcPr>
          <w:p w14:paraId="66BF88A2" w14:textId="77777777" w:rsidR="00AD192A" w:rsidRDefault="000D41E6">
            <w:pPr>
              <w:spacing w:after="0" w:line="252" w:lineRule="auto"/>
            </w:pPr>
            <w:r>
              <w:rPr>
                <w:color w:val="1F2937"/>
                <w:sz w:val="17"/>
              </w:rPr>
              <w:t>Required</w:t>
            </w:r>
          </w:p>
        </w:tc>
        <w:tc>
          <w:tcPr>
            <w:tcW w:w="1460" w:type="dxa"/>
            <w:shd w:val="clear" w:color="auto" w:fill="F3F6FA"/>
            <w:tcMar>
              <w:top w:w="70" w:type="dxa"/>
              <w:left w:w="90" w:type="dxa"/>
              <w:bottom w:w="70" w:type="dxa"/>
              <w:right w:w="90" w:type="dxa"/>
            </w:tcMar>
            <w:vAlign w:val="center"/>
          </w:tcPr>
          <w:p w14:paraId="5CE9A6A9" w14:textId="77777777" w:rsidR="00AD192A" w:rsidRDefault="002A21E9">
            <w:pPr>
              <w:spacing w:after="0" w:line="252" w:lineRule="auto"/>
            </w:pPr>
            <w:sdt>
              <w:sdtPr>
                <w:alias w:val="Project Charter Owner"/>
                <w:tag w:val="project_charter_owner"/>
                <w:id w:val="71239"/>
                <w:text/>
              </w:sdtPr>
              <w:sdtEndPr/>
              <w:sdtContent>
                <w:r w:rsidR="000D41E6">
                  <w:rPr>
                    <w:color w:val="111827"/>
                    <w:sz w:val="17"/>
                  </w:rPr>
                  <w:t>[Owner]</w:t>
                </w:r>
              </w:sdtContent>
            </w:sdt>
          </w:p>
        </w:tc>
        <w:tc>
          <w:tcPr>
            <w:tcW w:w="2775" w:type="dxa"/>
            <w:shd w:val="clear" w:color="auto" w:fill="F3F6FA"/>
            <w:tcMar>
              <w:top w:w="70" w:type="dxa"/>
              <w:left w:w="90" w:type="dxa"/>
              <w:bottom w:w="70" w:type="dxa"/>
              <w:right w:w="90" w:type="dxa"/>
            </w:tcMar>
            <w:vAlign w:val="center"/>
          </w:tcPr>
          <w:p w14:paraId="0AAB8C3F" w14:textId="77777777" w:rsidR="00AD192A" w:rsidRDefault="002A21E9">
            <w:pPr>
              <w:spacing w:after="0" w:line="252" w:lineRule="auto"/>
            </w:pPr>
            <w:sdt>
              <w:sdtPr>
                <w:alias w:val="Project Charter Location / Link"/>
                <w:tag w:val="project_charter_location_link"/>
                <w:id w:val="71240"/>
                <w:text/>
              </w:sdtPr>
              <w:sdtEndPr/>
              <w:sdtContent>
                <w:r w:rsidR="000D41E6">
                  <w:rPr>
                    <w:color w:val="111827"/>
                    <w:sz w:val="17"/>
                  </w:rPr>
                  <w:t>[Location / link]</w:t>
                </w:r>
              </w:sdtContent>
            </w:sdt>
          </w:p>
        </w:tc>
      </w:tr>
      <w:tr w:rsidR="00AD192A" w14:paraId="0445342C" w14:textId="77777777">
        <w:trPr>
          <w:jc w:val="center"/>
        </w:trPr>
        <w:tc>
          <w:tcPr>
            <w:tcW w:w="4673" w:type="dxa"/>
            <w:shd w:val="clear" w:color="auto" w:fill="FFFFFF"/>
            <w:tcMar>
              <w:top w:w="70" w:type="dxa"/>
              <w:left w:w="90" w:type="dxa"/>
              <w:bottom w:w="70" w:type="dxa"/>
              <w:right w:w="90" w:type="dxa"/>
            </w:tcMar>
            <w:vAlign w:val="center"/>
          </w:tcPr>
          <w:p w14:paraId="36A7802A" w14:textId="77777777" w:rsidR="00AD192A" w:rsidRDefault="000D41E6">
            <w:pPr>
              <w:spacing w:after="0" w:line="252" w:lineRule="auto"/>
            </w:pPr>
            <w:r>
              <w:rPr>
                <w:b/>
                <w:color w:val="1F2937"/>
                <w:sz w:val="17"/>
              </w:rPr>
              <w:t>Project Team Roles &amp; Responsibilities</w:t>
            </w:r>
          </w:p>
        </w:tc>
        <w:tc>
          <w:tcPr>
            <w:tcW w:w="1460" w:type="dxa"/>
            <w:shd w:val="clear" w:color="auto" w:fill="FFFFFF"/>
            <w:tcMar>
              <w:top w:w="70" w:type="dxa"/>
              <w:left w:w="90" w:type="dxa"/>
              <w:bottom w:w="70" w:type="dxa"/>
              <w:right w:w="90" w:type="dxa"/>
            </w:tcMar>
            <w:vAlign w:val="center"/>
          </w:tcPr>
          <w:p w14:paraId="52ECA1CD" w14:textId="77777777" w:rsidR="00AD192A" w:rsidRDefault="000D41E6">
            <w:pPr>
              <w:spacing w:after="0" w:line="252" w:lineRule="auto"/>
            </w:pPr>
            <w:r>
              <w:rPr>
                <w:color w:val="1F2937"/>
                <w:sz w:val="17"/>
              </w:rPr>
              <w:t>As Needed</w:t>
            </w:r>
          </w:p>
        </w:tc>
        <w:tc>
          <w:tcPr>
            <w:tcW w:w="1460" w:type="dxa"/>
            <w:shd w:val="clear" w:color="auto" w:fill="FFFFFF"/>
            <w:tcMar>
              <w:top w:w="70" w:type="dxa"/>
              <w:left w:w="90" w:type="dxa"/>
              <w:bottom w:w="70" w:type="dxa"/>
              <w:right w:w="90" w:type="dxa"/>
            </w:tcMar>
            <w:vAlign w:val="center"/>
          </w:tcPr>
          <w:p w14:paraId="5B080771" w14:textId="77777777" w:rsidR="00AD192A" w:rsidRDefault="002A21E9">
            <w:pPr>
              <w:spacing w:after="0" w:line="252" w:lineRule="auto"/>
            </w:pPr>
            <w:sdt>
              <w:sdtPr>
                <w:alias w:val="Project Team Roles &amp; Responsibilities Owner"/>
                <w:tag w:val="project_team_roles_responsibilities_owner"/>
                <w:id w:val="71241"/>
                <w:text/>
              </w:sdtPr>
              <w:sdtEndPr/>
              <w:sdtContent>
                <w:r w:rsidR="000D41E6">
                  <w:rPr>
                    <w:color w:val="111827"/>
                    <w:sz w:val="17"/>
                  </w:rPr>
                  <w:t>[Owner]</w:t>
                </w:r>
              </w:sdtContent>
            </w:sdt>
          </w:p>
        </w:tc>
        <w:tc>
          <w:tcPr>
            <w:tcW w:w="2775" w:type="dxa"/>
            <w:shd w:val="clear" w:color="auto" w:fill="FFFFFF"/>
            <w:tcMar>
              <w:top w:w="70" w:type="dxa"/>
              <w:left w:w="90" w:type="dxa"/>
              <w:bottom w:w="70" w:type="dxa"/>
              <w:right w:w="90" w:type="dxa"/>
            </w:tcMar>
            <w:vAlign w:val="center"/>
          </w:tcPr>
          <w:p w14:paraId="5E126F50" w14:textId="77777777" w:rsidR="00AD192A" w:rsidRDefault="002A21E9">
            <w:pPr>
              <w:spacing w:after="0" w:line="252" w:lineRule="auto"/>
            </w:pPr>
            <w:sdt>
              <w:sdtPr>
                <w:alias w:val="Project Team Roles &amp; Responsibilities Location / Link"/>
                <w:tag w:val="project_team_roles_responsibilities_location_link"/>
                <w:id w:val="71242"/>
                <w:text/>
              </w:sdtPr>
              <w:sdtEndPr/>
              <w:sdtContent>
                <w:r w:rsidR="000D41E6">
                  <w:rPr>
                    <w:color w:val="111827"/>
                    <w:sz w:val="17"/>
                  </w:rPr>
                  <w:t>[Location / link]</w:t>
                </w:r>
              </w:sdtContent>
            </w:sdt>
          </w:p>
        </w:tc>
      </w:tr>
      <w:tr w:rsidR="00AD192A" w14:paraId="597205D3" w14:textId="77777777">
        <w:trPr>
          <w:jc w:val="center"/>
        </w:trPr>
        <w:tc>
          <w:tcPr>
            <w:tcW w:w="4673" w:type="dxa"/>
            <w:shd w:val="clear" w:color="auto" w:fill="F3F6FA"/>
            <w:tcMar>
              <w:top w:w="70" w:type="dxa"/>
              <w:left w:w="90" w:type="dxa"/>
              <w:bottom w:w="70" w:type="dxa"/>
              <w:right w:w="90" w:type="dxa"/>
            </w:tcMar>
            <w:vAlign w:val="center"/>
          </w:tcPr>
          <w:p w14:paraId="6DEF22DF" w14:textId="77777777" w:rsidR="00AD192A" w:rsidRDefault="000D41E6">
            <w:pPr>
              <w:spacing w:after="0" w:line="252" w:lineRule="auto"/>
            </w:pPr>
            <w:r>
              <w:rPr>
                <w:b/>
                <w:color w:val="1F2937"/>
                <w:sz w:val="17"/>
              </w:rPr>
              <w:t>Stakeholder Analysis</w:t>
            </w:r>
          </w:p>
        </w:tc>
        <w:tc>
          <w:tcPr>
            <w:tcW w:w="1460" w:type="dxa"/>
            <w:shd w:val="clear" w:color="auto" w:fill="F3F6FA"/>
            <w:tcMar>
              <w:top w:w="70" w:type="dxa"/>
              <w:left w:w="90" w:type="dxa"/>
              <w:bottom w:w="70" w:type="dxa"/>
              <w:right w:w="90" w:type="dxa"/>
            </w:tcMar>
            <w:vAlign w:val="center"/>
          </w:tcPr>
          <w:p w14:paraId="0A19A945" w14:textId="77777777" w:rsidR="00AD192A" w:rsidRDefault="000D41E6">
            <w:pPr>
              <w:spacing w:after="0" w:line="252" w:lineRule="auto"/>
            </w:pPr>
            <w:r>
              <w:rPr>
                <w:color w:val="1F2937"/>
                <w:sz w:val="17"/>
              </w:rPr>
              <w:t>As Needed</w:t>
            </w:r>
          </w:p>
        </w:tc>
        <w:tc>
          <w:tcPr>
            <w:tcW w:w="1460" w:type="dxa"/>
            <w:shd w:val="clear" w:color="auto" w:fill="F3F6FA"/>
            <w:tcMar>
              <w:top w:w="70" w:type="dxa"/>
              <w:left w:w="90" w:type="dxa"/>
              <w:bottom w:w="70" w:type="dxa"/>
              <w:right w:w="90" w:type="dxa"/>
            </w:tcMar>
            <w:vAlign w:val="center"/>
          </w:tcPr>
          <w:p w14:paraId="157F710B" w14:textId="77777777" w:rsidR="00AD192A" w:rsidRDefault="002A21E9">
            <w:pPr>
              <w:spacing w:after="0" w:line="252" w:lineRule="auto"/>
            </w:pPr>
            <w:sdt>
              <w:sdtPr>
                <w:alias w:val="Stakeholder Analysis Owner"/>
                <w:tag w:val="stakeholder_analysis_owner"/>
                <w:id w:val="71243"/>
                <w:text/>
              </w:sdtPr>
              <w:sdtEndPr/>
              <w:sdtContent>
                <w:r w:rsidR="000D41E6">
                  <w:rPr>
                    <w:color w:val="111827"/>
                    <w:sz w:val="17"/>
                  </w:rPr>
                  <w:t>[Owner]</w:t>
                </w:r>
              </w:sdtContent>
            </w:sdt>
          </w:p>
        </w:tc>
        <w:tc>
          <w:tcPr>
            <w:tcW w:w="2775" w:type="dxa"/>
            <w:shd w:val="clear" w:color="auto" w:fill="F3F6FA"/>
            <w:tcMar>
              <w:top w:w="70" w:type="dxa"/>
              <w:left w:w="90" w:type="dxa"/>
              <w:bottom w:w="70" w:type="dxa"/>
              <w:right w:w="90" w:type="dxa"/>
            </w:tcMar>
            <w:vAlign w:val="center"/>
          </w:tcPr>
          <w:p w14:paraId="55207695" w14:textId="77777777" w:rsidR="00AD192A" w:rsidRDefault="002A21E9">
            <w:pPr>
              <w:spacing w:after="0" w:line="252" w:lineRule="auto"/>
            </w:pPr>
            <w:sdt>
              <w:sdtPr>
                <w:alias w:val="Stakeholder Analysis Location / Link"/>
                <w:tag w:val="stakeholder_analysis_location_link"/>
                <w:id w:val="71244"/>
                <w:text/>
              </w:sdtPr>
              <w:sdtEndPr/>
              <w:sdtContent>
                <w:r w:rsidR="000D41E6">
                  <w:rPr>
                    <w:color w:val="111827"/>
                    <w:sz w:val="17"/>
                  </w:rPr>
                  <w:t>[Location / link]</w:t>
                </w:r>
              </w:sdtContent>
            </w:sdt>
          </w:p>
        </w:tc>
      </w:tr>
      <w:tr w:rsidR="00AD192A" w14:paraId="5689BB45" w14:textId="77777777">
        <w:trPr>
          <w:jc w:val="center"/>
        </w:trPr>
        <w:tc>
          <w:tcPr>
            <w:tcW w:w="4673" w:type="dxa"/>
            <w:shd w:val="clear" w:color="auto" w:fill="FFFFFF"/>
            <w:tcMar>
              <w:top w:w="70" w:type="dxa"/>
              <w:left w:w="90" w:type="dxa"/>
              <w:bottom w:w="70" w:type="dxa"/>
              <w:right w:w="90" w:type="dxa"/>
            </w:tcMar>
            <w:vAlign w:val="center"/>
          </w:tcPr>
          <w:p w14:paraId="06564560" w14:textId="77777777" w:rsidR="00AD192A" w:rsidRDefault="000D41E6">
            <w:pPr>
              <w:spacing w:after="0" w:line="252" w:lineRule="auto"/>
            </w:pPr>
            <w:r>
              <w:rPr>
                <w:b/>
                <w:color w:val="1F2937"/>
                <w:sz w:val="17"/>
              </w:rPr>
              <w:t>Communication Plan</w:t>
            </w:r>
          </w:p>
        </w:tc>
        <w:tc>
          <w:tcPr>
            <w:tcW w:w="1460" w:type="dxa"/>
            <w:shd w:val="clear" w:color="auto" w:fill="FFFFFF"/>
            <w:tcMar>
              <w:top w:w="70" w:type="dxa"/>
              <w:left w:w="90" w:type="dxa"/>
              <w:bottom w:w="70" w:type="dxa"/>
              <w:right w:w="90" w:type="dxa"/>
            </w:tcMar>
            <w:vAlign w:val="center"/>
          </w:tcPr>
          <w:p w14:paraId="36B01F8F" w14:textId="77777777" w:rsidR="00AD192A" w:rsidRDefault="000D41E6">
            <w:pPr>
              <w:spacing w:after="0" w:line="252" w:lineRule="auto"/>
            </w:pPr>
            <w:r>
              <w:rPr>
                <w:color w:val="1F2937"/>
                <w:sz w:val="17"/>
              </w:rPr>
              <w:t>As Needed</w:t>
            </w:r>
          </w:p>
        </w:tc>
        <w:tc>
          <w:tcPr>
            <w:tcW w:w="1460" w:type="dxa"/>
            <w:shd w:val="clear" w:color="auto" w:fill="FFFFFF"/>
            <w:tcMar>
              <w:top w:w="70" w:type="dxa"/>
              <w:left w:w="90" w:type="dxa"/>
              <w:bottom w:w="70" w:type="dxa"/>
              <w:right w:w="90" w:type="dxa"/>
            </w:tcMar>
            <w:vAlign w:val="center"/>
          </w:tcPr>
          <w:p w14:paraId="1DB786D2" w14:textId="77777777" w:rsidR="00AD192A" w:rsidRDefault="002A21E9">
            <w:pPr>
              <w:spacing w:after="0" w:line="252" w:lineRule="auto"/>
            </w:pPr>
            <w:sdt>
              <w:sdtPr>
                <w:alias w:val="Communication Plan Owner"/>
                <w:tag w:val="communication_plan_owner"/>
                <w:id w:val="71245"/>
                <w:text/>
              </w:sdtPr>
              <w:sdtEndPr/>
              <w:sdtContent>
                <w:r w:rsidR="000D41E6">
                  <w:rPr>
                    <w:color w:val="111827"/>
                    <w:sz w:val="17"/>
                  </w:rPr>
                  <w:t>[Owner]</w:t>
                </w:r>
              </w:sdtContent>
            </w:sdt>
          </w:p>
        </w:tc>
        <w:tc>
          <w:tcPr>
            <w:tcW w:w="2775" w:type="dxa"/>
            <w:shd w:val="clear" w:color="auto" w:fill="FFFFFF"/>
            <w:tcMar>
              <w:top w:w="70" w:type="dxa"/>
              <w:left w:w="90" w:type="dxa"/>
              <w:bottom w:w="70" w:type="dxa"/>
              <w:right w:w="90" w:type="dxa"/>
            </w:tcMar>
            <w:vAlign w:val="center"/>
          </w:tcPr>
          <w:p w14:paraId="24BBDFE9" w14:textId="77777777" w:rsidR="00AD192A" w:rsidRDefault="002A21E9">
            <w:pPr>
              <w:spacing w:after="0" w:line="252" w:lineRule="auto"/>
            </w:pPr>
            <w:sdt>
              <w:sdtPr>
                <w:alias w:val="Communication Plan Location / Link"/>
                <w:tag w:val="communication_plan_location_link"/>
                <w:id w:val="71246"/>
                <w:text/>
              </w:sdtPr>
              <w:sdtEndPr/>
              <w:sdtContent>
                <w:r w:rsidR="000D41E6">
                  <w:rPr>
                    <w:color w:val="111827"/>
                    <w:sz w:val="17"/>
                  </w:rPr>
                  <w:t>[Location / link]</w:t>
                </w:r>
              </w:sdtContent>
            </w:sdt>
          </w:p>
        </w:tc>
      </w:tr>
      <w:tr w:rsidR="00AD192A" w14:paraId="7F20ECD4" w14:textId="77777777">
        <w:trPr>
          <w:jc w:val="center"/>
        </w:trPr>
        <w:tc>
          <w:tcPr>
            <w:tcW w:w="4673" w:type="dxa"/>
            <w:shd w:val="clear" w:color="auto" w:fill="F3F6FA"/>
            <w:tcMar>
              <w:top w:w="70" w:type="dxa"/>
              <w:left w:w="90" w:type="dxa"/>
              <w:bottom w:w="70" w:type="dxa"/>
              <w:right w:w="90" w:type="dxa"/>
            </w:tcMar>
            <w:vAlign w:val="center"/>
          </w:tcPr>
          <w:p w14:paraId="7CE226CC" w14:textId="77777777" w:rsidR="00AD192A" w:rsidRDefault="000D41E6">
            <w:pPr>
              <w:spacing w:after="0" w:line="252" w:lineRule="auto"/>
            </w:pPr>
            <w:r>
              <w:rPr>
                <w:b/>
                <w:color w:val="1F2937"/>
                <w:sz w:val="17"/>
              </w:rPr>
              <w:t>Milestone Plan / Schedule</w:t>
            </w:r>
          </w:p>
        </w:tc>
        <w:tc>
          <w:tcPr>
            <w:tcW w:w="1460" w:type="dxa"/>
            <w:shd w:val="clear" w:color="auto" w:fill="F3F6FA"/>
            <w:tcMar>
              <w:top w:w="70" w:type="dxa"/>
              <w:left w:w="90" w:type="dxa"/>
              <w:bottom w:w="70" w:type="dxa"/>
              <w:right w:w="90" w:type="dxa"/>
            </w:tcMar>
            <w:vAlign w:val="center"/>
          </w:tcPr>
          <w:p w14:paraId="0AF74D0F" w14:textId="77777777" w:rsidR="00AD192A" w:rsidRDefault="000D41E6">
            <w:pPr>
              <w:spacing w:after="0" w:line="252" w:lineRule="auto"/>
            </w:pPr>
            <w:r>
              <w:rPr>
                <w:color w:val="1F2937"/>
                <w:sz w:val="17"/>
              </w:rPr>
              <w:t>Required</w:t>
            </w:r>
          </w:p>
        </w:tc>
        <w:tc>
          <w:tcPr>
            <w:tcW w:w="1460" w:type="dxa"/>
            <w:shd w:val="clear" w:color="auto" w:fill="F3F6FA"/>
            <w:tcMar>
              <w:top w:w="70" w:type="dxa"/>
              <w:left w:w="90" w:type="dxa"/>
              <w:bottom w:w="70" w:type="dxa"/>
              <w:right w:w="90" w:type="dxa"/>
            </w:tcMar>
            <w:vAlign w:val="center"/>
          </w:tcPr>
          <w:p w14:paraId="4C53F01F" w14:textId="77777777" w:rsidR="00AD192A" w:rsidRDefault="002A21E9">
            <w:pPr>
              <w:spacing w:after="0" w:line="252" w:lineRule="auto"/>
            </w:pPr>
            <w:sdt>
              <w:sdtPr>
                <w:alias w:val="Milestone Plan / Schedule Owner"/>
                <w:tag w:val="milestone_plan_schedule_owner"/>
                <w:id w:val="71247"/>
                <w:text/>
              </w:sdtPr>
              <w:sdtEndPr/>
              <w:sdtContent>
                <w:r w:rsidR="000D41E6">
                  <w:rPr>
                    <w:color w:val="111827"/>
                    <w:sz w:val="17"/>
                  </w:rPr>
                  <w:t>[Owner]</w:t>
                </w:r>
              </w:sdtContent>
            </w:sdt>
          </w:p>
        </w:tc>
        <w:tc>
          <w:tcPr>
            <w:tcW w:w="2775" w:type="dxa"/>
            <w:shd w:val="clear" w:color="auto" w:fill="F3F6FA"/>
            <w:tcMar>
              <w:top w:w="70" w:type="dxa"/>
              <w:left w:w="90" w:type="dxa"/>
              <w:bottom w:w="70" w:type="dxa"/>
              <w:right w:w="90" w:type="dxa"/>
            </w:tcMar>
            <w:vAlign w:val="center"/>
          </w:tcPr>
          <w:p w14:paraId="4B2FAD87" w14:textId="77777777" w:rsidR="00AD192A" w:rsidRDefault="002A21E9">
            <w:pPr>
              <w:spacing w:after="0" w:line="252" w:lineRule="auto"/>
            </w:pPr>
            <w:sdt>
              <w:sdtPr>
                <w:alias w:val="Milestone Plan / Schedule Location / Link"/>
                <w:tag w:val="milestone_plan_schedule_location_link"/>
                <w:id w:val="71248"/>
                <w:text/>
              </w:sdtPr>
              <w:sdtEndPr/>
              <w:sdtContent>
                <w:r w:rsidR="000D41E6">
                  <w:rPr>
                    <w:color w:val="111827"/>
                    <w:sz w:val="17"/>
                  </w:rPr>
                  <w:t>[Location / link]</w:t>
                </w:r>
              </w:sdtContent>
            </w:sdt>
          </w:p>
        </w:tc>
      </w:tr>
      <w:tr w:rsidR="00AD192A" w14:paraId="598E7E8A" w14:textId="77777777">
        <w:trPr>
          <w:jc w:val="center"/>
        </w:trPr>
        <w:tc>
          <w:tcPr>
            <w:tcW w:w="4673" w:type="dxa"/>
            <w:shd w:val="clear" w:color="auto" w:fill="FFFFFF"/>
            <w:tcMar>
              <w:top w:w="70" w:type="dxa"/>
              <w:left w:w="90" w:type="dxa"/>
              <w:bottom w:w="70" w:type="dxa"/>
              <w:right w:w="90" w:type="dxa"/>
            </w:tcMar>
            <w:vAlign w:val="center"/>
          </w:tcPr>
          <w:p w14:paraId="2D2A8A96" w14:textId="77777777" w:rsidR="00AD192A" w:rsidRDefault="000D41E6">
            <w:pPr>
              <w:spacing w:after="0" w:line="252" w:lineRule="auto"/>
            </w:pPr>
            <w:r>
              <w:rPr>
                <w:b/>
                <w:color w:val="1F2937"/>
                <w:sz w:val="17"/>
              </w:rPr>
              <w:t>RAID Log</w:t>
            </w:r>
          </w:p>
        </w:tc>
        <w:tc>
          <w:tcPr>
            <w:tcW w:w="1460" w:type="dxa"/>
            <w:shd w:val="clear" w:color="auto" w:fill="FFFFFF"/>
            <w:tcMar>
              <w:top w:w="70" w:type="dxa"/>
              <w:left w:w="90" w:type="dxa"/>
              <w:bottom w:w="70" w:type="dxa"/>
              <w:right w:w="90" w:type="dxa"/>
            </w:tcMar>
            <w:vAlign w:val="center"/>
          </w:tcPr>
          <w:p w14:paraId="541362D9" w14:textId="77777777" w:rsidR="00AD192A" w:rsidRDefault="000D41E6">
            <w:pPr>
              <w:spacing w:after="0" w:line="252" w:lineRule="auto"/>
            </w:pPr>
            <w:r>
              <w:rPr>
                <w:color w:val="1F2937"/>
                <w:sz w:val="17"/>
              </w:rPr>
              <w:t>Required</w:t>
            </w:r>
          </w:p>
        </w:tc>
        <w:tc>
          <w:tcPr>
            <w:tcW w:w="1460" w:type="dxa"/>
            <w:shd w:val="clear" w:color="auto" w:fill="FFFFFF"/>
            <w:tcMar>
              <w:top w:w="70" w:type="dxa"/>
              <w:left w:w="90" w:type="dxa"/>
              <w:bottom w:w="70" w:type="dxa"/>
              <w:right w:w="90" w:type="dxa"/>
            </w:tcMar>
            <w:vAlign w:val="center"/>
          </w:tcPr>
          <w:p w14:paraId="06C40E2E" w14:textId="77777777" w:rsidR="00AD192A" w:rsidRDefault="002A21E9">
            <w:pPr>
              <w:spacing w:after="0" w:line="252" w:lineRule="auto"/>
            </w:pPr>
            <w:sdt>
              <w:sdtPr>
                <w:alias w:val="RAID Log Owner"/>
                <w:tag w:val="raid_log_owner"/>
                <w:id w:val="71249"/>
                <w:text/>
              </w:sdtPr>
              <w:sdtEndPr/>
              <w:sdtContent>
                <w:r w:rsidR="000D41E6">
                  <w:rPr>
                    <w:color w:val="111827"/>
                    <w:sz w:val="17"/>
                  </w:rPr>
                  <w:t>[Owner]</w:t>
                </w:r>
              </w:sdtContent>
            </w:sdt>
          </w:p>
        </w:tc>
        <w:tc>
          <w:tcPr>
            <w:tcW w:w="2775" w:type="dxa"/>
            <w:shd w:val="clear" w:color="auto" w:fill="FFFFFF"/>
            <w:tcMar>
              <w:top w:w="70" w:type="dxa"/>
              <w:left w:w="90" w:type="dxa"/>
              <w:bottom w:w="70" w:type="dxa"/>
              <w:right w:w="90" w:type="dxa"/>
            </w:tcMar>
            <w:vAlign w:val="center"/>
          </w:tcPr>
          <w:p w14:paraId="2A60AB0B" w14:textId="77777777" w:rsidR="00AD192A" w:rsidRDefault="002A21E9">
            <w:pPr>
              <w:spacing w:after="0" w:line="252" w:lineRule="auto"/>
            </w:pPr>
            <w:sdt>
              <w:sdtPr>
                <w:alias w:val="RAID Log Location / Link"/>
                <w:tag w:val="raid_log_location_link"/>
                <w:id w:val="71250"/>
                <w:text/>
              </w:sdtPr>
              <w:sdtEndPr/>
              <w:sdtContent>
                <w:r w:rsidR="000D41E6">
                  <w:rPr>
                    <w:color w:val="111827"/>
                    <w:sz w:val="17"/>
                  </w:rPr>
                  <w:t>[Location / link]</w:t>
                </w:r>
              </w:sdtContent>
            </w:sdt>
          </w:p>
        </w:tc>
      </w:tr>
      <w:tr w:rsidR="00AD192A" w14:paraId="6A566450" w14:textId="77777777">
        <w:trPr>
          <w:jc w:val="center"/>
        </w:trPr>
        <w:tc>
          <w:tcPr>
            <w:tcW w:w="4673" w:type="dxa"/>
            <w:shd w:val="clear" w:color="auto" w:fill="F3F6FA"/>
            <w:tcMar>
              <w:top w:w="70" w:type="dxa"/>
              <w:left w:w="90" w:type="dxa"/>
              <w:bottom w:w="70" w:type="dxa"/>
              <w:right w:w="90" w:type="dxa"/>
            </w:tcMar>
            <w:vAlign w:val="center"/>
          </w:tcPr>
          <w:p w14:paraId="4A996127" w14:textId="77777777" w:rsidR="00AD192A" w:rsidRDefault="000D41E6">
            <w:pPr>
              <w:spacing w:after="0" w:line="252" w:lineRule="auto"/>
            </w:pPr>
            <w:r>
              <w:rPr>
                <w:b/>
                <w:color w:val="1F2937"/>
                <w:sz w:val="17"/>
              </w:rPr>
              <w:t>Risk Register</w:t>
            </w:r>
          </w:p>
        </w:tc>
        <w:tc>
          <w:tcPr>
            <w:tcW w:w="1460" w:type="dxa"/>
            <w:shd w:val="clear" w:color="auto" w:fill="F3F6FA"/>
            <w:tcMar>
              <w:top w:w="70" w:type="dxa"/>
              <w:left w:w="90" w:type="dxa"/>
              <w:bottom w:w="70" w:type="dxa"/>
              <w:right w:w="90" w:type="dxa"/>
            </w:tcMar>
            <w:vAlign w:val="center"/>
          </w:tcPr>
          <w:p w14:paraId="7930FA05" w14:textId="77777777" w:rsidR="00AD192A" w:rsidRDefault="000D41E6">
            <w:pPr>
              <w:spacing w:after="0" w:line="252" w:lineRule="auto"/>
            </w:pPr>
            <w:r>
              <w:rPr>
                <w:color w:val="1F2937"/>
                <w:sz w:val="17"/>
              </w:rPr>
              <w:t>As Needed</w:t>
            </w:r>
          </w:p>
        </w:tc>
        <w:tc>
          <w:tcPr>
            <w:tcW w:w="1460" w:type="dxa"/>
            <w:shd w:val="clear" w:color="auto" w:fill="F3F6FA"/>
            <w:tcMar>
              <w:top w:w="70" w:type="dxa"/>
              <w:left w:w="90" w:type="dxa"/>
              <w:bottom w:w="70" w:type="dxa"/>
              <w:right w:w="90" w:type="dxa"/>
            </w:tcMar>
            <w:vAlign w:val="center"/>
          </w:tcPr>
          <w:p w14:paraId="66F47E63" w14:textId="77777777" w:rsidR="00AD192A" w:rsidRDefault="002A21E9">
            <w:pPr>
              <w:spacing w:after="0" w:line="252" w:lineRule="auto"/>
            </w:pPr>
            <w:sdt>
              <w:sdtPr>
                <w:alias w:val="Risk Register Owner"/>
                <w:tag w:val="risk_register_owner"/>
                <w:id w:val="71251"/>
                <w:text/>
              </w:sdtPr>
              <w:sdtEndPr/>
              <w:sdtContent>
                <w:r w:rsidR="000D41E6">
                  <w:rPr>
                    <w:color w:val="111827"/>
                    <w:sz w:val="17"/>
                  </w:rPr>
                  <w:t>[Owner]</w:t>
                </w:r>
              </w:sdtContent>
            </w:sdt>
          </w:p>
        </w:tc>
        <w:tc>
          <w:tcPr>
            <w:tcW w:w="2775" w:type="dxa"/>
            <w:shd w:val="clear" w:color="auto" w:fill="F3F6FA"/>
            <w:tcMar>
              <w:top w:w="70" w:type="dxa"/>
              <w:left w:w="90" w:type="dxa"/>
              <w:bottom w:w="70" w:type="dxa"/>
              <w:right w:w="90" w:type="dxa"/>
            </w:tcMar>
            <w:vAlign w:val="center"/>
          </w:tcPr>
          <w:p w14:paraId="4CA17D72" w14:textId="77777777" w:rsidR="00AD192A" w:rsidRDefault="002A21E9">
            <w:pPr>
              <w:spacing w:after="0" w:line="252" w:lineRule="auto"/>
            </w:pPr>
            <w:sdt>
              <w:sdtPr>
                <w:alias w:val="Risk Register Location / Link"/>
                <w:tag w:val="risk_register_location_link"/>
                <w:id w:val="71252"/>
                <w:text/>
              </w:sdtPr>
              <w:sdtEndPr/>
              <w:sdtContent>
                <w:r w:rsidR="000D41E6">
                  <w:rPr>
                    <w:color w:val="111827"/>
                    <w:sz w:val="17"/>
                  </w:rPr>
                  <w:t>[Location / link]</w:t>
                </w:r>
              </w:sdtContent>
            </w:sdt>
          </w:p>
        </w:tc>
      </w:tr>
      <w:tr w:rsidR="00AD192A" w14:paraId="3D99791E" w14:textId="77777777">
        <w:trPr>
          <w:jc w:val="center"/>
        </w:trPr>
        <w:tc>
          <w:tcPr>
            <w:tcW w:w="4673" w:type="dxa"/>
            <w:shd w:val="clear" w:color="auto" w:fill="FFFFFF"/>
            <w:tcMar>
              <w:top w:w="70" w:type="dxa"/>
              <w:left w:w="90" w:type="dxa"/>
              <w:bottom w:w="70" w:type="dxa"/>
              <w:right w:w="90" w:type="dxa"/>
            </w:tcMar>
            <w:vAlign w:val="center"/>
          </w:tcPr>
          <w:p w14:paraId="0F535278" w14:textId="77777777" w:rsidR="00AD192A" w:rsidRDefault="000D41E6">
            <w:pPr>
              <w:spacing w:after="0" w:line="252" w:lineRule="auto"/>
            </w:pPr>
            <w:r>
              <w:rPr>
                <w:b/>
                <w:color w:val="1F2937"/>
                <w:sz w:val="17"/>
              </w:rPr>
              <w:t>Decision Log</w:t>
            </w:r>
          </w:p>
        </w:tc>
        <w:tc>
          <w:tcPr>
            <w:tcW w:w="1460" w:type="dxa"/>
            <w:shd w:val="clear" w:color="auto" w:fill="FFFFFF"/>
            <w:tcMar>
              <w:top w:w="70" w:type="dxa"/>
              <w:left w:w="90" w:type="dxa"/>
              <w:bottom w:w="70" w:type="dxa"/>
              <w:right w:w="90" w:type="dxa"/>
            </w:tcMar>
            <w:vAlign w:val="center"/>
          </w:tcPr>
          <w:p w14:paraId="0A8F6D4F" w14:textId="77777777" w:rsidR="00AD192A" w:rsidRDefault="000D41E6">
            <w:pPr>
              <w:spacing w:after="0" w:line="252" w:lineRule="auto"/>
            </w:pPr>
            <w:r>
              <w:rPr>
                <w:color w:val="1F2937"/>
                <w:sz w:val="17"/>
              </w:rPr>
              <w:t>As Needed</w:t>
            </w:r>
          </w:p>
        </w:tc>
        <w:tc>
          <w:tcPr>
            <w:tcW w:w="1460" w:type="dxa"/>
            <w:shd w:val="clear" w:color="auto" w:fill="FFFFFF"/>
            <w:tcMar>
              <w:top w:w="70" w:type="dxa"/>
              <w:left w:w="90" w:type="dxa"/>
              <w:bottom w:w="70" w:type="dxa"/>
              <w:right w:w="90" w:type="dxa"/>
            </w:tcMar>
            <w:vAlign w:val="center"/>
          </w:tcPr>
          <w:p w14:paraId="3B612D84" w14:textId="77777777" w:rsidR="00AD192A" w:rsidRDefault="002A21E9">
            <w:pPr>
              <w:spacing w:after="0" w:line="252" w:lineRule="auto"/>
            </w:pPr>
            <w:sdt>
              <w:sdtPr>
                <w:alias w:val="Decision Log Owner"/>
                <w:tag w:val="decision_log_owner"/>
                <w:id w:val="71253"/>
                <w:text/>
              </w:sdtPr>
              <w:sdtEndPr/>
              <w:sdtContent>
                <w:r w:rsidR="000D41E6">
                  <w:rPr>
                    <w:color w:val="111827"/>
                    <w:sz w:val="17"/>
                  </w:rPr>
                  <w:t>[Owner]</w:t>
                </w:r>
              </w:sdtContent>
            </w:sdt>
          </w:p>
        </w:tc>
        <w:tc>
          <w:tcPr>
            <w:tcW w:w="2775" w:type="dxa"/>
            <w:shd w:val="clear" w:color="auto" w:fill="FFFFFF"/>
            <w:tcMar>
              <w:top w:w="70" w:type="dxa"/>
              <w:left w:w="90" w:type="dxa"/>
              <w:bottom w:w="70" w:type="dxa"/>
              <w:right w:w="90" w:type="dxa"/>
            </w:tcMar>
            <w:vAlign w:val="center"/>
          </w:tcPr>
          <w:p w14:paraId="1A1BF52D" w14:textId="77777777" w:rsidR="00AD192A" w:rsidRDefault="002A21E9">
            <w:pPr>
              <w:spacing w:after="0" w:line="252" w:lineRule="auto"/>
            </w:pPr>
            <w:sdt>
              <w:sdtPr>
                <w:alias w:val="Decision Log Location / Link"/>
                <w:tag w:val="decision_log_location_link"/>
                <w:id w:val="71254"/>
                <w:text/>
              </w:sdtPr>
              <w:sdtEndPr/>
              <w:sdtContent>
                <w:r w:rsidR="000D41E6">
                  <w:rPr>
                    <w:color w:val="111827"/>
                    <w:sz w:val="17"/>
                  </w:rPr>
                  <w:t>[Location / link]</w:t>
                </w:r>
              </w:sdtContent>
            </w:sdt>
          </w:p>
        </w:tc>
      </w:tr>
      <w:tr w:rsidR="00AD192A" w14:paraId="74B62A7C" w14:textId="77777777">
        <w:trPr>
          <w:jc w:val="center"/>
        </w:trPr>
        <w:tc>
          <w:tcPr>
            <w:tcW w:w="4673" w:type="dxa"/>
            <w:shd w:val="clear" w:color="auto" w:fill="F3F6FA"/>
            <w:tcMar>
              <w:top w:w="70" w:type="dxa"/>
              <w:left w:w="90" w:type="dxa"/>
              <w:bottom w:w="70" w:type="dxa"/>
              <w:right w:w="90" w:type="dxa"/>
            </w:tcMar>
            <w:vAlign w:val="center"/>
          </w:tcPr>
          <w:p w14:paraId="43C84F76" w14:textId="77777777" w:rsidR="00AD192A" w:rsidRDefault="000D41E6">
            <w:pPr>
              <w:spacing w:after="0" w:line="252" w:lineRule="auto"/>
            </w:pPr>
            <w:r>
              <w:rPr>
                <w:b/>
                <w:color w:val="1F2937"/>
                <w:sz w:val="17"/>
              </w:rPr>
              <w:t>Change Requests</w:t>
            </w:r>
          </w:p>
        </w:tc>
        <w:tc>
          <w:tcPr>
            <w:tcW w:w="1460" w:type="dxa"/>
            <w:shd w:val="clear" w:color="auto" w:fill="F3F6FA"/>
            <w:tcMar>
              <w:top w:w="70" w:type="dxa"/>
              <w:left w:w="90" w:type="dxa"/>
              <w:bottom w:w="70" w:type="dxa"/>
              <w:right w:w="90" w:type="dxa"/>
            </w:tcMar>
            <w:vAlign w:val="center"/>
          </w:tcPr>
          <w:p w14:paraId="769D3A5B" w14:textId="77777777" w:rsidR="00AD192A" w:rsidRDefault="000D41E6">
            <w:pPr>
              <w:spacing w:after="0" w:line="252" w:lineRule="auto"/>
            </w:pPr>
            <w:r>
              <w:rPr>
                <w:color w:val="1F2937"/>
                <w:sz w:val="17"/>
              </w:rPr>
              <w:t>As Needed</w:t>
            </w:r>
          </w:p>
        </w:tc>
        <w:tc>
          <w:tcPr>
            <w:tcW w:w="1460" w:type="dxa"/>
            <w:shd w:val="clear" w:color="auto" w:fill="F3F6FA"/>
            <w:tcMar>
              <w:top w:w="70" w:type="dxa"/>
              <w:left w:w="90" w:type="dxa"/>
              <w:bottom w:w="70" w:type="dxa"/>
              <w:right w:w="90" w:type="dxa"/>
            </w:tcMar>
            <w:vAlign w:val="center"/>
          </w:tcPr>
          <w:p w14:paraId="08D4A2C2" w14:textId="77777777" w:rsidR="00AD192A" w:rsidRDefault="002A21E9">
            <w:pPr>
              <w:spacing w:after="0" w:line="252" w:lineRule="auto"/>
            </w:pPr>
            <w:sdt>
              <w:sdtPr>
                <w:alias w:val="Change Requests Owner"/>
                <w:tag w:val="change_requests_owner"/>
                <w:id w:val="71255"/>
                <w:text/>
              </w:sdtPr>
              <w:sdtEndPr/>
              <w:sdtContent>
                <w:r w:rsidR="000D41E6">
                  <w:rPr>
                    <w:color w:val="111827"/>
                    <w:sz w:val="17"/>
                  </w:rPr>
                  <w:t>[Owner]</w:t>
                </w:r>
              </w:sdtContent>
            </w:sdt>
          </w:p>
        </w:tc>
        <w:tc>
          <w:tcPr>
            <w:tcW w:w="2775" w:type="dxa"/>
            <w:shd w:val="clear" w:color="auto" w:fill="F3F6FA"/>
            <w:tcMar>
              <w:top w:w="70" w:type="dxa"/>
              <w:left w:w="90" w:type="dxa"/>
              <w:bottom w:w="70" w:type="dxa"/>
              <w:right w:w="90" w:type="dxa"/>
            </w:tcMar>
            <w:vAlign w:val="center"/>
          </w:tcPr>
          <w:p w14:paraId="60749CF4" w14:textId="77777777" w:rsidR="00AD192A" w:rsidRDefault="002A21E9">
            <w:pPr>
              <w:spacing w:after="0" w:line="252" w:lineRule="auto"/>
            </w:pPr>
            <w:sdt>
              <w:sdtPr>
                <w:alias w:val="Change Requests Location / Link"/>
                <w:tag w:val="change_requests_location_link"/>
                <w:id w:val="71256"/>
                <w:text/>
              </w:sdtPr>
              <w:sdtEndPr/>
              <w:sdtContent>
                <w:r w:rsidR="000D41E6">
                  <w:rPr>
                    <w:color w:val="111827"/>
                    <w:sz w:val="17"/>
                  </w:rPr>
                  <w:t>[Location / link]</w:t>
                </w:r>
              </w:sdtContent>
            </w:sdt>
          </w:p>
        </w:tc>
      </w:tr>
      <w:tr w:rsidR="00AD192A" w14:paraId="2AFF311A" w14:textId="77777777">
        <w:trPr>
          <w:jc w:val="center"/>
        </w:trPr>
        <w:tc>
          <w:tcPr>
            <w:tcW w:w="4673" w:type="dxa"/>
            <w:shd w:val="clear" w:color="auto" w:fill="FFFFFF"/>
            <w:tcMar>
              <w:top w:w="70" w:type="dxa"/>
              <w:left w:w="90" w:type="dxa"/>
              <w:bottom w:w="70" w:type="dxa"/>
              <w:right w:w="90" w:type="dxa"/>
            </w:tcMar>
            <w:vAlign w:val="center"/>
          </w:tcPr>
          <w:p w14:paraId="0B88BBD4" w14:textId="77777777" w:rsidR="00AD192A" w:rsidRDefault="000D41E6">
            <w:pPr>
              <w:spacing w:after="0" w:line="252" w:lineRule="auto"/>
            </w:pPr>
            <w:r>
              <w:rPr>
                <w:b/>
                <w:color w:val="1F2937"/>
                <w:sz w:val="17"/>
              </w:rPr>
              <w:t>Project Status Brief</w:t>
            </w:r>
          </w:p>
        </w:tc>
        <w:tc>
          <w:tcPr>
            <w:tcW w:w="1460" w:type="dxa"/>
            <w:shd w:val="clear" w:color="auto" w:fill="FFFFFF"/>
            <w:tcMar>
              <w:top w:w="70" w:type="dxa"/>
              <w:left w:w="90" w:type="dxa"/>
              <w:bottom w:w="70" w:type="dxa"/>
              <w:right w:w="90" w:type="dxa"/>
            </w:tcMar>
            <w:vAlign w:val="center"/>
          </w:tcPr>
          <w:p w14:paraId="179A7355" w14:textId="77777777" w:rsidR="00AD192A" w:rsidRDefault="000D41E6">
            <w:pPr>
              <w:spacing w:after="0" w:line="252" w:lineRule="auto"/>
            </w:pPr>
            <w:r>
              <w:rPr>
                <w:color w:val="1F2937"/>
                <w:sz w:val="17"/>
              </w:rPr>
              <w:t>As Needed</w:t>
            </w:r>
          </w:p>
        </w:tc>
        <w:tc>
          <w:tcPr>
            <w:tcW w:w="1460" w:type="dxa"/>
            <w:shd w:val="clear" w:color="auto" w:fill="FFFFFF"/>
            <w:tcMar>
              <w:top w:w="70" w:type="dxa"/>
              <w:left w:w="90" w:type="dxa"/>
              <w:bottom w:w="70" w:type="dxa"/>
              <w:right w:w="90" w:type="dxa"/>
            </w:tcMar>
            <w:vAlign w:val="center"/>
          </w:tcPr>
          <w:p w14:paraId="1B474A04" w14:textId="77777777" w:rsidR="00AD192A" w:rsidRDefault="002A21E9">
            <w:pPr>
              <w:spacing w:after="0" w:line="252" w:lineRule="auto"/>
            </w:pPr>
            <w:sdt>
              <w:sdtPr>
                <w:alias w:val="Project Status Brief Owner"/>
                <w:tag w:val="project_status_brief_owner"/>
                <w:id w:val="71257"/>
                <w:text/>
              </w:sdtPr>
              <w:sdtEndPr/>
              <w:sdtContent>
                <w:r w:rsidR="000D41E6">
                  <w:rPr>
                    <w:color w:val="111827"/>
                    <w:sz w:val="17"/>
                  </w:rPr>
                  <w:t>[Owner]</w:t>
                </w:r>
              </w:sdtContent>
            </w:sdt>
          </w:p>
        </w:tc>
        <w:tc>
          <w:tcPr>
            <w:tcW w:w="2775" w:type="dxa"/>
            <w:shd w:val="clear" w:color="auto" w:fill="FFFFFF"/>
            <w:tcMar>
              <w:top w:w="70" w:type="dxa"/>
              <w:left w:w="90" w:type="dxa"/>
              <w:bottom w:w="70" w:type="dxa"/>
              <w:right w:w="90" w:type="dxa"/>
            </w:tcMar>
            <w:vAlign w:val="center"/>
          </w:tcPr>
          <w:p w14:paraId="18EF2F88" w14:textId="77777777" w:rsidR="00AD192A" w:rsidRDefault="002A21E9">
            <w:pPr>
              <w:spacing w:after="0" w:line="252" w:lineRule="auto"/>
            </w:pPr>
            <w:sdt>
              <w:sdtPr>
                <w:alias w:val="Project Status Brief Location / Link"/>
                <w:tag w:val="project_status_brief_location_link"/>
                <w:id w:val="71258"/>
                <w:text/>
              </w:sdtPr>
              <w:sdtEndPr/>
              <w:sdtContent>
                <w:r w:rsidR="000D41E6">
                  <w:rPr>
                    <w:color w:val="111827"/>
                    <w:sz w:val="17"/>
                  </w:rPr>
                  <w:t>[Location / link]</w:t>
                </w:r>
              </w:sdtContent>
            </w:sdt>
          </w:p>
        </w:tc>
      </w:tr>
      <w:tr w:rsidR="00AD192A" w14:paraId="539BFEB9" w14:textId="77777777">
        <w:trPr>
          <w:jc w:val="center"/>
        </w:trPr>
        <w:tc>
          <w:tcPr>
            <w:tcW w:w="4673" w:type="dxa"/>
            <w:shd w:val="clear" w:color="auto" w:fill="F3F6FA"/>
            <w:tcMar>
              <w:top w:w="70" w:type="dxa"/>
              <w:left w:w="90" w:type="dxa"/>
              <w:bottom w:w="70" w:type="dxa"/>
              <w:right w:w="90" w:type="dxa"/>
            </w:tcMar>
            <w:vAlign w:val="center"/>
          </w:tcPr>
          <w:p w14:paraId="1B0B6ADE" w14:textId="77777777" w:rsidR="00AD192A" w:rsidRDefault="000D41E6">
            <w:pPr>
              <w:spacing w:after="0" w:line="252" w:lineRule="auto"/>
            </w:pPr>
            <w:r>
              <w:rPr>
                <w:b/>
                <w:color w:val="1F2937"/>
                <w:sz w:val="17"/>
              </w:rPr>
              <w:t>Project Health Assessment</w:t>
            </w:r>
          </w:p>
        </w:tc>
        <w:tc>
          <w:tcPr>
            <w:tcW w:w="1460" w:type="dxa"/>
            <w:shd w:val="clear" w:color="auto" w:fill="F3F6FA"/>
            <w:tcMar>
              <w:top w:w="70" w:type="dxa"/>
              <w:left w:w="90" w:type="dxa"/>
              <w:bottom w:w="70" w:type="dxa"/>
              <w:right w:w="90" w:type="dxa"/>
            </w:tcMar>
            <w:vAlign w:val="center"/>
          </w:tcPr>
          <w:p w14:paraId="200F97DF" w14:textId="77777777" w:rsidR="00AD192A" w:rsidRDefault="000D41E6">
            <w:pPr>
              <w:spacing w:after="0" w:line="252" w:lineRule="auto"/>
            </w:pPr>
            <w:r>
              <w:rPr>
                <w:color w:val="1F2937"/>
                <w:sz w:val="17"/>
              </w:rPr>
              <w:t>As Needed</w:t>
            </w:r>
          </w:p>
        </w:tc>
        <w:tc>
          <w:tcPr>
            <w:tcW w:w="1460" w:type="dxa"/>
            <w:shd w:val="clear" w:color="auto" w:fill="F3F6FA"/>
            <w:tcMar>
              <w:top w:w="70" w:type="dxa"/>
              <w:left w:w="90" w:type="dxa"/>
              <w:bottom w:w="70" w:type="dxa"/>
              <w:right w:w="90" w:type="dxa"/>
            </w:tcMar>
            <w:vAlign w:val="center"/>
          </w:tcPr>
          <w:p w14:paraId="11421BF5" w14:textId="77777777" w:rsidR="00AD192A" w:rsidRDefault="002A21E9">
            <w:pPr>
              <w:spacing w:after="0" w:line="252" w:lineRule="auto"/>
            </w:pPr>
            <w:sdt>
              <w:sdtPr>
                <w:alias w:val="Project Health Assessment Owner"/>
                <w:tag w:val="project_health_assessment_owner"/>
                <w:id w:val="71259"/>
                <w:text/>
              </w:sdtPr>
              <w:sdtEndPr/>
              <w:sdtContent>
                <w:r w:rsidR="000D41E6">
                  <w:rPr>
                    <w:color w:val="111827"/>
                    <w:sz w:val="17"/>
                  </w:rPr>
                  <w:t>[Owner]</w:t>
                </w:r>
              </w:sdtContent>
            </w:sdt>
          </w:p>
        </w:tc>
        <w:tc>
          <w:tcPr>
            <w:tcW w:w="2775" w:type="dxa"/>
            <w:shd w:val="clear" w:color="auto" w:fill="F3F6FA"/>
            <w:tcMar>
              <w:top w:w="70" w:type="dxa"/>
              <w:left w:w="90" w:type="dxa"/>
              <w:bottom w:w="70" w:type="dxa"/>
              <w:right w:w="90" w:type="dxa"/>
            </w:tcMar>
            <w:vAlign w:val="center"/>
          </w:tcPr>
          <w:p w14:paraId="30374698" w14:textId="77777777" w:rsidR="00AD192A" w:rsidRDefault="002A21E9">
            <w:pPr>
              <w:spacing w:after="0" w:line="252" w:lineRule="auto"/>
            </w:pPr>
            <w:sdt>
              <w:sdtPr>
                <w:alias w:val="Project Health Assessment Location / Link"/>
                <w:tag w:val="project_health_assessment_location_link"/>
                <w:id w:val="71260"/>
                <w:text/>
              </w:sdtPr>
              <w:sdtEndPr/>
              <w:sdtContent>
                <w:r w:rsidR="000D41E6">
                  <w:rPr>
                    <w:color w:val="111827"/>
                    <w:sz w:val="17"/>
                  </w:rPr>
                  <w:t>[Location / link]</w:t>
                </w:r>
              </w:sdtContent>
            </w:sdt>
          </w:p>
        </w:tc>
      </w:tr>
      <w:tr w:rsidR="00AD192A" w14:paraId="4401F04A" w14:textId="77777777">
        <w:trPr>
          <w:jc w:val="center"/>
        </w:trPr>
        <w:tc>
          <w:tcPr>
            <w:tcW w:w="4673" w:type="dxa"/>
            <w:shd w:val="clear" w:color="auto" w:fill="FFFFFF"/>
            <w:tcMar>
              <w:top w:w="70" w:type="dxa"/>
              <w:left w:w="90" w:type="dxa"/>
              <w:bottom w:w="70" w:type="dxa"/>
              <w:right w:w="90" w:type="dxa"/>
            </w:tcMar>
            <w:vAlign w:val="center"/>
          </w:tcPr>
          <w:p w14:paraId="2287E051" w14:textId="77777777" w:rsidR="00AD192A" w:rsidRDefault="000D41E6">
            <w:pPr>
              <w:spacing w:after="0" w:line="252" w:lineRule="auto"/>
            </w:pPr>
            <w:r>
              <w:rPr>
                <w:b/>
                <w:color w:val="1F2937"/>
                <w:sz w:val="17"/>
              </w:rPr>
              <w:t>Project Recovery Plan</w:t>
            </w:r>
          </w:p>
        </w:tc>
        <w:tc>
          <w:tcPr>
            <w:tcW w:w="1460" w:type="dxa"/>
            <w:shd w:val="clear" w:color="auto" w:fill="FFFFFF"/>
            <w:tcMar>
              <w:top w:w="70" w:type="dxa"/>
              <w:left w:w="90" w:type="dxa"/>
              <w:bottom w:w="70" w:type="dxa"/>
              <w:right w:w="90" w:type="dxa"/>
            </w:tcMar>
            <w:vAlign w:val="center"/>
          </w:tcPr>
          <w:p w14:paraId="51B5467C" w14:textId="77777777" w:rsidR="00AD192A" w:rsidRDefault="000D41E6">
            <w:pPr>
              <w:spacing w:after="0" w:line="252" w:lineRule="auto"/>
            </w:pPr>
            <w:r>
              <w:rPr>
                <w:color w:val="1F2937"/>
                <w:sz w:val="17"/>
              </w:rPr>
              <w:t>As Needed</w:t>
            </w:r>
          </w:p>
        </w:tc>
        <w:tc>
          <w:tcPr>
            <w:tcW w:w="1460" w:type="dxa"/>
            <w:shd w:val="clear" w:color="auto" w:fill="FFFFFF"/>
            <w:tcMar>
              <w:top w:w="70" w:type="dxa"/>
              <w:left w:w="90" w:type="dxa"/>
              <w:bottom w:w="70" w:type="dxa"/>
              <w:right w:w="90" w:type="dxa"/>
            </w:tcMar>
            <w:vAlign w:val="center"/>
          </w:tcPr>
          <w:p w14:paraId="325DF2B1" w14:textId="77777777" w:rsidR="00AD192A" w:rsidRDefault="002A21E9">
            <w:pPr>
              <w:spacing w:after="0" w:line="252" w:lineRule="auto"/>
            </w:pPr>
            <w:sdt>
              <w:sdtPr>
                <w:alias w:val="Project Recovery Plan Owner"/>
                <w:tag w:val="project_recovery_plan_owner"/>
                <w:id w:val="71261"/>
                <w:text/>
              </w:sdtPr>
              <w:sdtEndPr/>
              <w:sdtContent>
                <w:r w:rsidR="000D41E6">
                  <w:rPr>
                    <w:color w:val="111827"/>
                    <w:sz w:val="17"/>
                  </w:rPr>
                  <w:t>[Owner]</w:t>
                </w:r>
              </w:sdtContent>
            </w:sdt>
          </w:p>
        </w:tc>
        <w:tc>
          <w:tcPr>
            <w:tcW w:w="2775" w:type="dxa"/>
            <w:shd w:val="clear" w:color="auto" w:fill="FFFFFF"/>
            <w:tcMar>
              <w:top w:w="70" w:type="dxa"/>
              <w:left w:w="90" w:type="dxa"/>
              <w:bottom w:w="70" w:type="dxa"/>
              <w:right w:w="90" w:type="dxa"/>
            </w:tcMar>
            <w:vAlign w:val="center"/>
          </w:tcPr>
          <w:p w14:paraId="59343C80" w14:textId="77777777" w:rsidR="00AD192A" w:rsidRDefault="002A21E9">
            <w:pPr>
              <w:spacing w:after="0" w:line="252" w:lineRule="auto"/>
            </w:pPr>
            <w:sdt>
              <w:sdtPr>
                <w:alias w:val="Project Recovery Plan Location / Link"/>
                <w:tag w:val="project_recovery_plan_location_link"/>
                <w:id w:val="71262"/>
                <w:text/>
              </w:sdtPr>
              <w:sdtEndPr/>
              <w:sdtContent>
                <w:r w:rsidR="000D41E6">
                  <w:rPr>
                    <w:color w:val="111827"/>
                    <w:sz w:val="17"/>
                  </w:rPr>
                  <w:t>[Location / link]</w:t>
                </w:r>
              </w:sdtContent>
            </w:sdt>
          </w:p>
        </w:tc>
      </w:tr>
      <w:tr w:rsidR="00AD192A" w14:paraId="121EE9A7" w14:textId="77777777">
        <w:trPr>
          <w:jc w:val="center"/>
        </w:trPr>
        <w:tc>
          <w:tcPr>
            <w:tcW w:w="4673" w:type="dxa"/>
            <w:shd w:val="clear" w:color="auto" w:fill="F3F6FA"/>
            <w:tcMar>
              <w:top w:w="70" w:type="dxa"/>
              <w:left w:w="90" w:type="dxa"/>
              <w:bottom w:w="70" w:type="dxa"/>
              <w:right w:w="90" w:type="dxa"/>
            </w:tcMar>
            <w:vAlign w:val="center"/>
          </w:tcPr>
          <w:p w14:paraId="196C0F0B" w14:textId="77777777" w:rsidR="00AD192A" w:rsidRDefault="000D41E6">
            <w:pPr>
              <w:spacing w:after="0" w:line="252" w:lineRule="auto"/>
            </w:pPr>
            <w:r>
              <w:rPr>
                <w:b/>
                <w:color w:val="1F2937"/>
                <w:sz w:val="17"/>
              </w:rPr>
              <w:t>Project Closure Checklist</w:t>
            </w:r>
          </w:p>
        </w:tc>
        <w:tc>
          <w:tcPr>
            <w:tcW w:w="1460" w:type="dxa"/>
            <w:shd w:val="clear" w:color="auto" w:fill="F3F6FA"/>
            <w:tcMar>
              <w:top w:w="70" w:type="dxa"/>
              <w:left w:w="90" w:type="dxa"/>
              <w:bottom w:w="70" w:type="dxa"/>
              <w:right w:w="90" w:type="dxa"/>
            </w:tcMar>
            <w:vAlign w:val="center"/>
          </w:tcPr>
          <w:p w14:paraId="6189C966" w14:textId="77777777" w:rsidR="00AD192A" w:rsidRDefault="000D41E6">
            <w:pPr>
              <w:spacing w:after="0" w:line="252" w:lineRule="auto"/>
            </w:pPr>
            <w:r>
              <w:rPr>
                <w:color w:val="1F2937"/>
                <w:sz w:val="17"/>
              </w:rPr>
              <w:t>Required</w:t>
            </w:r>
          </w:p>
        </w:tc>
        <w:tc>
          <w:tcPr>
            <w:tcW w:w="1460" w:type="dxa"/>
            <w:shd w:val="clear" w:color="auto" w:fill="F3F6FA"/>
            <w:tcMar>
              <w:top w:w="70" w:type="dxa"/>
              <w:left w:w="90" w:type="dxa"/>
              <w:bottom w:w="70" w:type="dxa"/>
              <w:right w:w="90" w:type="dxa"/>
            </w:tcMar>
            <w:vAlign w:val="center"/>
          </w:tcPr>
          <w:p w14:paraId="7E0034EE" w14:textId="77777777" w:rsidR="00AD192A" w:rsidRDefault="002A21E9">
            <w:pPr>
              <w:spacing w:after="0" w:line="252" w:lineRule="auto"/>
            </w:pPr>
            <w:sdt>
              <w:sdtPr>
                <w:alias w:val="Project Closure Checklist Owner"/>
                <w:tag w:val="project_closure_checklist_owner"/>
                <w:id w:val="71263"/>
                <w:text/>
              </w:sdtPr>
              <w:sdtEndPr/>
              <w:sdtContent>
                <w:r w:rsidR="000D41E6">
                  <w:rPr>
                    <w:color w:val="111827"/>
                    <w:sz w:val="17"/>
                  </w:rPr>
                  <w:t>[Owner]</w:t>
                </w:r>
              </w:sdtContent>
            </w:sdt>
          </w:p>
        </w:tc>
        <w:tc>
          <w:tcPr>
            <w:tcW w:w="2775" w:type="dxa"/>
            <w:shd w:val="clear" w:color="auto" w:fill="F3F6FA"/>
            <w:tcMar>
              <w:top w:w="70" w:type="dxa"/>
              <w:left w:w="90" w:type="dxa"/>
              <w:bottom w:w="70" w:type="dxa"/>
              <w:right w:w="90" w:type="dxa"/>
            </w:tcMar>
            <w:vAlign w:val="center"/>
          </w:tcPr>
          <w:p w14:paraId="68FB775C" w14:textId="77777777" w:rsidR="00AD192A" w:rsidRDefault="002A21E9">
            <w:pPr>
              <w:spacing w:after="0" w:line="252" w:lineRule="auto"/>
            </w:pPr>
            <w:sdt>
              <w:sdtPr>
                <w:alias w:val="Project Closure Checklist Location / Link"/>
                <w:tag w:val="project_closure_checklist_location_link"/>
                <w:id w:val="71264"/>
                <w:text/>
              </w:sdtPr>
              <w:sdtEndPr/>
              <w:sdtContent>
                <w:r w:rsidR="000D41E6">
                  <w:rPr>
                    <w:color w:val="111827"/>
                    <w:sz w:val="17"/>
                  </w:rPr>
                  <w:t>[Location / link]</w:t>
                </w:r>
              </w:sdtContent>
            </w:sdt>
          </w:p>
        </w:tc>
      </w:tr>
      <w:tr w:rsidR="00AD192A" w14:paraId="606AA6CF" w14:textId="77777777">
        <w:trPr>
          <w:jc w:val="center"/>
        </w:trPr>
        <w:tc>
          <w:tcPr>
            <w:tcW w:w="4673" w:type="dxa"/>
            <w:shd w:val="clear" w:color="auto" w:fill="FFFFFF"/>
            <w:tcMar>
              <w:top w:w="70" w:type="dxa"/>
              <w:left w:w="90" w:type="dxa"/>
              <w:bottom w:w="70" w:type="dxa"/>
              <w:right w:w="90" w:type="dxa"/>
            </w:tcMar>
            <w:vAlign w:val="center"/>
          </w:tcPr>
          <w:p w14:paraId="46F66E5B" w14:textId="77777777" w:rsidR="00AD192A" w:rsidRDefault="000D41E6">
            <w:pPr>
              <w:spacing w:after="0" w:line="252" w:lineRule="auto"/>
            </w:pPr>
            <w:r>
              <w:rPr>
                <w:b/>
                <w:color w:val="1F2937"/>
                <w:sz w:val="17"/>
              </w:rPr>
              <w:t>Lessons Learned</w:t>
            </w:r>
          </w:p>
        </w:tc>
        <w:tc>
          <w:tcPr>
            <w:tcW w:w="1460" w:type="dxa"/>
            <w:shd w:val="clear" w:color="auto" w:fill="FFFFFF"/>
            <w:tcMar>
              <w:top w:w="70" w:type="dxa"/>
              <w:left w:w="90" w:type="dxa"/>
              <w:bottom w:w="70" w:type="dxa"/>
              <w:right w:w="90" w:type="dxa"/>
            </w:tcMar>
            <w:vAlign w:val="center"/>
          </w:tcPr>
          <w:p w14:paraId="76F465DB" w14:textId="77777777" w:rsidR="00AD192A" w:rsidRDefault="000D41E6">
            <w:pPr>
              <w:spacing w:after="0" w:line="252" w:lineRule="auto"/>
            </w:pPr>
            <w:r>
              <w:rPr>
                <w:color w:val="1F2937"/>
                <w:sz w:val="17"/>
              </w:rPr>
              <w:t>Required</w:t>
            </w:r>
          </w:p>
        </w:tc>
        <w:tc>
          <w:tcPr>
            <w:tcW w:w="1460" w:type="dxa"/>
            <w:shd w:val="clear" w:color="auto" w:fill="FFFFFF"/>
            <w:tcMar>
              <w:top w:w="70" w:type="dxa"/>
              <w:left w:w="90" w:type="dxa"/>
              <w:bottom w:w="70" w:type="dxa"/>
              <w:right w:w="90" w:type="dxa"/>
            </w:tcMar>
            <w:vAlign w:val="center"/>
          </w:tcPr>
          <w:p w14:paraId="18F489BB" w14:textId="77777777" w:rsidR="00AD192A" w:rsidRDefault="002A21E9">
            <w:pPr>
              <w:spacing w:after="0" w:line="252" w:lineRule="auto"/>
            </w:pPr>
            <w:sdt>
              <w:sdtPr>
                <w:alias w:val="Lessons Learned Owner"/>
                <w:tag w:val="lessons_learned_owner"/>
                <w:id w:val="71265"/>
                <w:text/>
              </w:sdtPr>
              <w:sdtEndPr/>
              <w:sdtContent>
                <w:r w:rsidR="000D41E6">
                  <w:rPr>
                    <w:color w:val="111827"/>
                    <w:sz w:val="17"/>
                  </w:rPr>
                  <w:t>[Owner]</w:t>
                </w:r>
              </w:sdtContent>
            </w:sdt>
          </w:p>
        </w:tc>
        <w:tc>
          <w:tcPr>
            <w:tcW w:w="2775" w:type="dxa"/>
            <w:shd w:val="clear" w:color="auto" w:fill="FFFFFF"/>
            <w:tcMar>
              <w:top w:w="70" w:type="dxa"/>
              <w:left w:w="90" w:type="dxa"/>
              <w:bottom w:w="70" w:type="dxa"/>
              <w:right w:w="90" w:type="dxa"/>
            </w:tcMar>
            <w:vAlign w:val="center"/>
          </w:tcPr>
          <w:p w14:paraId="7854987B" w14:textId="77777777" w:rsidR="00AD192A" w:rsidRDefault="002A21E9">
            <w:pPr>
              <w:spacing w:after="0" w:line="252" w:lineRule="auto"/>
            </w:pPr>
            <w:sdt>
              <w:sdtPr>
                <w:alias w:val="Lessons Learned Location / Link"/>
                <w:tag w:val="lessons_learned_location_link"/>
                <w:id w:val="71266"/>
                <w:text/>
              </w:sdtPr>
              <w:sdtEndPr/>
              <w:sdtContent>
                <w:r w:rsidR="000D41E6">
                  <w:rPr>
                    <w:color w:val="111827"/>
                    <w:sz w:val="17"/>
                  </w:rPr>
                  <w:t>[Location / link]</w:t>
                </w:r>
              </w:sdtContent>
            </w:sdt>
          </w:p>
        </w:tc>
      </w:tr>
      <w:tr w:rsidR="00AD192A" w14:paraId="255968C6" w14:textId="77777777">
        <w:trPr>
          <w:jc w:val="center"/>
        </w:trPr>
        <w:tc>
          <w:tcPr>
            <w:tcW w:w="4673" w:type="dxa"/>
            <w:shd w:val="clear" w:color="auto" w:fill="F3F6FA"/>
            <w:tcMar>
              <w:top w:w="70" w:type="dxa"/>
              <w:left w:w="90" w:type="dxa"/>
              <w:bottom w:w="70" w:type="dxa"/>
              <w:right w:w="90" w:type="dxa"/>
            </w:tcMar>
            <w:vAlign w:val="center"/>
          </w:tcPr>
          <w:p w14:paraId="768E446A" w14:textId="77777777" w:rsidR="00AD192A" w:rsidRDefault="000D41E6">
            <w:pPr>
              <w:spacing w:after="0" w:line="252" w:lineRule="auto"/>
            </w:pPr>
            <w:r>
              <w:rPr>
                <w:b/>
                <w:color w:val="1F2937"/>
                <w:sz w:val="17"/>
              </w:rPr>
              <w:t>Project Summary</w:t>
            </w:r>
          </w:p>
        </w:tc>
        <w:tc>
          <w:tcPr>
            <w:tcW w:w="1460" w:type="dxa"/>
            <w:shd w:val="clear" w:color="auto" w:fill="F3F6FA"/>
            <w:tcMar>
              <w:top w:w="70" w:type="dxa"/>
              <w:left w:w="90" w:type="dxa"/>
              <w:bottom w:w="70" w:type="dxa"/>
              <w:right w:w="90" w:type="dxa"/>
            </w:tcMar>
            <w:vAlign w:val="center"/>
          </w:tcPr>
          <w:p w14:paraId="4AE381F4" w14:textId="77777777" w:rsidR="00AD192A" w:rsidRDefault="000D41E6">
            <w:pPr>
              <w:spacing w:after="0" w:line="252" w:lineRule="auto"/>
            </w:pPr>
            <w:r>
              <w:rPr>
                <w:color w:val="1F2937"/>
                <w:sz w:val="17"/>
              </w:rPr>
              <w:t>Required</w:t>
            </w:r>
          </w:p>
        </w:tc>
        <w:tc>
          <w:tcPr>
            <w:tcW w:w="1460" w:type="dxa"/>
            <w:shd w:val="clear" w:color="auto" w:fill="F3F6FA"/>
            <w:tcMar>
              <w:top w:w="70" w:type="dxa"/>
              <w:left w:w="90" w:type="dxa"/>
              <w:bottom w:w="70" w:type="dxa"/>
              <w:right w:w="90" w:type="dxa"/>
            </w:tcMar>
            <w:vAlign w:val="center"/>
          </w:tcPr>
          <w:p w14:paraId="14FD59C4" w14:textId="77777777" w:rsidR="00AD192A" w:rsidRDefault="002A21E9">
            <w:pPr>
              <w:spacing w:after="0" w:line="252" w:lineRule="auto"/>
            </w:pPr>
            <w:sdt>
              <w:sdtPr>
                <w:alias w:val="Project Summary Owner"/>
                <w:tag w:val="project_summary_owner"/>
                <w:id w:val="71267"/>
                <w:text/>
              </w:sdtPr>
              <w:sdtEndPr/>
              <w:sdtContent>
                <w:r w:rsidR="000D41E6">
                  <w:rPr>
                    <w:color w:val="111827"/>
                    <w:sz w:val="17"/>
                  </w:rPr>
                  <w:t>[Owner]</w:t>
                </w:r>
              </w:sdtContent>
            </w:sdt>
          </w:p>
        </w:tc>
        <w:tc>
          <w:tcPr>
            <w:tcW w:w="2775" w:type="dxa"/>
            <w:shd w:val="clear" w:color="auto" w:fill="F3F6FA"/>
            <w:tcMar>
              <w:top w:w="70" w:type="dxa"/>
              <w:left w:w="90" w:type="dxa"/>
              <w:bottom w:w="70" w:type="dxa"/>
              <w:right w:w="90" w:type="dxa"/>
            </w:tcMar>
            <w:vAlign w:val="center"/>
          </w:tcPr>
          <w:p w14:paraId="56696BCD" w14:textId="77777777" w:rsidR="00AD192A" w:rsidRDefault="002A21E9">
            <w:pPr>
              <w:spacing w:after="0" w:line="252" w:lineRule="auto"/>
            </w:pPr>
            <w:sdt>
              <w:sdtPr>
                <w:alias w:val="Project Summary Location / Link"/>
                <w:tag w:val="project_summary_location_link"/>
                <w:id w:val="71268"/>
                <w:text/>
              </w:sdtPr>
              <w:sdtEndPr/>
              <w:sdtContent>
                <w:r w:rsidR="000D41E6">
                  <w:rPr>
                    <w:color w:val="111827"/>
                    <w:sz w:val="17"/>
                  </w:rPr>
                  <w:t>[Location / link]</w:t>
                </w:r>
              </w:sdtContent>
            </w:sdt>
          </w:p>
        </w:tc>
      </w:tr>
    </w:tbl>
    <w:p w14:paraId="72152A7A" w14:textId="77777777" w:rsidR="00AD192A" w:rsidRDefault="000D41E6">
      <w:pPr>
        <w:pStyle w:val="Heading2"/>
        <w:pageBreakBefore/>
      </w:pPr>
      <w:r>
        <w:rPr>
          <w:sz w:val="32"/>
        </w:rPr>
        <w:lastRenderedPageBreak/>
        <w:t>12. Project Plan Review &amp; Acknowledgment</w:t>
      </w:r>
    </w:p>
    <w:p w14:paraId="310B6D27" w14:textId="77777777" w:rsidR="00AD192A" w:rsidRDefault="000D41E6">
      <w:r>
        <w:t>The project team and sponsor acknowledge the delivery approach, governance, controls, and responsibilities documented in this plan. This acknowledgment does not replace any required project or institutional approvals.</w:t>
      </w:r>
    </w:p>
    <w:tbl>
      <w:tblPr>
        <w:tblW w:w="10368"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Caption w:val="Project plan acknowledgment"/>
        <w:tblDescription w:val="Acknowledgment roles, names, and dates."/>
      </w:tblPr>
      <w:tblGrid>
        <w:gridCol w:w="3067"/>
        <w:gridCol w:w="2921"/>
        <w:gridCol w:w="4380"/>
      </w:tblGrid>
      <w:tr w:rsidR="00AD192A" w14:paraId="503ED7BA" w14:textId="77777777">
        <w:trPr>
          <w:tblHeader/>
          <w:jc w:val="center"/>
        </w:trPr>
        <w:tc>
          <w:tcPr>
            <w:tcW w:w="3067" w:type="dxa"/>
            <w:shd w:val="clear" w:color="auto" w:fill="13294B"/>
            <w:tcMar>
              <w:top w:w="70" w:type="dxa"/>
              <w:left w:w="90" w:type="dxa"/>
              <w:bottom w:w="70" w:type="dxa"/>
              <w:right w:w="90" w:type="dxa"/>
            </w:tcMar>
            <w:vAlign w:val="center"/>
          </w:tcPr>
          <w:p w14:paraId="1E673B20" w14:textId="77777777" w:rsidR="00AD192A" w:rsidRDefault="000D41E6">
            <w:pPr>
              <w:spacing w:after="0" w:line="252" w:lineRule="auto"/>
              <w:jc w:val="center"/>
            </w:pPr>
            <w:r>
              <w:rPr>
                <w:b/>
                <w:color w:val="FFFFFF"/>
                <w:sz w:val="17"/>
              </w:rPr>
              <w:t>Role</w:t>
            </w:r>
          </w:p>
        </w:tc>
        <w:tc>
          <w:tcPr>
            <w:tcW w:w="2921" w:type="dxa"/>
            <w:shd w:val="clear" w:color="auto" w:fill="13294B"/>
            <w:tcMar>
              <w:top w:w="70" w:type="dxa"/>
              <w:left w:w="90" w:type="dxa"/>
              <w:bottom w:w="70" w:type="dxa"/>
              <w:right w:w="90" w:type="dxa"/>
            </w:tcMar>
            <w:vAlign w:val="center"/>
          </w:tcPr>
          <w:p w14:paraId="7953F8D0" w14:textId="77777777" w:rsidR="00AD192A" w:rsidRDefault="000D41E6">
            <w:pPr>
              <w:spacing w:after="0" w:line="252" w:lineRule="auto"/>
              <w:jc w:val="center"/>
            </w:pPr>
            <w:r>
              <w:rPr>
                <w:b/>
                <w:color w:val="FFFFFF"/>
                <w:sz w:val="17"/>
              </w:rPr>
              <w:t>Name</w:t>
            </w:r>
          </w:p>
        </w:tc>
        <w:tc>
          <w:tcPr>
            <w:tcW w:w="4380" w:type="dxa"/>
            <w:shd w:val="clear" w:color="auto" w:fill="13294B"/>
            <w:tcMar>
              <w:top w:w="70" w:type="dxa"/>
              <w:left w:w="90" w:type="dxa"/>
              <w:bottom w:w="70" w:type="dxa"/>
              <w:right w:w="90" w:type="dxa"/>
            </w:tcMar>
            <w:vAlign w:val="center"/>
          </w:tcPr>
          <w:p w14:paraId="257D3AA0" w14:textId="77777777" w:rsidR="00AD192A" w:rsidRDefault="000D41E6">
            <w:pPr>
              <w:spacing w:after="0" w:line="252" w:lineRule="auto"/>
              <w:jc w:val="center"/>
            </w:pPr>
            <w:r>
              <w:rPr>
                <w:b/>
                <w:color w:val="FFFFFF"/>
                <w:sz w:val="17"/>
              </w:rPr>
              <w:t>Acknowledgment / Date</w:t>
            </w:r>
          </w:p>
        </w:tc>
      </w:tr>
      <w:tr w:rsidR="00AD192A" w14:paraId="6934963D" w14:textId="77777777">
        <w:trPr>
          <w:jc w:val="center"/>
        </w:trPr>
        <w:tc>
          <w:tcPr>
            <w:tcW w:w="3067" w:type="dxa"/>
            <w:shd w:val="clear" w:color="auto" w:fill="FFFFFF"/>
            <w:tcMar>
              <w:top w:w="70" w:type="dxa"/>
              <w:left w:w="90" w:type="dxa"/>
              <w:bottom w:w="70" w:type="dxa"/>
              <w:right w:w="90" w:type="dxa"/>
            </w:tcMar>
            <w:vAlign w:val="center"/>
          </w:tcPr>
          <w:p w14:paraId="15E6DEFA" w14:textId="77777777" w:rsidR="00AD192A" w:rsidRDefault="000D41E6">
            <w:pPr>
              <w:spacing w:after="0" w:line="252" w:lineRule="auto"/>
            </w:pPr>
            <w:r>
              <w:rPr>
                <w:b/>
                <w:color w:val="1F2937"/>
                <w:sz w:val="17"/>
              </w:rPr>
              <w:t>Project Manager</w:t>
            </w:r>
          </w:p>
        </w:tc>
        <w:tc>
          <w:tcPr>
            <w:tcW w:w="2921" w:type="dxa"/>
            <w:shd w:val="clear" w:color="auto" w:fill="FFFFFF"/>
            <w:tcMar>
              <w:top w:w="70" w:type="dxa"/>
              <w:left w:w="90" w:type="dxa"/>
              <w:bottom w:w="70" w:type="dxa"/>
              <w:right w:w="90" w:type="dxa"/>
            </w:tcMar>
            <w:vAlign w:val="center"/>
          </w:tcPr>
          <w:p w14:paraId="5504DF95" w14:textId="77777777" w:rsidR="00AD192A" w:rsidRDefault="002A21E9">
            <w:pPr>
              <w:spacing w:after="0" w:line="252" w:lineRule="auto"/>
            </w:pPr>
            <w:sdt>
              <w:sdtPr>
                <w:alias w:val="Project Manager Name"/>
                <w:tag w:val="project_manager_name"/>
                <w:id w:val="71269"/>
                <w:text/>
              </w:sdtPr>
              <w:sdtEndPr/>
              <w:sdtContent>
                <w:r w:rsidR="000D41E6">
                  <w:rPr>
                    <w:color w:val="111827"/>
                    <w:sz w:val="17"/>
                  </w:rPr>
                  <w:t>[Name]</w:t>
                </w:r>
              </w:sdtContent>
            </w:sdt>
          </w:p>
        </w:tc>
        <w:tc>
          <w:tcPr>
            <w:tcW w:w="4380" w:type="dxa"/>
            <w:shd w:val="clear" w:color="auto" w:fill="FFFFFF"/>
            <w:tcMar>
              <w:top w:w="70" w:type="dxa"/>
              <w:left w:w="90" w:type="dxa"/>
              <w:bottom w:w="70" w:type="dxa"/>
              <w:right w:w="90" w:type="dxa"/>
            </w:tcMar>
            <w:vAlign w:val="center"/>
          </w:tcPr>
          <w:p w14:paraId="37022AE6" w14:textId="77777777" w:rsidR="00AD192A" w:rsidRDefault="002A21E9">
            <w:pPr>
              <w:spacing w:after="0" w:line="252" w:lineRule="auto"/>
            </w:pPr>
            <w:sdt>
              <w:sdtPr>
                <w:alias w:val="Project Manager Acknowledgment / Date"/>
                <w:tag w:val="project_manager_acknowledgment_date"/>
                <w:id w:val="71270"/>
                <w:text/>
              </w:sdtPr>
              <w:sdtEndPr/>
              <w:sdtContent>
                <w:r w:rsidR="000D41E6">
                  <w:rPr>
                    <w:color w:val="111827"/>
                    <w:sz w:val="17"/>
                  </w:rPr>
                  <w:t>[Date / acknowledgment]</w:t>
                </w:r>
              </w:sdtContent>
            </w:sdt>
          </w:p>
        </w:tc>
      </w:tr>
      <w:tr w:rsidR="00AD192A" w14:paraId="3E8E3F2D" w14:textId="77777777">
        <w:trPr>
          <w:jc w:val="center"/>
        </w:trPr>
        <w:tc>
          <w:tcPr>
            <w:tcW w:w="3067" w:type="dxa"/>
            <w:shd w:val="clear" w:color="auto" w:fill="F3F6FA"/>
            <w:tcMar>
              <w:top w:w="70" w:type="dxa"/>
              <w:left w:w="90" w:type="dxa"/>
              <w:bottom w:w="70" w:type="dxa"/>
              <w:right w:w="90" w:type="dxa"/>
            </w:tcMar>
            <w:vAlign w:val="center"/>
          </w:tcPr>
          <w:p w14:paraId="21749673" w14:textId="77777777" w:rsidR="00AD192A" w:rsidRDefault="000D41E6">
            <w:pPr>
              <w:spacing w:after="0" w:line="252" w:lineRule="auto"/>
            </w:pPr>
            <w:r>
              <w:rPr>
                <w:b/>
                <w:color w:val="1F2937"/>
                <w:sz w:val="17"/>
              </w:rPr>
              <w:t>Project Sponsor</w:t>
            </w:r>
          </w:p>
        </w:tc>
        <w:tc>
          <w:tcPr>
            <w:tcW w:w="2921" w:type="dxa"/>
            <w:shd w:val="clear" w:color="auto" w:fill="F3F6FA"/>
            <w:tcMar>
              <w:top w:w="70" w:type="dxa"/>
              <w:left w:w="90" w:type="dxa"/>
              <w:bottom w:w="70" w:type="dxa"/>
              <w:right w:w="90" w:type="dxa"/>
            </w:tcMar>
            <w:vAlign w:val="center"/>
          </w:tcPr>
          <w:p w14:paraId="10BC9006" w14:textId="77777777" w:rsidR="00AD192A" w:rsidRDefault="002A21E9">
            <w:pPr>
              <w:spacing w:after="0" w:line="252" w:lineRule="auto"/>
            </w:pPr>
            <w:sdt>
              <w:sdtPr>
                <w:alias w:val="Project Sponsor Name"/>
                <w:tag w:val="project_sponsor_name"/>
                <w:id w:val="71271"/>
                <w:text/>
              </w:sdtPr>
              <w:sdtEndPr/>
              <w:sdtContent>
                <w:r w:rsidR="000D41E6">
                  <w:rPr>
                    <w:color w:val="111827"/>
                    <w:sz w:val="17"/>
                  </w:rPr>
                  <w:t>[Name]</w:t>
                </w:r>
              </w:sdtContent>
            </w:sdt>
          </w:p>
        </w:tc>
        <w:tc>
          <w:tcPr>
            <w:tcW w:w="4380" w:type="dxa"/>
            <w:shd w:val="clear" w:color="auto" w:fill="F3F6FA"/>
            <w:tcMar>
              <w:top w:w="70" w:type="dxa"/>
              <w:left w:w="90" w:type="dxa"/>
              <w:bottom w:w="70" w:type="dxa"/>
              <w:right w:w="90" w:type="dxa"/>
            </w:tcMar>
            <w:vAlign w:val="center"/>
          </w:tcPr>
          <w:p w14:paraId="2CEDEC48" w14:textId="77777777" w:rsidR="00AD192A" w:rsidRDefault="002A21E9">
            <w:pPr>
              <w:spacing w:after="0" w:line="252" w:lineRule="auto"/>
            </w:pPr>
            <w:sdt>
              <w:sdtPr>
                <w:alias w:val="Project Sponsor Acknowledgment / Date"/>
                <w:tag w:val="project_sponsor_acknowledgment_date"/>
                <w:id w:val="71272"/>
                <w:text/>
              </w:sdtPr>
              <w:sdtEndPr/>
              <w:sdtContent>
                <w:r w:rsidR="000D41E6">
                  <w:rPr>
                    <w:color w:val="111827"/>
                    <w:sz w:val="17"/>
                  </w:rPr>
                  <w:t>[Date / acknowledgment]</w:t>
                </w:r>
              </w:sdtContent>
            </w:sdt>
          </w:p>
        </w:tc>
      </w:tr>
      <w:tr w:rsidR="00AD192A" w14:paraId="0B62AB36" w14:textId="77777777">
        <w:trPr>
          <w:jc w:val="center"/>
        </w:trPr>
        <w:tc>
          <w:tcPr>
            <w:tcW w:w="3067" w:type="dxa"/>
            <w:shd w:val="clear" w:color="auto" w:fill="FFFFFF"/>
            <w:tcMar>
              <w:top w:w="70" w:type="dxa"/>
              <w:left w:w="90" w:type="dxa"/>
              <w:bottom w:w="70" w:type="dxa"/>
              <w:right w:w="90" w:type="dxa"/>
            </w:tcMar>
            <w:vAlign w:val="center"/>
          </w:tcPr>
          <w:p w14:paraId="721A83F3" w14:textId="77777777" w:rsidR="00AD192A" w:rsidRDefault="000D41E6">
            <w:pPr>
              <w:spacing w:after="0" w:line="252" w:lineRule="auto"/>
            </w:pPr>
            <w:r>
              <w:rPr>
                <w:b/>
                <w:color w:val="1F2937"/>
                <w:sz w:val="17"/>
              </w:rPr>
              <w:t>Executive Sponsor, if applicable</w:t>
            </w:r>
          </w:p>
        </w:tc>
        <w:tc>
          <w:tcPr>
            <w:tcW w:w="2921" w:type="dxa"/>
            <w:shd w:val="clear" w:color="auto" w:fill="FFFFFF"/>
            <w:tcMar>
              <w:top w:w="70" w:type="dxa"/>
              <w:left w:w="90" w:type="dxa"/>
              <w:bottom w:w="70" w:type="dxa"/>
              <w:right w:w="90" w:type="dxa"/>
            </w:tcMar>
            <w:vAlign w:val="center"/>
          </w:tcPr>
          <w:p w14:paraId="7E4502FA" w14:textId="77777777" w:rsidR="00AD192A" w:rsidRDefault="002A21E9">
            <w:pPr>
              <w:spacing w:after="0" w:line="252" w:lineRule="auto"/>
            </w:pPr>
            <w:sdt>
              <w:sdtPr>
                <w:alias w:val="Executive Sponsor, if applicable Name"/>
                <w:tag w:val="executive_sponsor_if_applicable_name"/>
                <w:id w:val="71273"/>
                <w:text/>
              </w:sdtPr>
              <w:sdtEndPr/>
              <w:sdtContent>
                <w:r w:rsidR="000D41E6">
                  <w:rPr>
                    <w:color w:val="111827"/>
                    <w:sz w:val="17"/>
                  </w:rPr>
                  <w:t>[Name]</w:t>
                </w:r>
              </w:sdtContent>
            </w:sdt>
          </w:p>
        </w:tc>
        <w:tc>
          <w:tcPr>
            <w:tcW w:w="4380" w:type="dxa"/>
            <w:shd w:val="clear" w:color="auto" w:fill="FFFFFF"/>
            <w:tcMar>
              <w:top w:w="70" w:type="dxa"/>
              <w:left w:w="90" w:type="dxa"/>
              <w:bottom w:w="70" w:type="dxa"/>
              <w:right w:w="90" w:type="dxa"/>
            </w:tcMar>
            <w:vAlign w:val="center"/>
          </w:tcPr>
          <w:p w14:paraId="38901AD8" w14:textId="77777777" w:rsidR="00AD192A" w:rsidRDefault="002A21E9">
            <w:pPr>
              <w:spacing w:after="0" w:line="252" w:lineRule="auto"/>
            </w:pPr>
            <w:sdt>
              <w:sdtPr>
                <w:alias w:val="Executive Sponsor, if applicable Acknowledgment / Date"/>
                <w:tag w:val="executive_sponsor_if_applicable_acknowledgment_date"/>
                <w:id w:val="71274"/>
                <w:text/>
              </w:sdtPr>
              <w:sdtEndPr/>
              <w:sdtContent>
                <w:r w:rsidR="000D41E6">
                  <w:rPr>
                    <w:color w:val="111827"/>
                    <w:sz w:val="17"/>
                  </w:rPr>
                  <w:t>[Date / acknowledgment]</w:t>
                </w:r>
              </w:sdtContent>
            </w:sdt>
          </w:p>
        </w:tc>
      </w:tr>
    </w:tbl>
    <w:p w14:paraId="634EE8D1" w14:textId="77777777" w:rsidR="000D41E6" w:rsidRDefault="000D41E6"/>
    <w:sectPr w:rsidR="000D41E6" w:rsidSect="00034616">
      <w:headerReference w:type="even" r:id="rId11"/>
      <w:headerReference w:type="default" r:id="rId12"/>
      <w:footerReference w:type="default" r:id="rId13"/>
      <w:pgSz w:w="12240" w:h="15840"/>
      <w:pgMar w:top="1483" w:right="936" w:bottom="792" w:left="936" w:header="173"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6854A" w14:textId="77777777" w:rsidR="002A21E9" w:rsidRDefault="002A21E9">
      <w:pPr>
        <w:spacing w:after="0" w:line="240" w:lineRule="auto"/>
      </w:pPr>
      <w:r>
        <w:separator/>
      </w:r>
    </w:p>
  </w:endnote>
  <w:endnote w:type="continuationSeparator" w:id="0">
    <w:p w14:paraId="2BE0E688" w14:textId="77777777" w:rsidR="002A21E9" w:rsidRDefault="002A21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43A5A" w14:textId="77777777" w:rsidR="00AD192A" w:rsidRDefault="000D41E6">
    <w:pPr>
      <w:pStyle w:val="Footer"/>
      <w:jc w:val="center"/>
    </w:pPr>
    <w:r>
      <w:rPr>
        <w:color w:val="6B7280"/>
        <w:sz w:val="16"/>
      </w:rPr>
      <w:t>IT EPMO | Project Plan | Version 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0A1E3" w14:textId="77777777" w:rsidR="002A21E9" w:rsidRDefault="002A21E9">
      <w:pPr>
        <w:spacing w:after="0" w:line="240" w:lineRule="auto"/>
      </w:pPr>
      <w:r>
        <w:separator/>
      </w:r>
    </w:p>
  </w:footnote>
  <w:footnote w:type="continuationSeparator" w:id="0">
    <w:p w14:paraId="7EECF05C" w14:textId="77777777" w:rsidR="002A21E9" w:rsidRDefault="002A21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D2D94" w14:textId="77777777" w:rsidR="00E31F86" w:rsidRDefault="00E31F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61242" w14:textId="77777777" w:rsidR="00E31F86" w:rsidRDefault="002A21E9">
    <w:pPr>
      <w:pStyle w:val="Header"/>
    </w:pPr>
    <w:r>
      <w:rPr>
        <w:noProof/>
      </w:rPr>
      <w:drawing>
        <wp:inline distT="0" distB="0" distL="0" distR="0" wp14:anchorId="0B2EE868" wp14:editId="219683B2">
          <wp:extent cx="2185416" cy="769397"/>
          <wp:effectExtent l="0" t="0" r="0" b="0"/>
          <wp:docPr id="1" name="Office of the CIO wordmark" descr="Illinois Office of the CIO word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 of the CIO wordmark" descr="Illinois Office of the CIO wordmark"/>
                  <pic:cNvPicPr/>
                </pic:nvPicPr>
                <pic:blipFill>
                  <a:blip r:embed="rId1"/>
                  <a:stretch>
                    <a:fillRect/>
                  </a:stretch>
                </pic:blipFill>
                <pic:spPr>
                  <a:xfrm>
                    <a:off x="0" y="0"/>
                    <a:ext cx="2185416" cy="76939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36909552">
    <w:abstractNumId w:val="8"/>
  </w:num>
  <w:num w:numId="2" w16cid:durableId="457184532">
    <w:abstractNumId w:val="6"/>
  </w:num>
  <w:num w:numId="3" w16cid:durableId="856384472">
    <w:abstractNumId w:val="5"/>
  </w:num>
  <w:num w:numId="4" w16cid:durableId="901259433">
    <w:abstractNumId w:val="4"/>
  </w:num>
  <w:num w:numId="5" w16cid:durableId="1023019477">
    <w:abstractNumId w:val="7"/>
  </w:num>
  <w:num w:numId="6" w16cid:durableId="1213034826">
    <w:abstractNumId w:val="3"/>
  </w:num>
  <w:num w:numId="7" w16cid:durableId="2105807707">
    <w:abstractNumId w:val="2"/>
  </w:num>
  <w:num w:numId="8" w16cid:durableId="2111971258">
    <w:abstractNumId w:val="1"/>
  </w:num>
  <w:num w:numId="9" w16cid:durableId="1439832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41E6"/>
    <w:rsid w:val="0015074B"/>
    <w:rsid w:val="0029639D"/>
    <w:rsid w:val="002A21E9"/>
    <w:rsid w:val="00326F90"/>
    <w:rsid w:val="0038317B"/>
    <w:rsid w:val="00474E53"/>
    <w:rsid w:val="005146A3"/>
    <w:rsid w:val="009947DC"/>
    <w:rsid w:val="00AA1D8D"/>
    <w:rsid w:val="00AD192A"/>
    <w:rsid w:val="00B0583C"/>
    <w:rsid w:val="00B47730"/>
    <w:rsid w:val="00CB0664"/>
    <w:rsid w:val="00CD2E7F"/>
    <w:rsid w:val="00E31F86"/>
    <w:rsid w:val="00EB0966"/>
    <w:rsid w:val="00F354C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BF757D"/>
  <w14:defaultImageDpi w14:val="300"/>
  <w15:docId w15:val="{3AAF772A-D327-4285-929E-55799EAC0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3294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3294B"/>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3294B"/>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DF55D311F06944A156E41E4569F771" ma:contentTypeVersion="11" ma:contentTypeDescription="Create a new document." ma:contentTypeScope="" ma:versionID="042c99b7506074c0e11d4261c9900fa5">
  <xsd:schema xmlns:xsd="http://www.w3.org/2001/XMLSchema" xmlns:xs="http://www.w3.org/2001/XMLSchema" xmlns:p="http://schemas.microsoft.com/office/2006/metadata/properties" xmlns:ns2="4459126b-124a-42f5-a6d1-9597b81ad406" xmlns:ns3="9a1bbcf6-a1e5-40c3-8086-21cae156f165" targetNamespace="http://schemas.microsoft.com/office/2006/metadata/properties" ma:root="true" ma:fieldsID="fd19d3e6227856d9fee4824db450e809" ns2:_="" ns3:_="">
    <xsd:import namespace="4459126b-124a-42f5-a6d1-9597b81ad406"/>
    <xsd:import namespace="9a1bbcf6-a1e5-40c3-8086-21cae156f1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59126b-124a-42f5-a6d1-9597b81ad4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76e6ad8-52fe-412f-a0b9-03ea580b629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1bbcf6-a1e5-40c3-8086-21cae156f16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9c7ced7-58a7-4d2c-ada0-69638ae07858}" ma:internalName="TaxCatchAll" ma:showField="CatchAllData" ma:web="9a1bbcf6-a1e5-40c3-8086-21cae156f1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459126b-124a-42f5-a6d1-9597b81ad406">
      <Terms xmlns="http://schemas.microsoft.com/office/infopath/2007/PartnerControls"/>
    </lcf76f155ced4ddcb4097134ff3c332f>
    <TaxCatchAll xmlns="9a1bbcf6-a1e5-40c3-8086-21cae156f16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8C409D-D0BE-4260-9A64-2584A06F2D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59126b-124a-42f5-a6d1-9597b81ad406"/>
    <ds:schemaRef ds:uri="9a1bbcf6-a1e5-40c3-8086-21cae156f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721ABB-8364-4298-BEC6-23E108CFAD30}">
  <ds:schemaRefs>
    <ds:schemaRef ds:uri="http://schemas.microsoft.com/office/2006/metadata/properties"/>
    <ds:schemaRef ds:uri="http://schemas.microsoft.com/office/infopath/2007/PartnerControls"/>
    <ds:schemaRef ds:uri="4459126b-124a-42f5-a6d1-9597b81ad406"/>
    <ds:schemaRef ds:uri="9a1bbcf6-a1e5-40c3-8086-21cae156f165"/>
  </ds:schemaRefs>
</ds:datastoreItem>
</file>

<file path=customXml/itemProps3.xml><?xml version="1.0" encoding="utf-8"?>
<ds:datastoreItem xmlns:ds="http://schemas.openxmlformats.org/officeDocument/2006/customXml" ds:itemID="{B962F467-A2EF-42ED-BC12-176BA6B54FE9}">
  <ds:schemaRefs>
    <ds:schemaRef ds:uri="http://schemas.microsoft.com/sharepoint/v3/contenttype/form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1738</Words>
  <Characters>9910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Plan</dc:title>
  <dc:subject>IT EPMO project plan template</dc:subject>
  <dc:creator>python-docx</dc:creator>
  <cp:keywords>IT EPMO, project plan, delivery, governance, accessibility</cp:keywords>
  <dc:description>Project plan covering delivery context, foundation, strategy, milestones, governance, communications, controls, resources, quality, transition, artifacts, and acknowledgment.</dc:description>
  <cp:lastModifiedBy>Nelson, Todd</cp:lastModifiedBy>
  <cp:revision>2</cp:revision>
  <dcterms:created xsi:type="dcterms:W3CDTF">2026-10-15T20:51:00Z</dcterms:created>
  <dcterms:modified xsi:type="dcterms:W3CDTF">2026-10-15T20:51:00Z</dcterms:modified>
  <cp:category/>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0x010100FADF55D311F06944A156E41E4569F771</vt:lpwstr>
  </property>
  <property fmtid="{D5CDD505-2E9C-101B-9397-08002B2CF9AE}" pid="3" name="docLang">
    <vt:lpwstr>en</vt:lpwstr>
  </property>
  <property fmtid="{D5CDD505-2E9C-101B-9397-08002B2CF9AE}" pid="4" name="MediaServiceImageTags">
    <vt:lpwstr/>
  </property>
</Properties>
</file>