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9ABFB" w14:textId="6613156B" w:rsidR="00CF118E" w:rsidRDefault="000C6D2D">
      <w:pPr>
        <w:pStyle w:val="Heading1"/>
      </w:pPr>
      <w:r>
        <w:rPr>
          <w:color w:val="13294B"/>
        </w:rPr>
        <w:t xml:space="preserve">IT EPMO </w:t>
      </w:r>
      <w:r w:rsidR="004428B2">
        <w:rPr>
          <w:color w:val="13294B"/>
        </w:rPr>
        <w:t>PROJECT STATUS BRIEF</w:t>
      </w:r>
    </w:p>
    <w:p w14:paraId="6307BB56" w14:textId="77777777" w:rsidR="00CF118E" w:rsidRDefault="004428B2">
      <w:pPr>
        <w:spacing w:after="160"/>
      </w:pPr>
      <w:r>
        <w:rPr>
          <w:b/>
          <w:color w:val="13294B"/>
        </w:rPr>
        <w:t>IT Enterprise Project Management Office</w:t>
      </w:r>
    </w:p>
    <w:p w14:paraId="3AAAB586" w14:textId="77777777" w:rsidR="00CF118E" w:rsidRDefault="004428B2">
      <w:pPr>
        <w:keepNext/>
        <w:shd w:val="clear" w:color="auto" w:fill="FFF3E8"/>
        <w:spacing w:before="100" w:after="100"/>
        <w:ind w:left="120" w:right="120"/>
      </w:pPr>
      <w:r>
        <w:rPr>
          <w:rFonts w:eastAsia="Arial"/>
          <w:color w:val="000000"/>
          <w:sz w:val="21"/>
        </w:rPr>
        <w:t>Use this brief when a polished project status snapshot is needed outside TDX. Official twice-monthly project status reporting remains in TDX.</w:t>
      </w:r>
    </w:p>
    <w:p w14:paraId="4202A302" w14:textId="77777777" w:rsidR="00CF118E" w:rsidRDefault="00CF118E">
      <w:pPr>
        <w:spacing w:after="0"/>
      </w:pPr>
    </w:p>
    <w:p w14:paraId="7A344895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t>PROJECT SNAPSHOT</w:t>
      </w:r>
    </w:p>
    <w:p w14:paraId="42D1798F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Project Name[Enter] / Project Manager[Enter]"/>
        <w:tblDescription w:val="Project name, leadership, reporting period, completion date, and overall health."/>
      </w:tblPr>
      <w:tblGrid>
        <w:gridCol w:w="5112"/>
        <w:gridCol w:w="5112"/>
      </w:tblGrid>
      <w:tr w:rsidR="00CF118E" w14:paraId="25FB4DB1" w14:textId="77777777">
        <w:trPr>
          <w:cantSplit/>
          <w:tblHeader/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313F7C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Project Name</w:t>
            </w:r>
            <w:r>
              <w:rPr>
                <w:rFonts w:eastAsia="Arial"/>
                <w:b/>
                <w:color w:val="13294B"/>
                <w:sz w:val="20"/>
              </w:rPr>
              <w:br/>
            </w:r>
            <w:sdt>
              <w:sdtPr>
                <w:alias w:val="Project Name"/>
                <w:tag w:val="project_name"/>
                <w:id w:val="81000"/>
                <w:text/>
              </w:sdtPr>
              <w:sdtEndPr/>
              <w:sdtContent>
                <w:r>
                  <w:t>[Enter]</w:t>
                </w:r>
              </w:sdtContent>
            </w:sdt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D5E65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Project Manager</w:t>
            </w:r>
            <w:r>
              <w:rPr>
                <w:rFonts w:eastAsia="Arial"/>
                <w:b/>
                <w:color w:val="13294B"/>
                <w:sz w:val="20"/>
              </w:rPr>
              <w:br/>
            </w:r>
            <w:sdt>
              <w:sdtPr>
                <w:alias w:val="Project Manager"/>
                <w:tag w:val="project_manager"/>
                <w:id w:val="81001"/>
                <w:text/>
              </w:sdtPr>
              <w:sdtEndPr/>
              <w:sdtContent>
                <w:r>
                  <w:t>[Enter]</w:t>
                </w:r>
              </w:sdtContent>
            </w:sdt>
          </w:p>
        </w:tc>
      </w:tr>
      <w:tr w:rsidR="00CF118E" w14:paraId="772206F0" w14:textId="77777777">
        <w:trPr>
          <w:cantSplit/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4E042AA" w14:textId="77777777" w:rsidR="00CF118E" w:rsidRDefault="004428B2">
            <w:pPr>
              <w:spacing w:after="0"/>
            </w:pPr>
            <w:r>
              <w:rPr>
                <w:b/>
                <w:color w:val="5B6573"/>
                <w:sz w:val="16"/>
              </w:rPr>
              <w:t>Executive Sponsor</w:t>
            </w:r>
            <w:r>
              <w:rPr>
                <w:b/>
                <w:color w:val="5B6573"/>
                <w:sz w:val="16"/>
              </w:rPr>
              <w:br/>
            </w:r>
            <w:sdt>
              <w:sdtPr>
                <w:alias w:val="Project Name[Enter]"/>
                <w:tag w:val="project_name_enter"/>
                <w:id w:val="81002"/>
                <w:text/>
              </w:sdtPr>
              <w:sdtEndPr/>
              <w:sdtContent>
                <w:r>
                  <w:t>[Enter]</w:t>
                </w:r>
              </w:sdtContent>
            </w:sdt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6A328D" w14:textId="77777777" w:rsidR="00CF118E" w:rsidRDefault="004428B2">
            <w:pPr>
              <w:spacing w:after="0"/>
            </w:pPr>
            <w:r>
              <w:rPr>
                <w:b/>
                <w:color w:val="5B6573"/>
                <w:sz w:val="16"/>
              </w:rPr>
              <w:t>Reporting Period</w:t>
            </w:r>
            <w:r>
              <w:rPr>
                <w:b/>
                <w:color w:val="5B6573"/>
                <w:sz w:val="16"/>
              </w:rPr>
              <w:br/>
            </w:r>
            <w:sdt>
              <w:sdtPr>
                <w:alias w:val="Executive Sponsor[Enter] Project Manager[Enter]"/>
                <w:tag w:val="executive_sponsor_enter_project_manager_enter"/>
                <w:id w:val="81003"/>
                <w:text/>
              </w:sdtPr>
              <w:sdtEndPr/>
              <w:sdtContent>
                <w:r>
                  <w:t>[Enter]</w:t>
                </w:r>
              </w:sdtContent>
            </w:sdt>
          </w:p>
        </w:tc>
      </w:tr>
      <w:tr w:rsidR="00CF118E" w14:paraId="75268379" w14:textId="77777777">
        <w:trPr>
          <w:cantSplit/>
          <w:jc w:val="center"/>
        </w:trPr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711C79" w14:textId="77777777" w:rsidR="00CF118E" w:rsidRDefault="004428B2">
            <w:pPr>
              <w:spacing w:after="0"/>
            </w:pPr>
            <w:r>
              <w:rPr>
                <w:b/>
                <w:color w:val="5B6573"/>
                <w:sz w:val="16"/>
              </w:rPr>
              <w:t>Target Completion Date</w:t>
            </w:r>
            <w:r>
              <w:rPr>
                <w:b/>
                <w:color w:val="5B6573"/>
                <w:sz w:val="16"/>
              </w:rPr>
              <w:br/>
            </w:r>
            <w:sdt>
              <w:sdtPr>
                <w:alias w:val="Project Name[Enter]"/>
                <w:tag w:val="project_name_enter_2"/>
                <w:id w:val="81004"/>
                <w:text/>
              </w:sdtPr>
              <w:sdtEndPr/>
              <w:sdtContent>
                <w:r>
                  <w:t>[Enter]</w:t>
                </w:r>
              </w:sdtContent>
            </w:sdt>
          </w:p>
        </w:tc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5E2E63" w14:textId="77777777" w:rsidR="00CF118E" w:rsidRDefault="004428B2">
            <w:sdt>
              <w:sdtPr>
                <w:alias w:val="On Track"/>
                <w:tag w:val="OVERALL_ON_TRACK"/>
                <w:id w:val="-152177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color w:val="008000"/>
              </w:rPr>
              <w:t>●</w:t>
            </w:r>
            <w:r>
              <w:t>On Track</w:t>
            </w:r>
            <w:sdt>
              <w:sdtPr>
                <w:alias w:val="At Risk"/>
                <w:tag w:val="OVERALL_AT_RISK"/>
                <w:id w:val="-229151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color w:val="FFC000"/>
              </w:rPr>
              <w:t>●</w:t>
            </w:r>
            <w:r>
              <w:t>At Risk</w:t>
            </w:r>
            <w:sdt>
              <w:sdtPr>
                <w:alias w:val="Off Track"/>
                <w:tag w:val="OVERALL_OFF_TRACK"/>
                <w:id w:val="741838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sz w:val="20"/>
                  </w:rPr>
                  <w:t>☐</w:t>
                </w:r>
              </w:sdtContent>
            </w:sdt>
            <w:r>
              <w:rPr>
                <w:color w:val="C00000"/>
              </w:rPr>
              <w:t>●</w:t>
            </w:r>
            <w:r>
              <w:t>Off Track</w:t>
            </w:r>
          </w:p>
        </w:tc>
      </w:tr>
    </w:tbl>
    <w:p w14:paraId="618EAE4B" w14:textId="77777777" w:rsidR="00CF118E" w:rsidRDefault="004428B2">
      <w:pPr>
        <w:pStyle w:val="Heading2"/>
        <w:spacing w:before="80" w:after="40"/>
      </w:pPr>
      <w:r>
        <w:rPr>
          <w:color w:val="13294B"/>
        </w:rPr>
        <w:t>Overall Status Summary</w:t>
      </w:r>
    </w:p>
    <w:p w14:paraId="39C15E78" w14:textId="77777777" w:rsidR="00CF118E" w:rsidRDefault="004428B2">
      <w:pPr>
        <w:spacing w:after="120"/>
        <w:ind w:left="72"/>
      </w:pPr>
      <w:sdt>
        <w:sdtPr>
          <w:alias w:val="Overall Status Summary: Provide a concise 2-3 sentence summary of overall project health, notable progress, and anything the audience should know."/>
          <w:tag w:val="overall_status_summary_provide_a_concise_2_3_sentence_summary_of_overall_project_health_notable_progress_and_anything_the_audience_should_know"/>
          <w:id w:val="81005"/>
          <w:text/>
        </w:sdtPr>
        <w:sdtEndPr/>
        <w:sdtContent>
          <w:r>
            <w:t>[Provide a concise 2-3 sentence summary of overall project health, notable progress, and anything the audience should know.]</w:t>
          </w:r>
        </w:sdtContent>
      </w:sdt>
    </w:p>
    <w:p w14:paraId="4A51F8A9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t>STATUS AT A GLANCE</w:t>
      </w:r>
    </w:p>
    <w:p w14:paraId="45BD47C8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Area / Status / Brief Comment"/>
        <w:tblDescription w:val="Status and brief comments for scope, schedule, budget, resources, risks, and issues."/>
      </w:tblPr>
      <w:tblGrid>
        <w:gridCol w:w="1500"/>
        <w:gridCol w:w="2300"/>
        <w:gridCol w:w="4400"/>
      </w:tblGrid>
      <w:tr w:rsidR="00CF118E" w14:paraId="7D91933A" w14:textId="77777777">
        <w:trPr>
          <w:cantSplit/>
          <w:tblHeader/>
          <w:jc w:val="center"/>
        </w:trPr>
        <w:tc>
          <w:tcPr>
            <w:tcW w:w="1500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779C13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Area</w:t>
            </w:r>
          </w:p>
        </w:tc>
        <w:tc>
          <w:tcPr>
            <w:tcW w:w="2300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CAB4544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Status</w:t>
            </w:r>
          </w:p>
        </w:tc>
        <w:tc>
          <w:tcPr>
            <w:tcW w:w="4400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18D1CAA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Brief Comment</w:t>
            </w:r>
          </w:p>
        </w:tc>
      </w:tr>
      <w:tr w:rsidR="00CF118E" w14:paraId="546E76A7" w14:textId="77777777">
        <w:trPr>
          <w:cantSplit/>
          <w:jc w:val="center"/>
        </w:trPr>
        <w:tc>
          <w:tcPr>
            <w:tcW w:w="15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4CA005F" w14:textId="77777777" w:rsidR="00CF118E" w:rsidRDefault="004428B2">
            <w:pPr>
              <w:spacing w:after="0"/>
            </w:pPr>
            <w:r>
              <w:rPr>
                <w:b/>
                <w:sz w:val="17"/>
              </w:rPr>
              <w:t>Scope</w:t>
            </w:r>
          </w:p>
        </w:tc>
        <w:tc>
          <w:tcPr>
            <w:tcW w:w="23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47D105B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008C46"/>
              </w:rPr>
              <w:t xml:space="preserve">  ● </w:t>
            </w:r>
            <w:r>
              <w:rPr>
                <w:b/>
              </w:rPr>
              <w:t>On Track</w:t>
            </w:r>
          </w:p>
          <w:p w14:paraId="2CE956B7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F5B700"/>
              </w:rPr>
              <w:t xml:space="preserve">  ● </w:t>
            </w:r>
            <w:r>
              <w:rPr>
                <w:b/>
              </w:rPr>
              <w:t>At Risk</w:t>
            </w:r>
          </w:p>
          <w:p w14:paraId="0EB0744A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C82D2D"/>
              </w:rPr>
              <w:t xml:space="preserve">  ● </w:t>
            </w:r>
            <w:r>
              <w:rPr>
                <w:b/>
              </w:rPr>
              <w:t>Off Track</w:t>
            </w:r>
          </w:p>
        </w:tc>
        <w:tc>
          <w:tcPr>
            <w:tcW w:w="44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69EB24" w14:textId="77777777" w:rsidR="00CF118E" w:rsidRDefault="004428B2">
            <w:pPr>
              <w:spacing w:after="0"/>
            </w:pPr>
            <w:sdt>
              <w:sdtPr>
                <w:alias w:val="Scope Brief Comment"/>
                <w:tag w:val="scope_brief_comment"/>
                <w:id w:val="81006"/>
                <w:text/>
              </w:sdtPr>
              <w:sdtEndPr/>
              <w:sdtContent>
                <w:r>
                  <w:t>[Brief comment]</w:t>
                </w:r>
              </w:sdtContent>
            </w:sdt>
          </w:p>
        </w:tc>
      </w:tr>
      <w:tr w:rsidR="00CF118E" w14:paraId="2B8D1343" w14:textId="77777777">
        <w:trPr>
          <w:cantSplit/>
          <w:jc w:val="center"/>
        </w:trPr>
        <w:tc>
          <w:tcPr>
            <w:tcW w:w="15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CCAD5D0" w14:textId="77777777" w:rsidR="00CF118E" w:rsidRDefault="004428B2">
            <w:pPr>
              <w:spacing w:after="0"/>
            </w:pPr>
            <w:r>
              <w:rPr>
                <w:b/>
                <w:sz w:val="17"/>
              </w:rPr>
              <w:t>Schedule</w:t>
            </w:r>
          </w:p>
        </w:tc>
        <w:tc>
          <w:tcPr>
            <w:tcW w:w="23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C794AAD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008C46"/>
              </w:rPr>
              <w:t xml:space="preserve">  ● </w:t>
            </w:r>
            <w:r>
              <w:rPr>
                <w:b/>
              </w:rPr>
              <w:t>On Track</w:t>
            </w:r>
          </w:p>
          <w:p w14:paraId="5432BEF1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F5B700"/>
              </w:rPr>
              <w:t xml:space="preserve">  ● </w:t>
            </w:r>
            <w:r>
              <w:rPr>
                <w:b/>
              </w:rPr>
              <w:t>At Risk</w:t>
            </w:r>
          </w:p>
          <w:p w14:paraId="39D3F333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C82D2D"/>
              </w:rPr>
              <w:t xml:space="preserve">  ● </w:t>
            </w:r>
            <w:r>
              <w:rPr>
                <w:b/>
              </w:rPr>
              <w:t>Off Track</w:t>
            </w:r>
          </w:p>
        </w:tc>
        <w:tc>
          <w:tcPr>
            <w:tcW w:w="44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5C897" w14:textId="77777777" w:rsidR="00CF118E" w:rsidRDefault="004428B2">
            <w:pPr>
              <w:spacing w:after="0"/>
            </w:pPr>
            <w:sdt>
              <w:sdtPr>
                <w:alias w:val="Schedule Brief Comment"/>
                <w:tag w:val="schedule_brief_comment"/>
                <w:id w:val="81007"/>
                <w:text/>
              </w:sdtPr>
              <w:sdtEndPr/>
              <w:sdtContent>
                <w:r>
                  <w:t>[Brief comment]</w:t>
                </w:r>
              </w:sdtContent>
            </w:sdt>
          </w:p>
        </w:tc>
      </w:tr>
      <w:tr w:rsidR="00CF118E" w14:paraId="6C936BCF" w14:textId="77777777">
        <w:trPr>
          <w:cantSplit/>
          <w:jc w:val="center"/>
        </w:trPr>
        <w:tc>
          <w:tcPr>
            <w:tcW w:w="15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E28B2FA" w14:textId="77777777" w:rsidR="00CF118E" w:rsidRDefault="004428B2">
            <w:pPr>
              <w:spacing w:after="0"/>
            </w:pPr>
            <w:r>
              <w:rPr>
                <w:b/>
                <w:sz w:val="17"/>
              </w:rPr>
              <w:t>Budget</w:t>
            </w:r>
          </w:p>
        </w:tc>
        <w:tc>
          <w:tcPr>
            <w:tcW w:w="23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A66FF27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008C46"/>
              </w:rPr>
              <w:t xml:space="preserve">  ● </w:t>
            </w:r>
            <w:r>
              <w:rPr>
                <w:b/>
              </w:rPr>
              <w:t>On Track</w:t>
            </w:r>
          </w:p>
          <w:p w14:paraId="3C576F4F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F5B700"/>
              </w:rPr>
              <w:t xml:space="preserve">  ● </w:t>
            </w:r>
            <w:r>
              <w:rPr>
                <w:b/>
              </w:rPr>
              <w:t>At Risk</w:t>
            </w:r>
          </w:p>
          <w:p w14:paraId="0155F202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C82D2D"/>
              </w:rPr>
              <w:t xml:space="preserve">  ● </w:t>
            </w:r>
            <w:r>
              <w:rPr>
                <w:b/>
              </w:rPr>
              <w:t>Off Track</w:t>
            </w:r>
          </w:p>
        </w:tc>
        <w:tc>
          <w:tcPr>
            <w:tcW w:w="44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31F511" w14:textId="77777777" w:rsidR="00CF118E" w:rsidRDefault="004428B2">
            <w:pPr>
              <w:spacing w:after="0"/>
            </w:pPr>
            <w:sdt>
              <w:sdtPr>
                <w:alias w:val="Budget Brief Comment"/>
                <w:tag w:val="budget_brief_comment"/>
                <w:id w:val="81008"/>
                <w:text/>
              </w:sdtPr>
              <w:sdtEndPr/>
              <w:sdtContent>
                <w:r>
                  <w:t>[Brief comment]</w:t>
                </w:r>
              </w:sdtContent>
            </w:sdt>
          </w:p>
        </w:tc>
      </w:tr>
      <w:tr w:rsidR="00CF118E" w14:paraId="4183CF8A" w14:textId="77777777">
        <w:trPr>
          <w:cantSplit/>
          <w:jc w:val="center"/>
        </w:trPr>
        <w:tc>
          <w:tcPr>
            <w:tcW w:w="15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E9BD94F" w14:textId="77777777" w:rsidR="00CF118E" w:rsidRDefault="004428B2">
            <w:pPr>
              <w:spacing w:after="0"/>
            </w:pPr>
            <w:r>
              <w:rPr>
                <w:b/>
                <w:sz w:val="17"/>
              </w:rPr>
              <w:t>Resources</w:t>
            </w:r>
          </w:p>
        </w:tc>
        <w:tc>
          <w:tcPr>
            <w:tcW w:w="23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ECA84D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008C46"/>
              </w:rPr>
              <w:t xml:space="preserve">  ● </w:t>
            </w:r>
            <w:r>
              <w:rPr>
                <w:b/>
              </w:rPr>
              <w:t>On Track</w:t>
            </w:r>
          </w:p>
          <w:p w14:paraId="710194DF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F5B700"/>
              </w:rPr>
              <w:t xml:space="preserve">  ● </w:t>
            </w:r>
            <w:r>
              <w:rPr>
                <w:b/>
              </w:rPr>
              <w:t>At Risk</w:t>
            </w:r>
          </w:p>
          <w:p w14:paraId="64B91570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C82D2D"/>
              </w:rPr>
              <w:t xml:space="preserve">  ● </w:t>
            </w:r>
            <w:r>
              <w:rPr>
                <w:b/>
              </w:rPr>
              <w:t>Off Track</w:t>
            </w:r>
          </w:p>
        </w:tc>
        <w:tc>
          <w:tcPr>
            <w:tcW w:w="4400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B784F38" w14:textId="77777777" w:rsidR="00CF118E" w:rsidRDefault="004428B2">
            <w:pPr>
              <w:spacing w:after="0"/>
            </w:pPr>
            <w:sdt>
              <w:sdtPr>
                <w:alias w:val="Resources Brief Comment"/>
                <w:tag w:val="resources_brief_comment"/>
                <w:id w:val="81009"/>
                <w:text/>
              </w:sdtPr>
              <w:sdtEndPr/>
              <w:sdtContent>
                <w:r>
                  <w:t>[Brief comment]</w:t>
                </w:r>
              </w:sdtContent>
            </w:sdt>
          </w:p>
        </w:tc>
      </w:tr>
      <w:tr w:rsidR="00CF118E" w14:paraId="27B1C07C" w14:textId="77777777">
        <w:trPr>
          <w:cantSplit/>
          <w:jc w:val="center"/>
        </w:trPr>
        <w:tc>
          <w:tcPr>
            <w:tcW w:w="15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BDC3CF" w14:textId="77777777" w:rsidR="00CF118E" w:rsidRDefault="004428B2">
            <w:pPr>
              <w:spacing w:after="0"/>
            </w:pPr>
            <w:r>
              <w:rPr>
                <w:b/>
                <w:sz w:val="17"/>
              </w:rPr>
              <w:t>Risks / Issues</w:t>
            </w:r>
          </w:p>
        </w:tc>
        <w:tc>
          <w:tcPr>
            <w:tcW w:w="23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30DE4DF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008C46"/>
              </w:rPr>
              <w:t xml:space="preserve">  ● </w:t>
            </w:r>
            <w:r>
              <w:rPr>
                <w:b/>
              </w:rPr>
              <w:t>On Track</w:t>
            </w:r>
          </w:p>
          <w:p w14:paraId="6711FE79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F5B700"/>
              </w:rPr>
              <w:t xml:space="preserve">  ● </w:t>
            </w:r>
            <w:r>
              <w:rPr>
                <w:b/>
              </w:rPr>
              <w:t>At Risk</w:t>
            </w:r>
          </w:p>
          <w:p w14:paraId="385C6264" w14:textId="77777777" w:rsidR="00CF118E" w:rsidRDefault="004428B2">
            <w:pPr>
              <w:spacing w:after="0" w:line="240" w:lineRule="auto"/>
            </w:pPr>
            <w:r>
              <w:fldChar w:fldCharType="begin">
                <w:ffData>
                  <w:name w:val="StatusCheck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color w:val="C82D2D"/>
              </w:rPr>
              <w:t xml:space="preserve">  ● </w:t>
            </w:r>
            <w:r>
              <w:rPr>
                <w:b/>
              </w:rPr>
              <w:t>Off Track</w:t>
            </w:r>
          </w:p>
        </w:tc>
        <w:tc>
          <w:tcPr>
            <w:tcW w:w="4400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B376886" w14:textId="77777777" w:rsidR="00CF118E" w:rsidRDefault="004428B2">
            <w:pPr>
              <w:spacing w:after="0"/>
            </w:pPr>
            <w:sdt>
              <w:sdtPr>
                <w:alias w:val="Risks / Issues Brief Comment"/>
                <w:tag w:val="risks_issues_brief_comment"/>
                <w:id w:val="81010"/>
                <w:text/>
              </w:sdtPr>
              <w:sdtEndPr/>
              <w:sdtContent>
                <w:r>
                  <w:t>[Brief comment]</w:t>
                </w:r>
              </w:sdtContent>
            </w:sdt>
          </w:p>
        </w:tc>
      </w:tr>
    </w:tbl>
    <w:p w14:paraId="69322CC9" w14:textId="77777777" w:rsidR="00CF118E" w:rsidRDefault="00CF118E">
      <w:pPr>
        <w:spacing w:after="0" w:line="108" w:lineRule="auto"/>
      </w:pPr>
    </w:p>
    <w:p w14:paraId="44ED0FC2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t>PROGRESS THIS PERIOD</w:t>
      </w:r>
    </w:p>
    <w:p w14:paraId="55825F2A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Completed / Accomplished / Next Up"/>
        <w:tblDescription w:val="Completed accomplishments and upcoming work."/>
      </w:tblPr>
      <w:tblGrid>
        <w:gridCol w:w="5112"/>
        <w:gridCol w:w="5112"/>
      </w:tblGrid>
      <w:tr w:rsidR="00CF118E" w14:paraId="315ABFC7" w14:textId="77777777">
        <w:trPr>
          <w:cantSplit/>
          <w:tblHeader/>
          <w:jc w:val="center"/>
        </w:trPr>
        <w:tc>
          <w:tcPr>
            <w:tcW w:w="5112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589B85C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Completed / Accomplished</w:t>
            </w:r>
          </w:p>
        </w:tc>
        <w:tc>
          <w:tcPr>
            <w:tcW w:w="5112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725CB2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Next Up</w:t>
            </w:r>
          </w:p>
        </w:tc>
      </w:tr>
      <w:tr w:rsidR="00CF118E" w14:paraId="0DEBA6DA" w14:textId="77777777">
        <w:trPr>
          <w:cantSplit/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17C0818" w14:textId="77777777" w:rsidR="00CF118E" w:rsidRDefault="004428B2">
            <w:pPr>
              <w:spacing w:after="0"/>
            </w:pPr>
            <w:r>
              <w:rPr>
                <w:b/>
              </w:rPr>
              <w:t xml:space="preserve">• </w:t>
            </w:r>
            <w:sdt>
              <w:sdtPr>
                <w:alias w:val="Completed / Accomplished: Enter accomplishment"/>
                <w:tag w:val="completed_accomplished_enter_accomplishment"/>
                <w:id w:val="81011"/>
                <w:text/>
              </w:sdtPr>
              <w:sdtEndPr/>
              <w:sdtContent>
                <w:r>
                  <w:t>[Enter accomplishment]</w:t>
                </w:r>
              </w:sdtContent>
            </w:sdt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E4F292F" w14:textId="77777777" w:rsidR="00CF118E" w:rsidRDefault="004428B2">
            <w:pPr>
              <w:spacing w:after="0"/>
            </w:pPr>
            <w:r>
              <w:t xml:space="preserve">• </w:t>
            </w:r>
            <w:sdt>
              <w:sdtPr>
                <w:alias w:val="• [Enter accomplishment] Next Up: Enter upcoming work"/>
                <w:tag w:val="enter_accomplishment_next_up_enter_upcoming_work"/>
                <w:id w:val="81012"/>
                <w:text/>
              </w:sdtPr>
              <w:sdtEndPr/>
              <w:sdtContent>
                <w:r>
                  <w:t>[Enter upcoming work]</w:t>
                </w:r>
              </w:sdtContent>
            </w:sdt>
          </w:p>
        </w:tc>
      </w:tr>
      <w:tr w:rsidR="00CF118E" w14:paraId="4D1ADC7E" w14:textId="77777777">
        <w:trPr>
          <w:cantSplit/>
          <w:jc w:val="center"/>
        </w:trPr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6CAFB5" w14:textId="77777777" w:rsidR="00CF118E" w:rsidRDefault="004428B2">
            <w:pPr>
              <w:spacing w:after="0"/>
            </w:pPr>
            <w:r>
              <w:rPr>
                <w:b/>
              </w:rPr>
              <w:t xml:space="preserve">• </w:t>
            </w:r>
            <w:sdt>
              <w:sdtPr>
                <w:alias w:val="Completed / Accomplished: Enter accomplishment"/>
                <w:tag w:val="completed_accomplished_enter_accomplishment_2"/>
                <w:id w:val="81013"/>
                <w:text/>
              </w:sdtPr>
              <w:sdtEndPr/>
              <w:sdtContent>
                <w:r>
                  <w:t>[Enter accomplishment]</w:t>
                </w:r>
              </w:sdtContent>
            </w:sdt>
          </w:p>
        </w:tc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9D7EEA" w14:textId="77777777" w:rsidR="00CF118E" w:rsidRDefault="004428B2">
            <w:pPr>
              <w:spacing w:after="0"/>
            </w:pPr>
            <w:r>
              <w:t xml:space="preserve">• </w:t>
            </w:r>
            <w:sdt>
              <w:sdtPr>
                <w:alias w:val="• [Enter accomplishment] Next Up: Enter upcoming work"/>
                <w:tag w:val="enter_accomplishment_next_up_enter_upcoming_work_2"/>
                <w:id w:val="81014"/>
                <w:text/>
              </w:sdtPr>
              <w:sdtEndPr/>
              <w:sdtContent>
                <w:r>
                  <w:t>[Enter upcoming work]</w:t>
                </w:r>
              </w:sdtContent>
            </w:sdt>
          </w:p>
        </w:tc>
      </w:tr>
      <w:tr w:rsidR="00CF118E" w14:paraId="18FEEAE6" w14:textId="77777777">
        <w:trPr>
          <w:cantSplit/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89AB36" w14:textId="77777777" w:rsidR="00CF118E" w:rsidRDefault="004428B2">
            <w:pPr>
              <w:spacing w:after="0"/>
            </w:pPr>
            <w:r>
              <w:rPr>
                <w:b/>
              </w:rPr>
              <w:t xml:space="preserve">• </w:t>
            </w:r>
            <w:sdt>
              <w:sdtPr>
                <w:alias w:val="Completed / Accomplished: Enter accomplishment"/>
                <w:tag w:val="completed_accomplished_enter_accomplishment_3"/>
                <w:id w:val="81015"/>
                <w:text/>
              </w:sdtPr>
              <w:sdtEndPr/>
              <w:sdtContent>
                <w:r>
                  <w:t>[Enter accomplishment]</w:t>
                </w:r>
              </w:sdtContent>
            </w:sdt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79FD80" w14:textId="77777777" w:rsidR="00CF118E" w:rsidRDefault="004428B2">
            <w:pPr>
              <w:spacing w:after="0"/>
            </w:pPr>
            <w:r>
              <w:t xml:space="preserve">• </w:t>
            </w:r>
            <w:sdt>
              <w:sdtPr>
                <w:alias w:val="• [Enter accomplishment] Next Up: Enter upcoming work"/>
                <w:tag w:val="enter_accomplishment_next_up_enter_upcoming_work_3"/>
                <w:id w:val="81016"/>
                <w:text/>
              </w:sdtPr>
              <w:sdtEndPr/>
              <w:sdtContent>
                <w:r>
                  <w:t>[Enter upcoming work]</w:t>
                </w:r>
              </w:sdtContent>
            </w:sdt>
          </w:p>
        </w:tc>
      </w:tr>
    </w:tbl>
    <w:p w14:paraId="06863367" w14:textId="77777777" w:rsidR="00CF118E" w:rsidRDefault="004428B2">
      <w:r>
        <w:br w:type="page"/>
      </w:r>
    </w:p>
    <w:p w14:paraId="656EB295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lastRenderedPageBreak/>
        <w:t>KEY MILESTONES</w:t>
      </w:r>
    </w:p>
    <w:p w14:paraId="62C5F8DC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Milestone / Target Date / Status"/>
        <w:tblDescription w:val="Project milestones, target dates, and status."/>
      </w:tblPr>
      <w:tblGrid>
        <w:gridCol w:w="3408"/>
        <w:gridCol w:w="3408"/>
        <w:gridCol w:w="3408"/>
      </w:tblGrid>
      <w:tr w:rsidR="00CF118E" w14:paraId="768FBB27" w14:textId="77777777">
        <w:trPr>
          <w:cantSplit/>
          <w:tblHeader/>
          <w:jc w:val="center"/>
        </w:trPr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E8FDFD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Milestone</w:t>
            </w:r>
          </w:p>
        </w:tc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864CC99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Target Date</w:t>
            </w:r>
          </w:p>
        </w:tc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E09BC76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Status</w:t>
            </w:r>
          </w:p>
        </w:tc>
      </w:tr>
      <w:tr w:rsidR="00CF118E" w14:paraId="4D7D699C" w14:textId="77777777">
        <w:trPr>
          <w:cantSplit/>
          <w:jc w:val="center"/>
        </w:trPr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30BC188" w14:textId="77777777" w:rsidR="00CF118E" w:rsidRDefault="004428B2">
            <w:pPr>
              <w:spacing w:after="0"/>
            </w:pPr>
            <w:sdt>
              <w:sdtPr>
                <w:alias w:val="Milestone"/>
                <w:tag w:val="milestone"/>
                <w:id w:val="81017"/>
                <w:text/>
              </w:sdtPr>
              <w:sdtEndPr/>
              <w:sdtContent>
                <w:r>
                  <w:t>[Milestone]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0C2358" w14:textId="77777777" w:rsidR="00CF118E" w:rsidRDefault="004428B2">
            <w:pPr>
              <w:spacing w:after="0"/>
              <w:jc w:val="center"/>
            </w:pPr>
            <w:sdt>
              <w:sdtPr>
                <w:alias w:val="[Milestone] Target Date"/>
                <w:tag w:val="milestone_target_date"/>
                <w:id w:val="81018"/>
                <w:text/>
              </w:sdtPr>
              <w:sdtEndPr/>
              <w:sdtContent>
                <w:r>
                  <w:t>[Date]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B4D5DD" w14:textId="77777777" w:rsidR="00CF118E" w:rsidRDefault="004428B2">
            <w:sdt>
              <w:sdtPr>
                <w:alias w:val="[Milestone] Status: On Track / At Risk / Off Track / Complete"/>
                <w:tag w:val="milestone_status_on_track_at_risk_off_track_complete"/>
                <w:id w:val="81019"/>
                <w:text/>
              </w:sdtPr>
              <w:sdtEndPr/>
              <w:sdtContent>
                <w:r>
                  <w:t>[On Track / At Risk / Off Track / Complete]</w:t>
                </w:r>
              </w:sdtContent>
            </w:sdt>
          </w:p>
        </w:tc>
      </w:tr>
      <w:tr w:rsidR="00CF118E" w14:paraId="3C0B5735" w14:textId="77777777">
        <w:trPr>
          <w:cantSplit/>
          <w:jc w:val="center"/>
        </w:trPr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4955EB" w14:textId="77777777" w:rsidR="00CF118E" w:rsidRDefault="004428B2">
            <w:pPr>
              <w:spacing w:after="0"/>
            </w:pPr>
            <w:sdt>
              <w:sdtPr>
                <w:alias w:val="Milestone"/>
                <w:tag w:val="milestone_2"/>
                <w:id w:val="81020"/>
                <w:text/>
              </w:sdtPr>
              <w:sdtEndPr/>
              <w:sdtContent>
                <w:r>
                  <w:t>[Milestone]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7206D1" w14:textId="77777777" w:rsidR="00CF118E" w:rsidRDefault="004428B2">
            <w:pPr>
              <w:spacing w:after="0"/>
              <w:jc w:val="center"/>
            </w:pPr>
            <w:sdt>
              <w:sdtPr>
                <w:alias w:val="[Milestone] Target Date"/>
                <w:tag w:val="milestone_target_date_2"/>
                <w:id w:val="81021"/>
                <w:text/>
              </w:sdtPr>
              <w:sdtEndPr/>
              <w:sdtContent>
                <w:r>
                  <w:t>[Date]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07C4FBB" w14:textId="77777777" w:rsidR="00CF118E" w:rsidRDefault="004428B2">
            <w:sdt>
              <w:sdtPr>
                <w:alias w:val="[Milestone] Status: On Track / At Risk / Off Track / Complete"/>
                <w:tag w:val="milestone_status_on_track_at_risk_off_track_complete_2"/>
                <w:id w:val="81022"/>
                <w:text/>
              </w:sdtPr>
              <w:sdtEndPr/>
              <w:sdtContent>
                <w:r>
                  <w:t>[On Track / At Risk / Off Track / Complete]</w:t>
                </w:r>
              </w:sdtContent>
            </w:sdt>
          </w:p>
        </w:tc>
      </w:tr>
      <w:tr w:rsidR="00CF118E" w14:paraId="6C2D436A" w14:textId="77777777">
        <w:trPr>
          <w:cantSplit/>
          <w:jc w:val="center"/>
        </w:trPr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A1D4E6B" w14:textId="77777777" w:rsidR="00CF118E" w:rsidRDefault="004428B2">
            <w:pPr>
              <w:spacing w:after="0"/>
            </w:pPr>
            <w:sdt>
              <w:sdtPr>
                <w:alias w:val="Milestone"/>
                <w:tag w:val="milestone_3"/>
                <w:id w:val="81023"/>
                <w:text/>
              </w:sdtPr>
              <w:sdtEndPr/>
              <w:sdtContent>
                <w:r>
                  <w:t>[Milestone]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1562CB8" w14:textId="77777777" w:rsidR="00CF118E" w:rsidRDefault="004428B2">
            <w:pPr>
              <w:spacing w:after="0"/>
              <w:jc w:val="center"/>
            </w:pPr>
            <w:sdt>
              <w:sdtPr>
                <w:alias w:val="[Milestone] Target Date"/>
                <w:tag w:val="milestone_target_date_3"/>
                <w:id w:val="81024"/>
                <w:text/>
              </w:sdtPr>
              <w:sdtEndPr/>
              <w:sdtContent>
                <w:r>
                  <w:t>[Date]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1FE847C" w14:textId="77777777" w:rsidR="00CF118E" w:rsidRDefault="004428B2">
            <w:sdt>
              <w:sdtPr>
                <w:alias w:val="[Milestone] Status: On Track / At Risk / Off Track / Complete"/>
                <w:tag w:val="milestone_status_on_track_at_risk_off_track_complete_3"/>
                <w:id w:val="81025"/>
                <w:text/>
              </w:sdtPr>
              <w:sdtEndPr/>
              <w:sdtContent>
                <w:r>
                  <w:t>[On Track / At Risk / Off Track / Complete]</w:t>
                </w:r>
              </w:sdtContent>
            </w:sdt>
          </w:p>
        </w:tc>
      </w:tr>
      <w:tr w:rsidR="00CF118E" w14:paraId="46B6DBD3" w14:textId="77777777">
        <w:trPr>
          <w:cantSplit/>
          <w:jc w:val="center"/>
        </w:trPr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F802675" w14:textId="77777777" w:rsidR="00CF118E" w:rsidRDefault="004428B2">
            <w:pPr>
              <w:spacing w:after="0"/>
            </w:pPr>
            <w:sdt>
              <w:sdtPr>
                <w:alias w:val="Milestone"/>
                <w:tag w:val="milestone_4"/>
                <w:id w:val="81026"/>
                <w:text/>
              </w:sdtPr>
              <w:sdtEndPr/>
              <w:sdtContent>
                <w:r>
                  <w:t>[Milestone]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2500E2E" w14:textId="77777777" w:rsidR="00CF118E" w:rsidRDefault="004428B2">
            <w:pPr>
              <w:spacing w:after="0"/>
              <w:jc w:val="center"/>
            </w:pPr>
            <w:sdt>
              <w:sdtPr>
                <w:alias w:val="[Milestone] Target Date"/>
                <w:tag w:val="milestone_target_date_4"/>
                <w:id w:val="81027"/>
                <w:text/>
              </w:sdtPr>
              <w:sdtEndPr/>
              <w:sdtContent>
                <w:r>
                  <w:t>[Date]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3CAC9D" w14:textId="77777777" w:rsidR="00CF118E" w:rsidRDefault="004428B2">
            <w:sdt>
              <w:sdtPr>
                <w:alias w:val="[Milestone] Status: On Track / At Risk / Off Track / Complete"/>
                <w:tag w:val="milestone_status_on_track_at_risk_off_track_complete_4"/>
                <w:id w:val="81028"/>
                <w:text/>
              </w:sdtPr>
              <w:sdtEndPr/>
              <w:sdtContent>
                <w:r>
                  <w:t>[On Track / At Risk / Off Track / Complete]</w:t>
                </w:r>
              </w:sdtContent>
            </w:sdt>
          </w:p>
        </w:tc>
      </w:tr>
    </w:tbl>
    <w:p w14:paraId="701C10DB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t>KEY RISKS &amp; ISSUES</w:t>
      </w:r>
    </w:p>
    <w:p w14:paraId="7FBF8E47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Type / Risk / Issue / Impact / Response"/>
        <w:tblDescription w:val="Key risks or issues, their impact, and planned response."/>
      </w:tblPr>
      <w:tblGrid>
        <w:gridCol w:w="3408"/>
        <w:gridCol w:w="3408"/>
        <w:gridCol w:w="3408"/>
      </w:tblGrid>
      <w:tr w:rsidR="00CF118E" w14:paraId="1DF7B1ED" w14:textId="77777777">
        <w:trPr>
          <w:cantSplit/>
          <w:tblHeader/>
          <w:jc w:val="center"/>
        </w:trPr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2C22935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Type</w:t>
            </w:r>
          </w:p>
        </w:tc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DB3DA5B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Risk / Issue</w:t>
            </w:r>
          </w:p>
        </w:tc>
        <w:tc>
          <w:tcPr>
            <w:tcW w:w="3408" w:type="dxa"/>
            <w:shd w:val="clear" w:color="auto" w:fill="D7E3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7CC9187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>Impact / Response</w:t>
            </w:r>
          </w:p>
        </w:tc>
      </w:tr>
      <w:tr w:rsidR="00CF118E" w14:paraId="2008549D" w14:textId="77777777">
        <w:trPr>
          <w:cantSplit/>
          <w:jc w:val="center"/>
        </w:trPr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718852" w14:textId="77777777" w:rsidR="00CF118E" w:rsidRDefault="004428B2">
            <w:pPr>
              <w:spacing w:after="0"/>
              <w:jc w:val="center"/>
            </w:pPr>
            <w:sdt>
              <w:sdtPr>
                <w:alias w:val="Type: Risk / Issue"/>
                <w:tag w:val="type_risk_issue"/>
                <w:id w:val="81029"/>
                <w:text/>
              </w:sdtPr>
              <w:sdtEndPr/>
              <w:sdtContent>
                <w:r>
                  <w:t>[Risk / Issue]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87869C" w14:textId="77777777" w:rsidR="00CF118E" w:rsidRDefault="004428B2">
            <w:pPr>
              <w:spacing w:after="0"/>
            </w:pPr>
            <w:sdt>
              <w:sdtPr>
                <w:alias w:val="[Risk / Issue] Risk / Issue: Describe only items the audience needs to know"/>
                <w:tag w:val="risk_issue_risk_issue_describe_only_items_the_audience_needs_to_know"/>
                <w:id w:val="81030"/>
                <w:text/>
              </w:sdtPr>
              <w:sdtEndPr/>
              <w:sdtContent>
                <w:r>
                  <w:t>[Describe only items the audience needs to know]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243D9D4" w14:textId="77777777" w:rsidR="00CF118E" w:rsidRDefault="004428B2">
            <w:pPr>
              <w:spacing w:after="0"/>
            </w:pPr>
            <w:sdt>
              <w:sdtPr>
                <w:alias w:val="[Risk / Issue] Impact / Response: Impact and response"/>
                <w:tag w:val="risk_issue_impact_response_impact_and_response"/>
                <w:id w:val="81031"/>
                <w:text/>
              </w:sdtPr>
              <w:sdtEndPr/>
              <w:sdtContent>
                <w:r>
                  <w:t>[Impact and response]</w:t>
                </w:r>
              </w:sdtContent>
            </w:sdt>
          </w:p>
        </w:tc>
      </w:tr>
      <w:tr w:rsidR="00CF118E" w14:paraId="52B9309E" w14:textId="77777777">
        <w:trPr>
          <w:cantSplit/>
          <w:jc w:val="center"/>
        </w:trPr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A2C028" w14:textId="77777777" w:rsidR="00CF118E" w:rsidRDefault="004428B2">
            <w:pPr>
              <w:spacing w:after="0"/>
              <w:jc w:val="center"/>
            </w:pPr>
            <w:sdt>
              <w:sdtPr>
                <w:alias w:val="Type: Risk / Issue"/>
                <w:tag w:val="type_risk_issue_2"/>
                <w:id w:val="81032"/>
                <w:text/>
              </w:sdtPr>
              <w:sdtEndPr/>
              <w:sdtContent>
                <w:r>
                  <w:t>[Risk / Issue]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B2B66A" w14:textId="77777777" w:rsidR="00CF118E" w:rsidRDefault="004428B2">
            <w:pPr>
              <w:spacing w:after="0"/>
            </w:pPr>
            <w:sdt>
              <w:sdtPr>
                <w:alias w:val="[Risk / Issue] Risk / Issue: Describe only items the audience needs to know"/>
                <w:tag w:val="risk_issue_risk_issue_describe_only_items_the_audience_needs_to_know_2"/>
                <w:id w:val="81033"/>
                <w:text/>
              </w:sdtPr>
              <w:sdtEndPr/>
              <w:sdtContent>
                <w:r>
                  <w:t>[Describe only items the audience needs to know]</w:t>
                </w:r>
              </w:sdtContent>
            </w:sdt>
          </w:p>
        </w:tc>
        <w:tc>
          <w:tcPr>
            <w:tcW w:w="3408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0CF252" w14:textId="77777777" w:rsidR="00CF118E" w:rsidRDefault="004428B2">
            <w:pPr>
              <w:spacing w:after="0"/>
            </w:pPr>
            <w:sdt>
              <w:sdtPr>
                <w:alias w:val="[Risk / Issue] Impact / Response: Impact and response"/>
                <w:tag w:val="risk_issue_impact_response_impact_and_response_2"/>
                <w:id w:val="81034"/>
                <w:text/>
              </w:sdtPr>
              <w:sdtEndPr/>
              <w:sdtContent>
                <w:r>
                  <w:t>[Impact and response]</w:t>
                </w:r>
              </w:sdtContent>
            </w:sdt>
          </w:p>
        </w:tc>
      </w:tr>
      <w:tr w:rsidR="00CF118E" w14:paraId="5885B7DD" w14:textId="77777777">
        <w:trPr>
          <w:cantSplit/>
          <w:jc w:val="center"/>
        </w:trPr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58B0EEB" w14:textId="77777777" w:rsidR="00CF118E" w:rsidRDefault="004428B2">
            <w:pPr>
              <w:spacing w:after="0"/>
              <w:jc w:val="center"/>
            </w:pPr>
            <w:sdt>
              <w:sdtPr>
                <w:alias w:val="Type: Risk / Issue"/>
                <w:tag w:val="type_risk_issue_3"/>
                <w:id w:val="81035"/>
                <w:text/>
              </w:sdtPr>
              <w:sdtEndPr/>
              <w:sdtContent>
                <w:r>
                  <w:t>[Risk / Issue]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C807F7" w14:textId="77777777" w:rsidR="00CF118E" w:rsidRDefault="004428B2">
            <w:pPr>
              <w:spacing w:after="0"/>
            </w:pPr>
            <w:sdt>
              <w:sdtPr>
                <w:alias w:val="[Risk / Issue] Risk / Issue: Describe only items the audience needs to know"/>
                <w:tag w:val="risk_issue_risk_issue_describe_only_items_the_audience_needs_to_know_3"/>
                <w:id w:val="81036"/>
                <w:text/>
              </w:sdtPr>
              <w:sdtEndPr/>
              <w:sdtContent>
                <w:r>
                  <w:t>[Describe only items the audience needs to know]</w:t>
                </w:r>
              </w:sdtContent>
            </w:sdt>
          </w:p>
        </w:tc>
        <w:tc>
          <w:tcPr>
            <w:tcW w:w="3408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EE66A38" w14:textId="77777777" w:rsidR="00CF118E" w:rsidRDefault="004428B2">
            <w:pPr>
              <w:spacing w:after="0"/>
            </w:pPr>
            <w:sdt>
              <w:sdtPr>
                <w:alias w:val="[Risk / Issue] Impact / Response: Impact and response"/>
                <w:tag w:val="risk_issue_impact_response_impact_and_response_3"/>
                <w:id w:val="81037"/>
                <w:text/>
              </w:sdtPr>
              <w:sdtEndPr/>
              <w:sdtContent>
                <w:r>
                  <w:t>[Impact and response]</w:t>
                </w:r>
              </w:sdtContent>
            </w:sdt>
          </w:p>
        </w:tc>
      </w:tr>
    </w:tbl>
    <w:p w14:paraId="1CEB8B1B" w14:textId="77777777" w:rsidR="00CF118E" w:rsidRDefault="004428B2">
      <w:pPr>
        <w:pStyle w:val="Heading2"/>
        <w:keepNext/>
        <w:shd w:val="clear" w:color="auto" w:fill="13294B"/>
        <w:spacing w:before="100" w:after="100"/>
        <w:ind w:left="120" w:right="120"/>
      </w:pPr>
      <w:r>
        <w:rPr>
          <w:color w:val="FFFFFF"/>
          <w:sz w:val="22"/>
        </w:rPr>
        <w:t>DECISIONS &amp; LEADERSHIP SUPPORT NEEDED</w:t>
      </w:r>
    </w:p>
    <w:p w14:paraId="13443AEA" w14:textId="77777777" w:rsidR="00CF118E" w:rsidRDefault="00CF118E">
      <w:pPr>
        <w:spacing w:after="0" w:line="108" w:lineRule="auto"/>
      </w:pPr>
    </w:p>
    <w:tbl>
      <w:tblPr>
        <w:tblW w:w="0" w:type="auto"/>
        <w:jc w:val="center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Layout w:type="fixed"/>
        <w:tblLook w:val="04A0" w:firstRow="1" w:lastRow="0" w:firstColumn="1" w:lastColumn="0" w:noHBand="0" w:noVBand="1"/>
        <w:tblCaption w:val="[ ] No action needed at this time / Needed By: [Date]"/>
        <w:tblDescription w:val="Action status, due date, decision or support needed, and responsible owner."/>
      </w:tblPr>
      <w:tblGrid>
        <w:gridCol w:w="5112"/>
        <w:gridCol w:w="5112"/>
      </w:tblGrid>
      <w:tr w:rsidR="00CF118E" w14:paraId="34EC61E7" w14:textId="77777777">
        <w:trPr>
          <w:cantSplit/>
          <w:tblHeader/>
          <w:jc w:val="center"/>
        </w:trPr>
        <w:tc>
          <w:tcPr>
            <w:tcW w:w="5112" w:type="dxa"/>
            <w:shd w:val="clear" w:color="auto" w:fill="FFF3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B94EE03" w14:textId="77777777" w:rsidR="00CF118E" w:rsidRDefault="004428B2">
            <w:pPr>
              <w:spacing w:after="0"/>
            </w:pPr>
            <w:sdt>
              <w:sdtPr>
                <w:alias w:val="No action needed at this time"/>
                <w:tag w:val="no_action_needed"/>
                <w:id w:val="8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b/>
                    <w:color w:val="13294B"/>
                  </w:rPr>
                  <w:t>☐</w:t>
                </w:r>
              </w:sdtContent>
            </w:sdt>
            <w:r>
              <w:rPr>
                <w:rFonts w:eastAsia="Arial"/>
                <w:b/>
                <w:color w:val="13294B"/>
                <w:sz w:val="20"/>
              </w:rPr>
              <w:t xml:space="preserve"> No action needed at this time</w:t>
            </w:r>
          </w:p>
        </w:tc>
        <w:tc>
          <w:tcPr>
            <w:tcW w:w="5112" w:type="dxa"/>
            <w:shd w:val="clear" w:color="auto" w:fill="FFF3E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BBC1C" w14:textId="77777777" w:rsidR="00CF118E" w:rsidRDefault="004428B2">
            <w:pPr>
              <w:spacing w:after="0"/>
            </w:pPr>
            <w:r>
              <w:rPr>
                <w:rFonts w:eastAsia="Arial"/>
                <w:b/>
                <w:color w:val="13294B"/>
                <w:sz w:val="20"/>
              </w:rPr>
              <w:t xml:space="preserve">Needed By: </w:t>
            </w:r>
            <w:sdt>
              <w:sdtPr>
                <w:alias w:val="Needed By"/>
                <w:tag w:val="needed_by"/>
                <w:id w:val="81039"/>
                <w:text/>
              </w:sdtPr>
              <w:sdtEndPr/>
              <w:sdtContent>
                <w:r>
                  <w:rPr>
                    <w:b/>
                    <w:color w:val="13294B"/>
                  </w:rPr>
                  <w:t>[Date]</w:t>
                </w:r>
              </w:sdtContent>
            </w:sdt>
          </w:p>
        </w:tc>
      </w:tr>
      <w:tr w:rsidR="00CF118E" w14:paraId="655FA67F" w14:textId="77777777">
        <w:trPr>
          <w:cantSplit/>
          <w:jc w:val="center"/>
        </w:trPr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74ABB0" w14:textId="77777777" w:rsidR="00CF118E" w:rsidRDefault="004428B2">
            <w:pPr>
              <w:spacing w:after="0"/>
            </w:pPr>
            <w:r>
              <w:rPr>
                <w:b/>
                <w:color w:val="5B6573"/>
                <w:sz w:val="16"/>
              </w:rPr>
              <w:t>Decision / Support Needed</w:t>
            </w:r>
          </w:p>
        </w:tc>
        <w:tc>
          <w:tcPr>
            <w:tcW w:w="5112" w:type="dxa"/>
            <w:shd w:val="clear" w:color="auto" w:fill="FFFFF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5EB77CB" w14:textId="77777777" w:rsidR="00CF118E" w:rsidRDefault="004428B2">
            <w:pPr>
              <w:spacing w:after="0"/>
            </w:pPr>
            <w:sdt>
              <w:sdtPr>
                <w:alias w:val="Decision / Support Needed Needed By: [Date]: Clearly state the decision, escalation, resource need, or leadership action required."/>
                <w:tag w:val="decision_support_needed_needed_by_date_clearly_state_the_decision_escalation_resource_need_or_leadership_action_required"/>
                <w:id w:val="81040"/>
                <w:text/>
              </w:sdtPr>
              <w:sdtEndPr/>
              <w:sdtContent>
                <w:r>
                  <w:t>[Clearly state the decision, escalation, resource need, or leadership action required.]</w:t>
                </w:r>
              </w:sdtContent>
            </w:sdt>
          </w:p>
        </w:tc>
      </w:tr>
      <w:tr w:rsidR="00CF118E" w14:paraId="643EDF05" w14:textId="77777777">
        <w:trPr>
          <w:cantSplit/>
          <w:jc w:val="center"/>
        </w:trPr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1834ACD" w14:textId="77777777" w:rsidR="00CF118E" w:rsidRDefault="004428B2">
            <w:pPr>
              <w:spacing w:after="0"/>
            </w:pPr>
            <w:r>
              <w:rPr>
                <w:b/>
                <w:color w:val="5B6573"/>
                <w:sz w:val="16"/>
              </w:rPr>
              <w:t>Owner / Decision Maker</w:t>
            </w:r>
          </w:p>
        </w:tc>
        <w:tc>
          <w:tcPr>
            <w:tcW w:w="5112" w:type="dxa"/>
            <w:shd w:val="clear" w:color="auto" w:fill="E8EEF7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D96D32" w14:textId="77777777" w:rsidR="00CF118E" w:rsidRDefault="004428B2">
            <w:pPr>
              <w:spacing w:after="0"/>
            </w:pPr>
            <w:sdt>
              <w:sdtPr>
                <w:alias w:val="Owner / Decision Maker Needed By: [Date]: Name / Role"/>
                <w:tag w:val="owner_decision_maker_needed_by_date_name_role"/>
                <w:id w:val="81041"/>
                <w:text/>
              </w:sdtPr>
              <w:sdtEndPr/>
              <w:sdtContent>
                <w:r>
                  <w:t>[Name / Role]</w:t>
                </w:r>
              </w:sdtContent>
            </w:sdt>
          </w:p>
        </w:tc>
      </w:tr>
    </w:tbl>
    <w:p w14:paraId="5AFEA412" w14:textId="77777777" w:rsidR="00CF118E" w:rsidRDefault="004428B2">
      <w:pPr>
        <w:spacing w:before="120" w:after="0"/>
      </w:pPr>
      <w:r>
        <w:rPr>
          <w:b/>
          <w:color w:val="13294B"/>
          <w:sz w:val="15"/>
        </w:rPr>
        <w:t xml:space="preserve">PM NOTE: </w:t>
      </w:r>
      <w:r>
        <w:rPr>
          <w:color w:val="5B6573"/>
          <w:sz w:val="15"/>
        </w:rPr>
        <w:t>This brief is intended for communication outside TDX and should reflect the most current status maintained in TDX.</w:t>
      </w:r>
    </w:p>
    <w:sectPr w:rsidR="00CF118E" w:rsidSect="00034616">
      <w:headerReference w:type="default" r:id="rId11"/>
      <w:footerReference w:type="default" r:id="rId12"/>
      <w:pgSz w:w="12240" w:h="15840"/>
      <w:pgMar w:top="648" w:right="1008" w:bottom="648" w:left="1008" w:header="115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FB22F" w14:textId="77777777" w:rsidR="004428B2" w:rsidRDefault="004428B2">
      <w:pPr>
        <w:spacing w:after="0" w:line="240" w:lineRule="auto"/>
      </w:pPr>
      <w:r>
        <w:separator/>
      </w:r>
    </w:p>
  </w:endnote>
  <w:endnote w:type="continuationSeparator" w:id="0">
    <w:p w14:paraId="10BF2092" w14:textId="77777777" w:rsidR="004428B2" w:rsidRDefault="00442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CB5A5" w14:textId="1BF5533F" w:rsidR="00CF118E" w:rsidRDefault="004428B2">
    <w:pPr>
      <w:pStyle w:val="Footer"/>
      <w:jc w:val="center"/>
    </w:pPr>
    <w:r>
      <w:rPr>
        <w:rFonts w:eastAsia="Arial"/>
        <w:color w:val="5A6370"/>
        <w:sz w:val="16"/>
      </w:rPr>
      <w:t xml:space="preserve">IT </w:t>
    </w:r>
    <w:proofErr w:type="gramStart"/>
    <w:r>
      <w:rPr>
        <w:rFonts w:eastAsia="Arial"/>
        <w:color w:val="5A6370"/>
        <w:sz w:val="16"/>
      </w:rPr>
      <w:t>EPMO  |</w:t>
    </w:r>
    <w:proofErr w:type="gramEnd"/>
    <w:r>
      <w:rPr>
        <w:rFonts w:eastAsia="Arial"/>
        <w:color w:val="5A6370"/>
        <w:sz w:val="16"/>
      </w:rPr>
      <w:t xml:space="preserve">  Version </w:t>
    </w:r>
    <w:proofErr w:type="gramStart"/>
    <w:r>
      <w:rPr>
        <w:rFonts w:eastAsia="Arial"/>
        <w:color w:val="5A6370"/>
        <w:sz w:val="16"/>
      </w:rPr>
      <w:t>1.</w:t>
    </w:r>
    <w:r w:rsidR="000C6D2D">
      <w:rPr>
        <w:rFonts w:eastAsia="Arial"/>
        <w:color w:val="5A6370"/>
        <w:sz w:val="16"/>
      </w:rPr>
      <w:t>4</w:t>
    </w:r>
    <w:r>
      <w:rPr>
        <w:rFonts w:eastAsia="Arial"/>
        <w:color w:val="5A6370"/>
        <w:sz w:val="16"/>
      </w:rPr>
      <w:t xml:space="preserve">  |</w:t>
    </w:r>
    <w:proofErr w:type="gramEnd"/>
    <w:r>
      <w:rPr>
        <w:rFonts w:eastAsia="Arial"/>
        <w:color w:val="5A6370"/>
        <w:sz w:val="16"/>
      </w:rPr>
      <w:t xml:space="preserve">  Official project status is maintained in TDX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12376" w14:textId="77777777" w:rsidR="004428B2" w:rsidRDefault="004428B2">
      <w:pPr>
        <w:spacing w:after="0" w:line="240" w:lineRule="auto"/>
      </w:pPr>
      <w:r>
        <w:separator/>
      </w:r>
    </w:p>
  </w:footnote>
  <w:footnote w:type="continuationSeparator" w:id="0">
    <w:p w14:paraId="745D67C0" w14:textId="77777777" w:rsidR="004428B2" w:rsidRDefault="00442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6F5A" w14:textId="77777777" w:rsidR="00CF118E" w:rsidRDefault="00CF118E">
    <w:pPr>
      <w:pStyle w:val="Header"/>
      <w:jc w:val="right"/>
    </w:pPr>
  </w:p>
  <w:tbl>
    <w:tblPr>
      <w:tblW w:w="0" w:type="auto"/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Layout w:type="fixed"/>
      <w:tblLook w:val="04A0" w:firstRow="1" w:lastRow="0" w:firstColumn="1" w:lastColumn="0" w:noHBand="0" w:noVBand="1"/>
    </w:tblPr>
    <w:tblGrid>
      <w:gridCol w:w="3240"/>
    </w:tblGrid>
    <w:tr w:rsidR="000C6D2D" w14:paraId="38B57160" w14:textId="77777777">
      <w:tc>
        <w:tcPr>
          <w:tcW w:w="3240" w:type="dxa"/>
          <w:tcMar>
            <w:top w:w="0" w:type="dxa"/>
            <w:left w:w="0" w:type="dxa"/>
            <w:bottom w:w="0" w:type="dxa"/>
            <w:right w:w="0" w:type="dxa"/>
          </w:tcMar>
        </w:tcPr>
        <w:p w14:paraId="689CA20A" w14:textId="77777777" w:rsidR="000C6D2D" w:rsidRDefault="000C6D2D">
          <w:r>
            <w:rPr>
              <w:noProof/>
            </w:rPr>
            <w:drawing>
              <wp:inline distT="0" distB="0" distL="0" distR="0" wp14:anchorId="2A7BD069" wp14:editId="6AF717AC">
                <wp:extent cx="1261872" cy="444255"/>
                <wp:effectExtent l="0" t="0" r="0" b="0"/>
                <wp:docPr id="1" name="Picture 1" descr="University of Illinois Urbana-Champaign Office of the CIO wordmark" title="Office of the C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cio_wordmark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872" cy="444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8518858">
    <w:abstractNumId w:val="8"/>
  </w:num>
  <w:num w:numId="2" w16cid:durableId="1122848927">
    <w:abstractNumId w:val="6"/>
  </w:num>
  <w:num w:numId="3" w16cid:durableId="1520389676">
    <w:abstractNumId w:val="5"/>
  </w:num>
  <w:num w:numId="4" w16cid:durableId="260332794">
    <w:abstractNumId w:val="4"/>
  </w:num>
  <w:num w:numId="5" w16cid:durableId="1612589447">
    <w:abstractNumId w:val="7"/>
  </w:num>
  <w:num w:numId="6" w16cid:durableId="1225919690">
    <w:abstractNumId w:val="3"/>
  </w:num>
  <w:num w:numId="7" w16cid:durableId="1098063120">
    <w:abstractNumId w:val="2"/>
  </w:num>
  <w:num w:numId="8" w16cid:durableId="449475398">
    <w:abstractNumId w:val="1"/>
  </w:num>
  <w:num w:numId="9" w16cid:durableId="1765951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6D2D"/>
    <w:rsid w:val="0015074B"/>
    <w:rsid w:val="0029639D"/>
    <w:rsid w:val="002F3D37"/>
    <w:rsid w:val="00326F90"/>
    <w:rsid w:val="004428B2"/>
    <w:rsid w:val="00AA1D8D"/>
    <w:rsid w:val="00B47730"/>
    <w:rsid w:val="00BB7AF4"/>
    <w:rsid w:val="00CB0664"/>
    <w:rsid w:val="00CF118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676AB1"/>
  <w14:defaultImageDpi w14:val="300"/>
  <w15:docId w15:val="{08645138-0434-4F9B-925B-89946F09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22222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outlineLvl w:val="0"/>
    </w:pPr>
    <w:rPr>
      <w:rFonts w:eastAsia="Arial"/>
      <w:b/>
      <w:color w:val="000000"/>
      <w:sz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outlineLvl w:val="1"/>
    </w:pPr>
    <w:rPr>
      <w:rFonts w:eastAsia="Arial"/>
      <w:b/>
      <w:color w:val="000000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outlineLvl w:val="0"/>
    </w:p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DF55D311F06944A156E41E4569F771" ma:contentTypeVersion="11" ma:contentTypeDescription="Create a new document." ma:contentTypeScope="" ma:versionID="042c99b7506074c0e11d4261c9900fa5">
  <xsd:schema xmlns:xsd="http://www.w3.org/2001/XMLSchema" xmlns:xs="http://www.w3.org/2001/XMLSchema" xmlns:p="http://schemas.microsoft.com/office/2006/metadata/properties" xmlns:ns2="4459126b-124a-42f5-a6d1-9597b81ad406" xmlns:ns3="9a1bbcf6-a1e5-40c3-8086-21cae156f165" targetNamespace="http://schemas.microsoft.com/office/2006/metadata/properties" ma:root="true" ma:fieldsID="fd19d3e6227856d9fee4824db450e809" ns2:_="" ns3:_="">
    <xsd:import namespace="4459126b-124a-42f5-a6d1-9597b81ad406"/>
    <xsd:import namespace="9a1bbcf6-a1e5-40c3-8086-21cae156f1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9126b-124a-42f5-a6d1-9597b81ad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576e6ad8-52fe-412f-a0b9-03ea580b62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1bbcf6-a1e5-40c3-8086-21cae156f16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9c7ced7-58a7-4d2c-ada0-69638ae07858}" ma:internalName="TaxCatchAll" ma:showField="CatchAllData" ma:web="9a1bbcf6-a1e5-40c3-8086-21cae156f1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59126b-124a-42f5-a6d1-9597b81ad406">
      <Terms xmlns="http://schemas.microsoft.com/office/infopath/2007/PartnerControls"/>
    </lcf76f155ced4ddcb4097134ff3c332f>
    <TaxCatchAll xmlns="9a1bbcf6-a1e5-40c3-8086-21cae156f16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270A1BB-F519-472D-B1ED-BD147088BA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59126b-124a-42f5-a6d1-9597b81ad406"/>
    <ds:schemaRef ds:uri="9a1bbcf6-a1e5-40c3-8086-21cae156f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309797-C505-4E1B-9C67-807FD970EFB0}">
  <ds:schemaRefs>
    <ds:schemaRef ds:uri="http://schemas.microsoft.com/office/2006/metadata/properties"/>
    <ds:schemaRef ds:uri="http://schemas.microsoft.com/office/infopath/2007/PartnerControls"/>
    <ds:schemaRef ds:uri="4459126b-124a-42f5-a6d1-9597b81ad406"/>
    <ds:schemaRef ds:uri="9a1bbcf6-a1e5-40c3-8086-21cae156f165"/>
  </ds:schemaRefs>
</ds:datastoreItem>
</file>

<file path=customXml/itemProps3.xml><?xml version="1.0" encoding="utf-8"?>
<ds:datastoreItem xmlns:ds="http://schemas.openxmlformats.org/officeDocument/2006/customXml" ds:itemID="{2446DE1B-8C28-4235-9480-F4B46737C9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Status Brief</dc:title>
  <dc:subject>Accessible IT EPMO project status reporting template</dc:subject>
  <dc:creator>python-docx</dc:creator>
  <cp:keywords>accessibility, project status, IT EPMO, Office of the CIO</cp:keywords>
  <dc:description>Accessible IT EPMO template for communicating project health, progress, milestones, risks, decisions, and support needs.</dc:description>
  <cp:lastModifiedBy>Nelson, Todd</cp:lastModifiedBy>
  <cp:revision>2</cp:revision>
  <dcterms:created xsi:type="dcterms:W3CDTF">2026-10-19T18:25:00Z</dcterms:created>
  <dcterms:modified xsi:type="dcterms:W3CDTF">2026-10-19T18:25:00Z</dcterms:modified>
  <cp:category/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0x010100FADF55D311F06944A156E41E4569F771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